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Чумак</w:t>
      </w:r>
    </w:p>
    <w:p>
      <w:r>
        <w:br/>
        <w:t xml:space="preserve"> Український дивоспів на штирьох місцях</w:t>
      </w:r>
    </w:p>
    <w:p>
      <w:r>
        <w:br/>
        <w:t>Перша редакція (1862)</w:t>
      </w:r>
    </w:p>
    <w:p>
      <w:r>
        <w:br/>
        <w:t>ДІЛЬЦІ</w:t>
      </w:r>
    </w:p>
    <w:p>
      <w:r>
        <w:br/>
        <w:t>Чумак, молодий хлопець, літ 25.&lt;br /&gt;</w:t>
        <w:br/>
        <w:t>Мати чумакова, літ 40.&lt;br /&gt;</w:t>
        <w:br/>
        <w:t>Гордій, товариш чумаків, літ 20.&lt;br /&gt;</w:t>
        <w:br/>
        <w:t>Явдоха, молодая дівчина, літ 17.&lt;br /&gt;</w:t>
        <w:br/>
        <w:t>Музика, скрипач, літ 60 – 65.&lt;br /&gt;</w:t>
        <w:br/>
        <w:t>Чарівниця, стара баба, літ 80.&lt;br /&gt;</w:t>
        <w:br/>
        <w:t>Шинкарка Одарка, дівчина, літ 25.&lt;br /&gt;</w:t>
        <w:br/>
        <w:t>Рибак старий, літ 50.</w:t>
      </w:r>
    </w:p>
    <w:p>
      <w:r>
        <w:br/>
        <w:t>Місце перве</w:t>
      </w:r>
    </w:p>
    <w:p>
      <w:r>
        <w:br/>
        <w:t>Косогір, на косогорі сади, а за садами кілька біленьких хаток і в лівій стороні три зелені верхи дерев’яної церкви; із-за церкви виглядає повний місяць. Долина укрита зеленим пирієм та подорожником і не далеко від садів прорізана вузенькою біленькою стежкою. Із середнього саду видніється добре дерев’яний перелаз, обвитий червонястою калиною.</w:t>
      </w:r>
    </w:p>
    <w:p>
      <w:r>
        <w:br/>
        <w:t>Ява 1</w:t>
      </w:r>
    </w:p>
    <w:p>
      <w:r>
        <w:br/>
        <w:t>Чумак&lt;br /&gt;</w:t>
        <w:br/>
        <w:t>(стежкою йдучи).&lt;br /&gt;</w:t>
        <w:br/>
        <w:t>Ходжу, блуджу, світом нуджу,&lt;br /&gt;</w:t>
        <w:br/>
        <w:t>На серденьку воздихається;&lt;br /&gt;</w:t>
        <w:br/>
        <w:t>Тяжко та важко тому молодому,&lt;br /&gt;</w:t>
        <w:br/>
        <w:t>Кого батько відцурається.&lt;br /&gt;</w:t>
        <w:br/>
        <w:t>Відцурався мене батько&lt;br /&gt;</w:t>
        <w:br/>
        <w:t>Ще малою та дитиною,&lt;br /&gt;</w:t>
        <w:br/>
        <w:t>Ой кинув, кинув, бодай не згинув,&lt;br /&gt;</w:t>
        <w:br/>
        <w:t>Межи люди сиротиною.&lt;br /&gt;</w:t>
        <w:br/>
        <w:t>Відцурався мене батько,&lt;br /&gt;</w:t>
        <w:br/>
        <w:t>Уся моя та родинонька;&lt;br /&gt;</w:t>
        <w:br/>
        <w:t>Ой тілько й дому мені, молодому,&lt;br /&gt;</w:t>
        <w:br/>
        <w:t>Що любая та дівчинонька.&lt;br /&gt;</w:t>
        <w:br/>
        <w:t>Чи спиш, мила, чи спиш, люба,&lt;br /&gt;</w:t>
        <w:br/>
        <w:t>Чи неволить та стара ненька?&lt;br /&gt;</w:t>
        <w:br/>
        <w:t>Ой вийди, вийди, заким місяць зійде,&lt;br /&gt;</w:t>
        <w:br/>
        <w:t>Вийди, вийди, моє серденько!</w:t>
      </w:r>
    </w:p>
    <w:p>
      <w:r>
        <w:br/>
        <w:t>Явдоха&lt;br /&gt;</w:t>
        <w:br/>
        <w:t>(за перелазом).&lt;br /&gt;</w:t>
        <w:br/>
        <w:t>Ой казала мені мати:&lt;br /&gt;</w:t>
        <w:br/>
        <w:t>Лягай доню, пора спати!&lt;br /&gt;</w:t>
        <w:br/>
        <w:t>Мати – спати, а я з хати,&lt;br /&gt;</w:t>
        <w:br/>
        <w:t>Миленького виглядати…&lt;br /&gt;</w:t>
        <w:br/>
        <w:t>Ой ти спи, стара непе,&lt;br /&gt;</w:t>
        <w:br/>
        <w:t>Не дивися на мене;&lt;br /&gt;</w:t>
        <w:br/>
        <w:t>Не дивися, моя ненько,&lt;br /&gt;</w:t>
        <w:br/>
        <w:t>Чого мені веселенько,&lt;br /&gt;</w:t>
        <w:br/>
        <w:t>Сходить місяць над горою,&lt;br /&gt;</w:t>
        <w:br/>
        <w:t>Іде милий долиною.&lt;br /&gt;</w:t>
        <w:br/>
        <w:t>(Перескакує перелаз).&lt;br /&gt;</w:t>
        <w:br/>
        <w:t>Іде милий…&lt;br /&gt;</w:t>
        <w:br/>
        <w:t>(в страху).&lt;br /&gt;</w:t>
        <w:br/>
        <w:t>Ой, не милий…&lt;br /&gt;</w:t>
        <w:br/>
        <w:t>Ой то чумак негідливий…</w:t>
      </w:r>
    </w:p>
    <w:p>
      <w:r>
        <w:br/>
        <w:t>Ява II</w:t>
      </w:r>
    </w:p>
    <w:p>
      <w:r>
        <w:br/>
        <w:t>Чумак і Явдоха.</w:t>
      </w:r>
    </w:p>
    <w:p>
      <w:r>
        <w:br/>
        <w:t>Чумак&lt;br /&gt;</w:t>
        <w:br/>
        <w:t>(підступаючи).&lt;br /&gt;</w:t>
        <w:br/>
        <w:t>Зірко моя вечірняя!&lt;br /&gt;</w:t>
        <w:br/>
        <w:t>Ранняя зірнице!&lt;br /&gt;</w:t>
        <w:br/>
        <w:t>Не лякайся, не цурайся&lt;br /&gt;</w:t>
        <w:br/>
        <w:t>Моїх жалібниців.</w:t>
      </w:r>
    </w:p>
    <w:p>
      <w:r>
        <w:br/>
        <w:t>Явдоха&lt;br /&gt;</w:t>
        <w:br/>
        <w:t>(відвертаючись).&lt;br /&gt;</w:t>
        <w:br/>
        <w:t>Відчепися, чумаче,&lt;br /&gt;</w:t>
        <w:br/>
        <w:t>Відчепися, бурлаче,&lt;br /&gt;</w:t>
        <w:br/>
        <w:t>Відчепися, гультяю!&lt;br /&gt;</w:t>
        <w:br/>
        <w:t>Не тебе я виглядаю.</w:t>
      </w:r>
    </w:p>
    <w:p>
      <w:r>
        <w:br/>
        <w:t>Чумак&lt;br /&gt;</w:t>
        <w:br/>
        <w:t>Зірко моя, серце моє!&lt;br /&gt;</w:t>
        <w:br/>
        <w:t>Що ж то за причина?&lt;br /&gt;</w:t>
        <w:br/>
        <w:t>Чи ти мене не злюбила,&lt;br /&gt;</w:t>
        <w:br/>
        <w:t>Чи твоя родина?</w:t>
      </w:r>
    </w:p>
    <w:p>
      <w:r>
        <w:br/>
        <w:t>Явдоха&lt;br /&gt;</w:t>
        <w:br/>
        <w:t>Відчепися, чумаче,&lt;br /&gt;</w:t>
        <w:br/>
        <w:t>Відчепися, бурлаче,&lt;br /&gt;</w:t>
        <w:br/>
        <w:t>Відчепися, гультяю!&lt;br /&gt;</w:t>
        <w:br/>
        <w:t>Бо я іншого маю.</w:t>
      </w:r>
    </w:p>
    <w:p>
      <w:r>
        <w:br/>
        <w:t>Чумак&lt;br /&gt;</w:t>
        <w:br/>
        <w:t>Зірко моя, серце моє,&lt;br /&gt;</w:t>
        <w:br/>
        <w:t>Світе мій та раю!&lt;br /&gt;</w:t>
        <w:br/>
        <w:t>Я ж по тобі світом нуджу,&lt;br /&gt;</w:t>
        <w:br/>
        <w:t>Щодень помираю.</w:t>
      </w:r>
    </w:p>
    <w:p>
      <w:r>
        <w:br/>
        <w:t>Явдоха&lt;br /&gt;</w:t>
        <w:br/>
        <w:t>Відчепися, чумаче,&lt;br /&gt;</w:t>
        <w:br/>
        <w:t>Відчепися, бурлаче,&lt;br /&gt;</w:t>
        <w:br/>
        <w:t>Відчепись, шалапуте!&lt;br /&gt;</w:t>
        <w:br/>
        <w:t>Бо від тебе дьогтем чути.</w:t>
      </w:r>
    </w:p>
    <w:p>
      <w:r>
        <w:br/>
        <w:t>Чумак&lt;br /&gt;</w:t>
        <w:br/>
        <w:t>(на відході).&lt;br /&gt;</w:t>
        <w:br/>
        <w:t>Тяжко мені, нудно мені,&lt;br /&gt;</w:t>
        <w:br/>
        <w:t>Серце моє рветься.&lt;br /&gt;</w:t>
        <w:br/>
        <w:t>Одну любив, одну кохав,&lt;br /&gt;</w:t>
        <w:br/>
        <w:t>І тая сміється.&lt;br /&gt;</w:t>
        <w:br/>
        <w:t>(Відходить геть).</w:t>
      </w:r>
    </w:p>
    <w:p>
      <w:r>
        <w:br/>
        <w:t>Ява III</w:t>
      </w:r>
    </w:p>
    <w:p>
      <w:r>
        <w:br/>
        <w:t>Явдоха і Гордій.</w:t>
      </w:r>
    </w:p>
    <w:p>
      <w:r>
        <w:br/>
        <w:t>Явдоха&lt;br /&gt;</w:t>
        <w:br/>
        <w:t>(перед перелазом).&lt;br /&gt;</w:t>
        <w:br/>
        <w:t>Котилися вози з гори&lt;br /&gt;</w:t>
        <w:br/>
        <w:t>Та все з барилками:&lt;br /&gt;</w:t>
        <w:br/>
        <w:t>Сякий-такий чумачисько,&lt;br /&gt;</w:t>
        <w:br/>
        <w:t>Та й той за дівками.</w:t>
      </w:r>
    </w:p>
    <w:p>
      <w:r>
        <w:br/>
        <w:t>Гордій&lt;br /&gt;</w:t>
        <w:br/>
        <w:t>(за перелазом).&lt;br /&gt;</w:t>
        <w:br/>
        <w:t>Качалися вози з гори,&lt;br /&gt;</w:t>
        <w:br/>
        <w:t>Поломили спиці.&lt;br /&gt;</w:t>
        <w:br/>
        <w:t>А вже ж йому не співати&lt;br /&gt;</w:t>
        <w:br/>
        <w:t>Своїх жалібниців.</w:t>
      </w:r>
    </w:p>
    <w:p>
      <w:r>
        <w:br/>
        <w:t>Явдоха&lt;br /&gt;</w:t>
        <w:br/>
        <w:t>(назустріч).&lt;br /&gt;</w:t>
        <w:br/>
        <w:t>Ой голубчику&lt;br /&gt;</w:t>
        <w:br/>
        <w:t>Та Гордієньку,&lt;br /&gt;</w:t>
        <w:br/>
        <w:t>Де ти був, пробував&lt;br /&gt;</w:t>
        <w:br/>
        <w:t>Сю неділеньку?</w:t>
      </w:r>
    </w:p>
    <w:p>
      <w:r>
        <w:br/>
        <w:t>Гордій&lt;br /&gt;</w:t>
        <w:br/>
        <w:t>Я до міста ходив,&lt;br /&gt;</w:t>
        <w:br/>
        <w:t>Я теличку водив,&lt;br /&gt;</w:t>
        <w:br/>
        <w:t>За теличку невеличку&lt;br /&gt;</w:t>
        <w:br/>
        <w:t>Черевички купив.</w:t>
      </w:r>
    </w:p>
    <w:p>
      <w:r>
        <w:br/>
        <w:t>Обоє разом:&lt;br /&gt;</w:t>
        <w:br/>
        <w:t>Ой ходім у садок&lt;br /&gt;</w:t>
        <w:br/>
        <w:t>Та нарвем ягідок;&lt;br /&gt;</w:t>
        <w:br/>
        <w:t>Будем рвати, приміряти&lt;br /&gt;</w:t>
        <w:br/>
        <w:t>Черевички до ніжок.</w:t>
      </w:r>
    </w:p>
    <w:p>
      <w:r>
        <w:br/>
        <w:t>Гордій з Явдохою на руках щезає за перелазом.</w:t>
      </w:r>
    </w:p>
    <w:p>
      <w:r>
        <w:br/>
        <w:t>Явдоха&lt;br /&gt;</w:t>
        <w:br/>
        <w:t>Не тисни, навісний,&lt;br /&gt;</w:t>
        <w:br/>
        <w:t>Помалесеньку;&lt;br /&gt;</w:t>
        <w:br/>
        <w:t>Ой цілуй та милуй&lt;br /&gt;</w:t>
        <w:br/>
        <w:t>Потихесеньку!&lt;br /&gt;</w:t>
        <w:br/>
        <w:t>Ох, іде, хтось іде,&lt;br /&gt;</w:t>
        <w:br/>
        <w:t>Буде лишенько;&lt;br /&gt;</w:t>
        <w:br/>
        <w:t>Ох, нагни-пригорни&lt;br /&gt;</w:t>
        <w:br/>
        <w:t>Біле личенько.</w:t>
      </w:r>
    </w:p>
    <w:p>
      <w:r>
        <w:br/>
        <w:t>Ява IV</w:t>
      </w:r>
    </w:p>
    <w:p>
      <w:r>
        <w:br/>
        <w:t>Чумак&lt;br /&gt;</w:t>
        <w:br/>
        <w:t>(повертаючись назад).&lt;br /&gt;</w:t>
        <w:br/>
        <w:t>Ой місяцю, місяченьку,&lt;br /&gt;</w:t>
        <w:br/>
        <w:t>І ти, моя ясна зоре!&lt;br /&gt;</w:t>
        <w:br/>
        <w:t>Подивіться хоч ви з неба&lt;br /&gt;</w:t>
        <w:br/>
        <w:t>На лютеє та моє горе.&lt;br /&gt;</w:t>
        <w:br/>
        <w:t>Одну одним кохав-любив,&lt;br /&gt;</w:t>
        <w:br/>
        <w:t>І та мене покидає&lt;br /&gt;</w:t>
        <w:br/>
        <w:t>Та нелюба, як голуба,&lt;br /&gt;</w:t>
        <w:br/>
        <w:t>До серденька та пригортає.&lt;br /&gt;</w:t>
        <w:br/>
        <w:t>Пригортайся, мій нелюбе,&lt;br /&gt;</w:t>
        <w:br/>
        <w:t>Нехай тобі щастя буде.&lt;br /&gt;</w:t>
        <w:br/>
        <w:t>А я піду до шинкарки,&lt;br /&gt;</w:t>
        <w:br/>
        <w:t>До шинкарки та до Одарки.&lt;br /&gt;</w:t>
        <w:br/>
        <w:t>Ой прийду я до небоги&lt;br /&gt;</w:t>
        <w:br/>
        <w:t>Та вдарюся об пороги:&lt;br /&gt;</w:t>
        <w:br/>
        <w:t>"Пропадайте, сірі воли,&lt;br /&gt;</w:t>
        <w:br/>
        <w:t>Сірі воли та круторогі".</w:t>
      </w:r>
    </w:p>
    <w:p>
      <w:r>
        <w:br/>
        <w:t>Місце друге</w:t>
      </w:r>
    </w:p>
    <w:p>
      <w:r>
        <w:br/>
        <w:t>Коршма. У коршмі стіл, лавка і збоку шинк.</w:t>
      </w:r>
    </w:p>
    <w:p>
      <w:r>
        <w:br/>
        <w:t>Ява І</w:t>
      </w:r>
    </w:p>
    <w:p>
      <w:r>
        <w:br/>
        <w:t>Чумак, підпилий, сидить за столом, а шинкарка, стоячи, оперлася на стіл проти нього.</w:t>
      </w:r>
    </w:p>
    <w:p>
      <w:r>
        <w:br/>
        <w:t>Чумак&lt;br /&gt;</w:t>
        <w:br/>
        <w:t>Чом дуб не зелений?&lt;br /&gt;</w:t>
        <w:br/>
        <w:t>Бо туча прибила.&lt;br /&gt;</w:t>
        <w:br/>
        <w:t>Чумак невеселий –&lt;br /&gt;</w:t>
        <w:br/>
        <w:t>Лихая година.&lt;br /&gt;</w:t>
        <w:br/>
        <w:t>Як же ж мені, люди,&lt;br /&gt;</w:t>
        <w:br/>
        <w:t>Зеленому бути:&lt;br /&gt;</w:t>
        <w:br/>
        <w:t>Був на мене мороз&lt;br /&gt;</w:t>
        <w:br/>
        <w:t>Великий та лютий.&lt;br /&gt;</w:t>
        <w:br/>
        <w:t>Як же ж мені, люди,&lt;br /&gt;</w:t>
        <w:br/>
        <w:t>Веселому бути:&lt;br /&gt;</w:t>
        <w:br/>
        <w:t>Любив дівчиноньку,&lt;br /&gt;</w:t>
        <w:br/>
        <w:t>Беруть її люди.&lt;br /&gt;</w:t>
        <w:br/>
        <w:t>Любив дівчиноньку,&lt;br /&gt;</w:t>
        <w:br/>
        <w:t>Беруть її люди.&lt;br /&gt;</w:t>
        <w:br/>
        <w:t>Мені, молодому,&lt;br /&gt;</w:t>
        <w:br/>
        <w:t>Пароньки не буде.&lt;br /&gt;</w:t>
        <w:br/>
        <w:t>Я, бідний сирота,&lt;br /&gt;</w:t>
        <w:br/>
        <w:t>На тин похилився,&lt;br /&gt;</w:t>
        <w:br/>
        <w:t>Вже говорять люди:&lt;br /&gt;</w:t>
        <w:br/>
        <w:t>Горілки напився.&lt;br /&gt;</w:t>
        <w:br/>
        <w:t>Ой вже ж мені, люди,&lt;br /&gt;</w:t>
        <w:br/>
        <w:t>Й горілка не п’ється,&lt;br /&gt;</w:t>
        <w:br/>
        <w:t>Край мого серденька&lt;br /&gt;</w:t>
        <w:br/>
        <w:t>Як гадина в’ється.&lt;br /&gt;</w:t>
        <w:br/>
        <w:t>(До Одарки).&lt;br /&gt;</w:t>
        <w:br/>
        <w:t>Ти, гадино!.. ти, шинкарко!&lt;br /&gt;</w:t>
        <w:br/>
        <w:t>Чого в’єшся?.. Ні, Одарко!&lt;br /&gt;</w:t>
        <w:br/>
        <w:t>Танцюй, лишень… ну, голубко!&lt;br /&gt;</w:t>
        <w:br/>
        <w:t>Руки в боки!.. отак, любко!&lt;br /&gt;</w:t>
        <w:br/>
        <w:t>Отак, любко! Отак, любко!&lt;br /&gt;</w:t>
        <w:br/>
        <w:t>(Підскакує сидячи).</w:t>
      </w:r>
    </w:p>
    <w:p>
      <w:r>
        <w:br/>
        <w:t>Шинкарка&lt;br /&gt;</w:t>
        <w:br/>
        <w:t>(танцюючи).&lt;br /&gt;</w:t>
        <w:br/>
        <w:t>Я з тобою не пила,&lt;br /&gt;</w:t>
        <w:br/>
        <w:t>Тебе не боюся,&lt;br /&gt;</w:t>
        <w:br/>
        <w:t>Не веди мя в будяки,&lt;br /&gt;</w:t>
        <w:br/>
        <w:t>Бо я поколюся.</w:t>
      </w:r>
    </w:p>
    <w:p>
      <w:r>
        <w:br/>
        <w:t>Чумак&lt;br /&gt;</w:t>
        <w:br/>
        <w:t>Поколовся і я,&lt;br /&gt;</w:t>
        <w:br/>
        <w:t>Така доля моя!</w:t>
      </w:r>
    </w:p>
    <w:p>
      <w:r>
        <w:br/>
        <w:t>Шинкарка&lt;br /&gt;</w:t>
        <w:br/>
        <w:t>Поведи мя в лободу,&lt;br /&gt;</w:t>
        <w:br/>
        <w:t>Лобода м’якенька.&lt;br /&gt;</w:t>
        <w:br/>
        <w:t>Постели мні опанчу,&lt;br /&gt;</w:t>
        <w:br/>
        <w:t>Бо я молоденька.</w:t>
      </w:r>
    </w:p>
    <w:p>
      <w:r>
        <w:br/>
        <w:t>Чумак&lt;br /&gt;</w:t>
        <w:br/>
        <w:t>Молоденька-то так,&lt;br /&gt;</w:t>
        <w:br/>
        <w:t>Та чим я не чумак?</w:t>
      </w:r>
    </w:p>
    <w:p>
      <w:r>
        <w:br/>
        <w:t>Шинкарка&lt;br /&gt;</w:t>
        <w:br/>
        <w:t>Ой вийду я з лободи&lt;br /&gt;</w:t>
        <w:br/>
        <w:t>Та скажу дівчатам:&lt;br /&gt;</w:t>
        <w:br/>
        <w:t>Сім раз була в лободі,&lt;br /&gt;</w:t>
        <w:br/>
        <w:t>Та ще не багата.</w:t>
      </w:r>
    </w:p>
    <w:p>
      <w:r>
        <w:br/>
        <w:t>Чумак&lt;br /&gt;</w:t>
        <w:br/>
        <w:t>Зате я чумак, багач,&lt;br /&gt;</w:t>
        <w:br/>
        <w:t>Збагачу тебе, не плач!&lt;br /&gt;</w:t>
        <w:br/>
        <w:t>В мене мажі не убогі,&lt;br /&gt;</w:t>
        <w:br/>
        <w:t>В мене сірі круторогі;&lt;br /&gt;</w:t>
        <w:br/>
        <w:t>В мене гроші… Нащо гроші?</w:t>
      </w:r>
    </w:p>
    <w:p>
      <w:r>
        <w:br/>
        <w:t>Ява II</w:t>
      </w:r>
    </w:p>
    <w:p>
      <w:r>
        <w:br/>
        <w:t>Музика&lt;br /&gt;</w:t>
        <w:br/>
        <w:t>(на вході).&lt;br /&gt;</w:t>
        <w:br/>
        <w:t>Добрий вечір вам!&lt;br /&gt;</w:t>
        <w:br/>
        <w:t>Чи раді ви нам?&lt;br /&gt;</w:t>
        <w:br/>
        <w:t>Ой, чи раді, чи не раді,&lt;br /&gt;</w:t>
        <w:br/>
        <w:t>Добрий вечір вам!</w:t>
      </w:r>
    </w:p>
    <w:p>
      <w:r>
        <w:br/>
        <w:t>Чумак&lt;br /&gt;</w:t>
        <w:br/>
        <w:t>А, музика! Грай, музико,&lt;br /&gt;</w:t>
        <w:br/>
        <w:t>Що не знає чумак лиха;&lt;br /&gt;</w:t>
        <w:br/>
        <w:t>Що я чумак молодий,&lt;br /&gt;</w:t>
        <w:br/>
        <w:t>В мене жупан дорогий.&lt;br /&gt;</w:t>
        <w:br/>
        <w:t>А хоч свита не жупан,&lt;br /&gt;</w:t>
        <w:br/>
        <w:t>Так усе я таки пан.&lt;br /&gt;</w:t>
        <w:br/>
        <w:t>Таки пан, таки пан,&lt;br /&gt;</w:t>
        <w:br/>
        <w:t>Куплю собі меду збан.&lt;br /&gt;</w:t>
        <w:br/>
        <w:t>Грай, музико!..</w:t>
      </w:r>
    </w:p>
    <w:p>
      <w:r>
        <w:br/>
        <w:t>Музика&lt;br /&gt;</w:t>
        <w:br/>
        <w:t>Пливе, пливе утенятко&lt;br /&gt;</w:t>
        <w:br/>
        <w:t>По бистрій воді;&lt;br /&gt;</w:t>
        <w:br/>
        <w:t>Нема, нема порадоньки&lt;br /&gt;</w:t>
        <w:br/>
        <w:t>Бідній сироті.&lt;br /&gt;</w:t>
        <w:br/>
        <w:t>Без пароньки-утіноньки&lt;br /&gt;</w:t>
        <w:br/>
        <w:t>Дунай пропливеш;&lt;br /&gt;</w:t>
        <w:br/>
        <w:t>Без вірної дружиноньки&lt;br /&gt;</w:t>
        <w:br/>
        <w:t>Життя проживеш.&lt;br /&gt;</w:t>
        <w:br/>
        <w:t>І гніздечка-кубелечка&lt;br /&gt;</w:t>
        <w:br/>
        <w:t>Вити не будеш,&lt;br /&gt;</w:t>
        <w:br/>
        <w:t>Само одно сиріткою&lt;br /&gt;</w:t>
        <w:br/>
        <w:t>В морі пропадеш.&lt;br /&gt;</w:t>
        <w:br/>
        <w:t>Пливи ж, пливи, утенятко,&lt;br /&gt;</w:t>
        <w:br/>
        <w:t>По бистрій воді:&lt;br /&gt;</w:t>
        <w:br/>
        <w:t>Нема тобі порадоньки,&lt;br /&gt;</w:t>
        <w:br/>
        <w:t>Бідній сироті!</w:t>
      </w:r>
    </w:p>
    <w:p>
      <w:r>
        <w:br/>
        <w:t>Ява III</w:t>
      </w:r>
    </w:p>
    <w:p>
      <w:r>
        <w:br/>
        <w:t>Тії ж і Явдоха з Гордієм.</w:t>
      </w:r>
    </w:p>
    <w:p>
      <w:r>
        <w:br/>
        <w:t>Явдоха&lt;br /&gt;</w:t>
        <w:br/>
        <w:t>(до музики).&lt;br /&gt;</w:t>
        <w:br/>
        <w:t>Ой мамуню, не лай, не лай,&lt;br /&gt;</w:t>
        <w:br/>
        <w:t>За музику мене не дай!&lt;br /&gt;</w:t>
        <w:br/>
        <w:t>Бо з музики і з муляра&lt;br /&gt;</w:t>
        <w:br/>
        <w:t>Нема в світі господаря:&lt;br /&gt;</w:t>
        <w:br/>
        <w:t>Бо в неділю іде грати,&lt;br /&gt;</w:t>
        <w:br/>
        <w:t>В понеділок іде спати,&lt;br /&gt;</w:t>
        <w:br/>
        <w:t>А в вівторок іде пити,&lt;br /&gt;</w:t>
        <w:br/>
        <w:t>А в середу жінку бити,&lt;br /&gt;</w:t>
        <w:br/>
        <w:t>А у четвер поправиться,&lt;br /&gt;</w:t>
        <w:br/>
        <w:t>Коло хати поставиться,&lt;br /&gt;</w:t>
        <w:br/>
        <w:t>А в п’ятницю купить струни,&lt;br /&gt;</w:t>
        <w:br/>
        <w:t>А в суботу далі суне.</w:t>
      </w:r>
    </w:p>
    <w:p>
      <w:r>
        <w:br/>
        <w:t>Музика&lt;br /&gt;</w:t>
        <w:br/>
        <w:t>Пливи ж і ти, утіночко,&lt;br /&gt;</w:t>
        <w:br/>
        <w:t>По мутній воді;&lt;br /&gt;</w:t>
        <w:br/>
        <w:t>Нема, нема порадоньки&lt;br /&gt;</w:t>
        <w:br/>
        <w:t>Твоїй пустоті.&lt;br /&gt;</w:t>
        <w:br/>
        <w:t>Веселая, вродливая,&lt;br /&gt;</w:t>
        <w:br/>
        <w:t>Багатого ждеш,&lt;br /&gt;</w:t>
        <w:br/>
        <w:t>За багатим недолюдком&lt;br /&gt;</w:t>
        <w:br/>
        <w:t>Сама пропадеш.&lt;br /&gt;</w:t>
        <w:br/>
        <w:t>Пливи ж, пливи, утіночко,&lt;br /&gt;</w:t>
        <w:br/>
        <w:t>По мутній воді,&lt;br /&gt;</w:t>
        <w:br/>
        <w:t>Нема, нема порадоньки&lt;br /&gt;</w:t>
        <w:br/>
        <w:t>Твоїй пустоті.</w:t>
      </w:r>
    </w:p>
    <w:p>
      <w:r>
        <w:br/>
        <w:t>Гордій&lt;br /&gt;</w:t>
        <w:br/>
        <w:t>(до Явдохи, показуючи чумака).&lt;br /&gt;</w:t>
        <w:br/>
        <w:t>Ой мила ж, моя мила,&lt;br /&gt;</w:t>
        <w:br/>
        <w:t>Чим ти йому догодила?&lt;br /&gt;</w:t>
        <w:br/>
        <w:t>Чим ти йому догодила,&lt;br /&gt;</w:t>
        <w:br/>
        <w:t>Що ти його підпоїла?</w:t>
      </w:r>
    </w:p>
    <w:p>
      <w:r>
        <w:br/>
        <w:t>Явдоха&lt;br /&gt;</w:t>
        <w:br/>
        <w:t>Та покинь теє лихо,&lt;br /&gt;</w:t>
        <w:br/>
        <w:t>Нехай спить собі тихо;&lt;br /&gt;</w:t>
        <w:br/>
        <w:t>Нехай спить, та куняє,&lt;br /&gt;</w:t>
        <w:br/>
        <w:t>Та мене не займає.</w:t>
      </w:r>
    </w:p>
    <w:p>
      <w:r>
        <w:br/>
        <w:t>Гордій&lt;br /&gt;</w:t>
        <w:br/>
        <w:t>Ой Явдоню, не торгуйся,&lt;br /&gt;</w:t>
        <w:br/>
        <w:t>Із чумаком поцілуйся!&lt;br /&gt;</w:t>
        <w:br/>
        <w:t>Ой Явдоню, не скупися,&lt;br /&gt;</w:t>
        <w:br/>
        <w:t>Із чумаком обіймися!</w:t>
      </w:r>
    </w:p>
    <w:p>
      <w:r>
        <w:br/>
        <w:t>Ява IV</w:t>
      </w:r>
    </w:p>
    <w:p>
      <w:r>
        <w:br/>
        <w:t>Тії ж і мати чумакова.</w:t>
      </w:r>
    </w:p>
    <w:p>
      <w:r>
        <w:br/>
        <w:t>Чумакова мати&lt;br /&gt;</w:t>
        <w:br/>
        <w:t>(до сина).&lt;br /&gt;</w:t>
        <w:br/>
        <w:t>Ой сину мій, сину,&lt;br /&gt;</w:t>
        <w:br/>
        <w:t>Любая дитино!&lt;br /&gt;</w:t>
        <w:br/>
        <w:t>Що з тобою, сину,&lt;br /&gt;</w:t>
        <w:br/>
        <w:t>Бідна сиротино?&lt;br /&gt;</w:t>
        <w:br/>
        <w:t>Що за люте горе&lt;br /&gt;</w:t>
        <w:br/>
        <w:t>Тебе, сину, боре?&lt;br /&gt;</w:t>
        <w:br/>
        <w:t>Промов, моє серце,&lt;br /&gt;</w:t>
        <w:br/>
        <w:t>Промов, ясна зоре!&lt;br /&gt;</w:t>
        <w:br/>
        <w:t>Сивий голубоньку,&lt;br /&gt;</w:t>
        <w:br/>
        <w:t>Зведи головоньку;&lt;br /&gt;</w:t>
        <w:br/>
        <w:t>Промов хоч словечко,&lt;br /&gt;</w:t>
        <w:br/>
        <w:t>Любеє сердечко!&lt;br /&gt;</w:t>
        <w:br/>
        <w:t>Соколе сивенький!&lt;br /&gt;</w:t>
        <w:br/>
        <w:t>Підведи рученьки,&lt;br /&gt;</w:t>
        <w:br/>
        <w:t>Приголуб, рідненький.&lt;br /&gt;</w:t>
        <w:br/>
        <w:t>Матінку стареньку!&lt;br /&gt;</w:t>
        <w:br/>
        <w:t>Ой сину мій, сину,&lt;br /&gt;</w:t>
        <w:br/>
        <w:t>Рідная дитино!&lt;br /&gt;</w:t>
        <w:br/>
        <w:t>Що з тобою, сину,&lt;br /&gt;</w:t>
        <w:br/>
        <w:t>Бідна сиротино?</w:t>
      </w:r>
    </w:p>
    <w:p>
      <w:r>
        <w:br/>
        <w:t>Місце третє</w:t>
      </w:r>
    </w:p>
    <w:p>
      <w:r>
        <w:br/>
        <w:t>Хата чарівниці; на столі миска, а на припічку тріски, дрова і горшки з зорями.</w:t>
      </w:r>
    </w:p>
    <w:p>
      <w:r>
        <w:br/>
        <w:t>Ява І</w:t>
      </w:r>
    </w:p>
    <w:p>
      <w:r>
        <w:br/>
        <w:t>Чарівниця&lt;br /&gt;</w:t>
        <w:br/>
        <w:t>(одна коло печі).&lt;br /&gt;</w:t>
        <w:br/>
        <w:t>Сяду край печі&lt;br /&gt;</w:t>
        <w:br/>
        <w:t>Посеред ночі,&lt;br /&gt;</w:t>
        <w:br/>
        <w:t>Накладу трісок&lt;br /&gt;</w:t>
        <w:br/>
        <w:t>Повен припічок,&lt;br /&gt;</w:t>
        <w:br/>
        <w:t>Підпалю їх зорями.&lt;br /&gt;</w:t>
        <w:br/>
        <w:t>Ой зірки, зірки,&lt;br /&gt;</w:t>
        <w:br/>
        <w:t>Підпаліть тріски,&lt;br /&gt;</w:t>
        <w:br/>
        <w:t>Підпаліть дрова&lt;br /&gt;</w:t>
        <w:br/>
        <w:t>Та з див-дерева,&lt;br /&gt;</w:t>
        <w:br/>
        <w:t>Дерева кам’яного.&lt;br /&gt;</w:t>
        <w:br/>
        <w:t>Зіроньки палять,&lt;br /&gt;</w:t>
        <w:br/>
        <w:t>Трісочки горять,&lt;br /&gt;</w:t>
        <w:br/>
        <w:t>Зайнялись дрова&lt;br /&gt;</w:t>
        <w:br/>
        <w:t>Та з див-дерева,&lt;br /&gt;</w:t>
        <w:br/>
        <w:t>Дерева кам’яного.&lt;br /&gt;</w:t>
        <w:br/>
        <w:t>Ой, пече, пече!&lt;br /&gt;</w:t>
        <w:br/>
        <w:t>Підіймай плече,&lt;br /&gt;</w:t>
        <w:br/>
        <w:t>Підіймай, кагло,&lt;br /&gt;</w:t>
        <w:br/>
        <w:t>Лівеє крило,&lt;br /&gt;</w:t>
        <w:br/>
        <w:t>Давай диму дорогу.&lt;br /&gt;</w:t>
        <w:br/>
        <w:t>Іди, димоньку,&lt;br /&gt;</w:t>
        <w:br/>
        <w:t>Та додомоньку,&lt;br /&gt;</w:t>
        <w:br/>
        <w:t>Вийся косами&lt;br /&gt;</w:t>
        <w:br/>
        <w:t>Під небесами,&lt;br /&gt;</w:t>
        <w:br/>
        <w:t>Зіронькам поклонися.</w:t>
      </w:r>
    </w:p>
    <w:p>
      <w:r>
        <w:br/>
        <w:t>Ява II</w:t>
      </w:r>
    </w:p>
    <w:p>
      <w:r>
        <w:br/>
        <w:t>Чарівниця і чумакова мати.</w:t>
      </w:r>
    </w:p>
    <w:p>
      <w:r>
        <w:br/>
        <w:t>Чумакова мати&lt;br /&gt;</w:t>
        <w:br/>
        <w:t>Добрий вечір, стара ненько,&lt;br /&gt;</w:t>
        <w:br/>
        <w:t>Чи здорова поживаєш?&lt;br /&gt;</w:t>
        <w:br/>
        <w:t>Ой, скажи, скажи, моє серденько,&lt;br /&gt;</w:t>
        <w:br/>
        <w:t>Де мій синок пробуває?&lt;br /&gt;</w:t>
        <w:br/>
        <w:t>Чи на морі в лютім горі,&lt;br /&gt;</w:t>
        <w:br/>
        <w:t>Чи на тихому Дунаї,&lt;br /&gt;</w:t>
        <w:br/>
        <w:t>Чи в степу лежить, головка болить,&lt;br /&gt;</w:t>
        <w:br/>
        <w:t>Чи додому повертає?</w:t>
      </w:r>
    </w:p>
    <w:p>
      <w:r>
        <w:br/>
        <w:t>Чарівниця&lt;br /&gt;</w:t>
        <w:br/>
        <w:t>Не журися, моя доню,&lt;br /&gt;</w:t>
        <w:br/>
        <w:t>Не журися, бідна мати:&lt;br /&gt;</w:t>
        <w:br/>
        <w:t>Наллю водиці з семи криниців,&lt;br /&gt;</w:t>
        <w:br/>
        <w:t>Будеш сина оглядати.&lt;br /&gt;</w:t>
        <w:br/>
        <w:t>(Наливає. Чумакова мати дивиться).&lt;br /&gt;</w:t>
        <w:br/>
        <w:t>Чи бачиш ти, моя доню,&lt;br /&gt;</w:t>
        <w:br/>
        <w:t>Серед поля ясну зорю?&lt;br /&gt;</w:t>
        <w:br/>
        <w:t>Ой то не зоря, то твоє дитя&lt;br /&gt;</w:t>
        <w:br/>
        <w:t>Та на синьому морю.</w:t>
      </w:r>
    </w:p>
    <w:p>
      <w:r>
        <w:br/>
        <w:t>Чумакова мати&lt;br /&gt;</w:t>
        <w:br/>
        <w:t>Бабусенько, воріженько,&lt;br /&gt;</w:t>
        <w:br/>
        <w:t>Чогось зоря погасає…</w:t>
      </w:r>
    </w:p>
    <w:p>
      <w:r>
        <w:br/>
        <w:t>Чарівниця&lt;br /&gt;</w:t>
        <w:br/>
        <w:t>Ой, то не зоря, то – твоє дитя&lt;br /&gt;</w:t>
        <w:br/>
        <w:t>Серед моря потопає.&lt;br /&gt;</w:t>
        <w:br/>
        <w:t>Біжи ж, біжи, моя доню,&lt;br /&gt;</w:t>
        <w:br/>
        <w:t>Біжи, доню, аж до Дону;&lt;br /&gt;</w:t>
        <w:br/>
        <w:t>Ой, подай, подай білу рученьку&lt;br /&gt;</w:t>
        <w:br/>
        <w:t>Чумакові молодому.</w:t>
      </w:r>
    </w:p>
    <w:p>
      <w:r>
        <w:br/>
        <w:t>Чумакова мати тікає.</w:t>
      </w:r>
    </w:p>
    <w:p>
      <w:r>
        <w:br/>
        <w:t>Ява III</w:t>
      </w:r>
    </w:p>
    <w:p>
      <w:r>
        <w:br/>
        <w:t>Чарівниця одна&lt;br /&gt;</w:t>
        <w:br/>
        <w:t>(ставить горщок до печі).&lt;br /&gt;</w:t>
        <w:br/>
        <w:t>Гори, гори, диво,&lt;br /&gt;</w:t>
        <w:br/>
        <w:t>Вари, вари живо,&lt;br /&gt;</w:t>
        <w:br/>
        <w:t>Вари первеє пиво!&lt;br /&gt;</w:t>
        <w:br/>
        <w:t>А хто буде пити,&lt;br /&gt;</w:t>
        <w:br/>
        <w:t>Тому серця не в’ялити,&lt;br /&gt;</w:t>
        <w:br/>
        <w:t>Тому в парі ходити.&lt;br /&gt;</w:t>
        <w:br/>
        <w:t>(Ставить другий горщок).&lt;br /&gt;</w:t>
        <w:br/>
        <w:t>Гори, гори, диво,&lt;br /&gt;</w:t>
        <w:br/>
        <w:t>Вари, вари живо,&lt;br /&gt;</w:t>
        <w:br/>
        <w:t>Вари другеє пиво!&lt;br /&gt;</w:t>
        <w:br/>
        <w:t>А хто буде пити,&lt;br /&gt;</w:t>
        <w:br/>
        <w:t>Тому жити та жити,&lt;br /&gt;</w:t>
        <w:br/>
        <w:t>Цілий вік не тужити.&lt;br /&gt;</w:t>
        <w:br/>
        <w:t>(Ставить третій горщок)&lt;br /&gt;</w:t>
        <w:br/>
        <w:t>Гори, гори, диво,&lt;br /&gt;</w:t>
        <w:br/>
        <w:t>Вари, вари живо,&lt;br /&gt;</w:t>
        <w:br/>
        <w:t>Вари третєє пиво!&lt;br /&gt;</w:t>
        <w:br/>
        <w:t>А хто пити буде,&lt;br /&gt;</w:t>
        <w:br/>
        <w:t>Той всю тугу позабуде,&lt;br /&gt;</w:t>
        <w:br/>
        <w:t>Яка була та буде.</w:t>
      </w:r>
    </w:p>
    <w:p>
      <w:r>
        <w:br/>
        <w:t>Ява IV</w:t>
      </w:r>
    </w:p>
    <w:p>
      <w:r>
        <w:br/>
        <w:t>Чарівниця і Явдоха.</w:t>
      </w:r>
    </w:p>
    <w:p>
      <w:r>
        <w:br/>
        <w:t>Явдоха&lt;br /&gt;</w:t>
        <w:br/>
        <w:t>На добрий вечір, та стара ненько,&lt;br /&gt;</w:t>
        <w:br/>
        <w:t>На добрий вечір, любко!&lt;br /&gt;</w:t>
        <w:br/>
        <w:t>Ой порадь, порадь, моє серденько,&lt;br /&gt;</w:t>
        <w:br/>
        <w:t>Порадь, сива голубко!&lt;br /&gt;</w:t>
        <w:br/>
        <w:t>Ой пішов Гордій та на синій Дін,&lt;br /&gt;</w:t>
        <w:br/>
        <w:t>Та на синєє море,&lt;br /&gt;</w:t>
        <w:br/>
        <w:t>А мені, мені та молодії,&lt;br /&gt;</w:t>
        <w:br/>
        <w:t>Тяжке горе та горе.&lt;br /&gt;</w:t>
        <w:br/>
        <w:t>Ой пішов Гордій та на синій Дін,&lt;br /&gt;</w:t>
        <w:br/>
        <w:t>Та білу рибку удить,&lt;br /&gt;</w:t>
        <w:br/>
        <w:t>А мене, мене та молодую,&lt;br /&gt;</w:t>
        <w:br/>
        <w:t>Коло серденька нудить.</w:t>
      </w:r>
    </w:p>
    <w:p>
      <w:r>
        <w:br/>
        <w:t>Чарівниця&lt;br /&gt;</w:t>
        <w:br/>
        <w:t>Ой не плач, не плач, моє серденько,&lt;br /&gt;</w:t>
        <w:br/>
        <w:t>В сиру землю не бийся;&lt;br /&gt;</w:t>
        <w:br/>
        <w:t>Ой стоїть горня коло полум’я,&lt;br /&gt;</w:t>
        <w:br/>
        <w:t>Ой возьми та напийся!</w:t>
      </w:r>
    </w:p>
    <w:p>
      <w:r>
        <w:br/>
        <w:t>Явдоха&lt;br /&gt;</w:t>
        <w:br/>
        <w:t>(беручи горня).&lt;br /&gt;</w:t>
        <w:br/>
        <w:t>Ой пиття, пиття, зачаруй життя,&lt;br /&gt;</w:t>
        <w:br/>
        <w:t>Зачаруй мої муки,&lt;br /&gt;</w:t>
        <w:br/>
        <w:t>Щоб забула я, щоб не чула я&lt;br /&gt;</w:t>
        <w:br/>
        <w:t>Ні розлуки, ні злуки.</w:t>
      </w:r>
    </w:p>
    <w:p>
      <w:r>
        <w:br/>
        <w:t>Заслона спадає.</w:t>
      </w:r>
    </w:p>
    <w:p>
      <w:r>
        <w:br/>
        <w:t>Місце четверте</w:t>
      </w:r>
    </w:p>
    <w:p>
      <w:r>
        <w:br/>
        <w:t>Прогалина; з боків горби, а спереду море; на прогалині рибацький вогонь, недалеко від вогню два рибацьких коловороти. Ніч темная і невидная.</w:t>
      </w:r>
    </w:p>
    <w:p>
      <w:r>
        <w:br/>
        <w:t>Ява І</w:t>
      </w:r>
    </w:p>
    <w:p>
      <w:r>
        <w:br/>
        <w:t>Два рибаки (коло вогню).</w:t>
      </w:r>
    </w:p>
    <w:p>
      <w:r>
        <w:br/>
        <w:t>Старий рибак&lt;br /&gt;</w:t>
        <w:br/>
        <w:t>Ох, а був же я, був та у батька один син,&lt;br /&gt;</w:t>
        <w:br/>
        <w:t>Ой, мене батько по неволі одружив.&lt;br /&gt;</w:t>
        <w:br/>
        <w:t>Ох, а дав мені жону та нелюбляную,&lt;br /&gt;</w:t>
        <w:br/>
        <w:t>А ще до того неробітливую.&lt;br /&gt;</w:t>
        <w:br/>
        <w:t>А прожив же я рік, а прожив же я два,&lt;br /&gt;</w:t>
        <w:br/>
        <w:t>Ой, десь узялась ще й дитина мала;&lt;br /&gt;</w:t>
        <w:br/>
        <w:t>А я з дому на Дін до донських козаків,&lt;br /&gt;</w:t>
        <w:br/>
        <w:t>Ой, а із Дону до татарських морів.&lt;br /&gt;</w:t>
        <w:br/>
        <w:t>Вже не рік та не два, як я вийшов з села;&lt;br /&gt;</w:t>
        <w:br/>
        <w:t>Ой не жаль мні села, коли б жінка одна,&lt;br /&gt;</w:t>
        <w:br/>
        <w:t>Жаль мені сина, що дитина мала.</w:t>
      </w:r>
    </w:p>
    <w:p>
      <w:r>
        <w:br/>
        <w:t>Молодий рибак&lt;br /&gt;</w:t>
        <w:br/>
        <w:t>Ой я сам півгода, як із Самгорода;&lt;br /&gt;</w:t>
        <w:br/>
        <w:t>Я ж твою жінку та дитину видав.&lt;br /&gt;</w:t>
        <w:br/>
        <w:t>Ой жона вже стара, ні кола ні двора,&lt;br /&gt;</w:t>
        <w:br/>
        <w:t>Ох, а дитина – вже женити пора.&lt;br /&gt;</w:t>
        <w:br/>
        <w:t>Закохався твій син, а я пару відбив.&lt;br /&gt;</w:t>
        <w:br/>
        <w:t>Ой відбив пару та всіх трьох погубив.&lt;br /&gt;</w:t>
        <w:br/>
        <w:t>Ой твій син в чумаки, я на Дін в рибаки,&lt;br /&gt;</w:t>
        <w:br/>
        <w:t>Ой, а дівчина десь пішла в покритки.&lt;br /&gt;</w:t>
        <w:br/>
        <w:t>Ой кажи не кажи, а на серці печаль:&lt;br /&gt;</w:t>
        <w:br/>
        <w:t>Жаль чумаченька, та й дівчиноньки жаль.</w:t>
      </w:r>
    </w:p>
    <w:p>
      <w:r>
        <w:br/>
        <w:t>Ява II</w:t>
      </w:r>
    </w:p>
    <w:p>
      <w:r>
        <w:br/>
        <w:t>Тії ж і Явдоха (простоволоса).</w:t>
      </w:r>
    </w:p>
    <w:p>
      <w:r>
        <w:br/>
        <w:t>Явдоха&lt;br /&gt;</w:t>
        <w:br/>
        <w:t>(кидаючись до Гордія).&lt;br /&gt;</w:t>
        <w:br/>
        <w:t>Ой любчику&lt;br /&gt;</w:t>
        <w:br/>
        <w:t>Та Гордієньку,&lt;br /&gt;</w:t>
        <w:br/>
        <w:t>Де ти був-пробував&lt;br /&gt;</w:t>
        <w:br/>
        <w:t>Сю неділеньку?</w:t>
      </w:r>
    </w:p>
    <w:p>
      <w:r>
        <w:br/>
        <w:t>Гордій&lt;br /&gt;</w:t>
        <w:br/>
        <w:t>(з переляку).&lt;br /&gt;</w:t>
        <w:br/>
        <w:t>Ох!</w:t>
      </w:r>
    </w:p>
    <w:p>
      <w:r>
        <w:br/>
        <w:t>Явдоха&lt;br /&gt;</w:t>
        <w:br/>
        <w:t>(обіймаючи).&lt;br /&gt;</w:t>
        <w:br/>
        <w:t>Ох-ох-ох, а ми вдвох&lt;br /&gt;</w:t>
        <w:br/>
        <w:t>Поцілуймося!&lt;br /&gt;</w:t>
        <w:br/>
        <w:t>Стара мати лягла спати,&lt;br /&gt;</w:t>
        <w:br/>
        <w:t>Не пробудиться.&lt;br /&gt;</w:t>
        <w:br/>
        <w:t>І свічки в головах,&lt;br /&gt;</w:t>
        <w:br/>
        <w:t>І попи у ногах;&lt;br /&gt;</w:t>
        <w:br/>
        <w:t>Ходім, серце Гордієньку,&lt;br /&gt;</w:t>
        <w:br/>
        <w:t>Та подивимся.</w:t>
      </w:r>
    </w:p>
    <w:p>
      <w:r>
        <w:br/>
        <w:t>Гордій&lt;br /&gt;</w:t>
        <w:br/>
        <w:t>Здуріла, нещасна!&lt;br /&gt;</w:t>
        <w:br/>
        <w:t>Прости її, боже!&lt;br /&gt;</w:t>
        <w:br/>
        <w:t>Погубив я душу…</w:t>
      </w:r>
    </w:p>
    <w:p>
      <w:r>
        <w:br/>
        <w:t>Старий рибак&lt;br /&gt;</w:t>
        <w:br/>
        <w:t>Погубив, небоже!..</w:t>
      </w:r>
    </w:p>
    <w:p>
      <w:r>
        <w:br/>
        <w:t>Явдоха&lt;br /&gt;</w:t>
        <w:br/>
        <w:t>Погубив, полюбив,&lt;br /&gt;</w:t>
        <w:br/>
        <w:t>Домовину купив.&lt;br /&gt;</w:t>
        <w:br/>
        <w:t>Коли ж вона прокинеться&lt;br /&gt;</w:t>
        <w:br/>
        <w:t>Та подякує?</w:t>
      </w:r>
    </w:p>
    <w:p>
      <w:r>
        <w:br/>
        <w:t>Тим часом на морі потопає чумак, а на горі видніється чумакова мати. Блискавка розриває хмари, чути крики. З моря: "Рятуйте!" З гори: "Рятуйте!"</w:t>
      </w:r>
    </w:p>
    <w:p>
      <w:r>
        <w:br/>
        <w:t>Молодий рибак&lt;br /&gt;</w:t>
        <w:br/>
        <w:t>Що то, батьку, чути?</w:t>
      </w:r>
    </w:p>
    <w:p>
      <w:r>
        <w:br/>
        <w:t>Старий рибак&lt;br /&gt;</w:t>
        <w:br/>
        <w:t>Та й мені щось причулося…</w:t>
      </w:r>
    </w:p>
    <w:p>
      <w:r>
        <w:br/>
        <w:t>Молодий рибак&lt;br /&gt;</w:t>
        <w:br/>
        <w:t>То вітер, майбути.</w:t>
      </w:r>
    </w:p>
    <w:p>
      <w:r>
        <w:br/>
        <w:t>Явдоха&lt;br /&gt;</w:t>
        <w:br/>
        <w:t>Рятуйте, рятуйте&lt;br /&gt;</w:t>
        <w:br/>
        <w:t>Та дошки готуйте,&lt;br /&gt;</w:t>
        <w:br/>
        <w:t>Кленовії, дубовії,&lt;br /&gt;</w:t>
        <w:br/>
        <w:t>Щоб до міри були!</w:t>
      </w:r>
    </w:p>
    <w:p>
      <w:r>
        <w:br/>
        <w:t>З моря:&lt;br /&gt;</w:t>
        <w:br/>
        <w:t>"Рятуйте!"</w:t>
      </w:r>
    </w:p>
    <w:p>
      <w:r>
        <w:br/>
        <w:t>З гори:&lt;br /&gt;</w:t>
        <w:br/>
        <w:t>"Рятуйте!"</w:t>
      </w:r>
    </w:p>
    <w:p>
      <w:r>
        <w:br/>
        <w:t>Молодий рибак&lt;br /&gt;</w:t>
        <w:br/>
        <w:t>Знову, батьку, чути.</w:t>
      </w:r>
    </w:p>
    <w:p>
      <w:r>
        <w:br/>
        <w:t>Старий рибак&lt;br /&gt;</w:t>
        <w:br/>
        <w:t>Та й мені щось причулося.</w:t>
      </w:r>
    </w:p>
    <w:p>
      <w:r>
        <w:br/>
        <w:t>Молодий рибак&lt;br /&gt;</w:t>
        <w:br/>
        <w:t>То вітер, майбути.</w:t>
      </w:r>
    </w:p>
    <w:p>
      <w:r>
        <w:br/>
        <w:t>Явдоха&lt;br /&gt;</w:t>
        <w:br/>
        <w:t>Рятуйте, рятуйте&lt;br /&gt;</w:t>
        <w:br/>
        <w:t>Та яму готуйте,&lt;br /&gt;</w:t>
        <w:br/>
        <w:t>Широкую, глибокую,&lt;br /&gt;</w:t>
        <w:br/>
        <w:t>Щоб тепленько було!</w:t>
      </w:r>
    </w:p>
    <w:p>
      <w:r>
        <w:br/>
        <w:t>З моря:&lt;br /&gt;</w:t>
        <w:br/>
        <w:t>"Рятуйте!"</w:t>
      </w:r>
    </w:p>
    <w:p>
      <w:r>
        <w:br/>
        <w:t>З гори:&lt;br /&gt;</w:t>
        <w:br/>
        <w:t>"Рятуйте!"</w:t>
      </w:r>
    </w:p>
    <w:p>
      <w:r>
        <w:br/>
        <w:t>Молодий рибак&lt;br /&gt;</w:t>
        <w:br/>
        <w:t>Знову, батьку, чути!</w:t>
      </w:r>
    </w:p>
    <w:p>
      <w:r>
        <w:br/>
        <w:t>Старий рибак&lt;br /&gt;</w:t>
        <w:br/>
        <w:t>Та й мені щось причулося.</w:t>
      </w:r>
    </w:p>
    <w:p>
      <w:r>
        <w:br/>
        <w:t>Молодий рибак&lt;br /&gt;</w:t>
        <w:br/>
        <w:t>Не вітер, майбути.</w:t>
      </w:r>
    </w:p>
    <w:p>
      <w:r>
        <w:br/>
        <w:t>Явдоха&lt;br /&gt;</w:t>
        <w:br/>
        <w:t>Рятуйте, рятуйте,&lt;br /&gt;</w:t>
        <w:br/>
        <w:t>Свічечки готуйте.&lt;br /&gt;</w:t>
        <w:br/>
        <w:t>Яровії, восковії&lt;br /&gt;</w:t>
        <w:br/>
        <w:t>На весіллячко!</w:t>
      </w:r>
    </w:p>
    <w:p>
      <w:r>
        <w:br/>
        <w:t>Гордій&lt;br /&gt;</w:t>
        <w:br/>
        <w:t>Що ти мелеш?</w:t>
      </w:r>
    </w:p>
    <w:p>
      <w:r>
        <w:br/>
        <w:t>Явдоха&lt;br /&gt;</w:t>
        <w:br/>
        <w:t>Я співаю.&lt;br /&gt;</w:t>
        <w:br/>
        <w:t>Ти не знаєш, а я знаю,&lt;br /&gt;</w:t>
        <w:br/>
        <w:t>Що співаю, – то чумак!&lt;br /&gt;</w:t>
        <w:br/>
        <w:t>Бігла, бігла стара мати&lt;br /&gt;</w:t>
        <w:br/>
        <w:t>Свого сина рятувати –&lt;br /&gt;</w:t>
        <w:br/>
        <w:t>Та пропав, неборак.&lt;br /&gt;</w:t>
        <w:br/>
        <w:t>Ой піду я нарву зілля&lt;br /&gt;</w:t>
        <w:br/>
        <w:t>Та вберуся на весілля,&lt;br /&gt;</w:t>
        <w:br/>
        <w:t>Скоро вийде чумак…&lt;br /&gt;</w:t>
        <w:br/>
        <w:t>(Іде геть).</w:t>
      </w:r>
    </w:p>
    <w:p>
      <w:r>
        <w:br/>
        <w:t>Ява III</w:t>
      </w:r>
    </w:p>
    <w:p>
      <w:r>
        <w:br/>
        <w:t>Рибаки (одні).</w:t>
      </w:r>
    </w:p>
    <w:p>
      <w:r>
        <w:br/>
        <w:t>Молодий рибак&lt;br /&gt;</w:t>
        <w:br/>
        <w:t>А поглянь-но, старий батьку,&lt;br /&gt;</w:t>
        <w:br/>
        <w:t>На правую гору,&lt;br /&gt;</w:t>
        <w:br/>
        <w:t>Якась мара спускається&lt;br /&gt;</w:t>
        <w:br/>
        <w:t>Ік синьому морю.</w:t>
      </w:r>
    </w:p>
    <w:p>
      <w:r>
        <w:br/>
        <w:t>Старий рибак&lt;br /&gt;</w:t>
        <w:br/>
        <w:t>Чи не мати Явдошина?</w:t>
      </w:r>
    </w:p>
    <w:p>
      <w:r>
        <w:br/>
        <w:t>Молодий рибак&lt;br /&gt;</w:t>
        <w:br/>
        <w:t>Майбути, що мати,&lt;br /&gt;</w:t>
        <w:br/>
        <w:t>Кинулася аж до моря&lt;br /&gt;</w:t>
        <w:br/>
        <w:t>Дурної шукати.</w:t>
      </w:r>
    </w:p>
    <w:p>
      <w:r>
        <w:br/>
        <w:t>Старий рибак&lt;br /&gt;</w:t>
        <w:br/>
        <w:t>Де ж Явдоха поділася?</w:t>
      </w:r>
    </w:p>
    <w:p>
      <w:r>
        <w:br/>
        <w:t>Молодий рибак&lt;br /&gt;</w:t>
        <w:br/>
        <w:t>А хто її знає?&lt;br /&gt;</w:t>
        <w:br/>
        <w:t>І здуріла, поганая,&lt;br /&gt;</w:t>
        <w:br/>
        <w:t>І не пропадає.</w:t>
      </w:r>
    </w:p>
    <w:p>
      <w:r>
        <w:br/>
        <w:t>Ява IV</w:t>
      </w:r>
    </w:p>
    <w:p>
      <w:r>
        <w:br/>
        <w:t>Рибак і чумакова мати.</w:t>
      </w:r>
    </w:p>
    <w:p>
      <w:r>
        <w:br/>
        <w:t>Чумакова мати&lt;br /&gt;</w:t>
        <w:br/>
        <w:t>Рибалоньки молодії,&lt;br /&gt;</w:t>
        <w:br/>
        <w:t>Вчиніть мою волю,&lt;br /&gt;</w:t>
        <w:br/>
        <w:t>А розкиньте тонкий невід&lt;br /&gt;</w:t>
        <w:br/>
        <w:t>По синьому морю!&lt;br /&gt;</w:t>
        <w:br/>
        <w:t>А розкиньте тонкий невід&lt;br /&gt;</w:t>
        <w:br/>
        <w:t>По синьому живо,&lt;br /&gt;</w:t>
        <w:br/>
        <w:t>А вловіте чумаченька,&lt;br /&gt;</w:t>
        <w:br/>
        <w:t>А вловіте сина!</w:t>
      </w:r>
    </w:p>
    <w:p>
      <w:r>
        <w:br/>
        <w:t>Рибаки&lt;br /&gt;</w:t>
        <w:br/>
        <w:t>(ідучи до коловоротів).&lt;br /&gt;</w:t>
        <w:br/>
        <w:t>Не журися, стара ненько,&lt;br /&gt;</w:t>
        <w:br/>
        <w:t>Вволим твою волю;&lt;br /&gt;</w:t>
        <w:br/>
        <w:t>Ой наш невід на сорок гін&lt;br /&gt;</w:t>
        <w:br/>
        <w:t>Та в синьому морю.</w:t>
      </w:r>
    </w:p>
    <w:p>
      <w:r>
        <w:br/>
        <w:t>Молодий рибак&lt;br /&gt;</w:t>
        <w:br/>
        <w:t>Тягни, тягни, старий батьку!</w:t>
      </w:r>
    </w:p>
    <w:p>
      <w:r>
        <w:br/>
        <w:t>Старий рибак&lt;br /&gt;</w:t>
        <w:br/>
        <w:t>Тягни, тягни, сину!</w:t>
      </w:r>
    </w:p>
    <w:p>
      <w:r>
        <w:br/>
        <w:t>Молодий рибак&lt;br /&gt;</w:t>
        <w:br/>
        <w:t>Тягни мого товариша,&lt;br /&gt;</w:t>
        <w:br/>
        <w:t>А свою дитину.</w:t>
      </w:r>
    </w:p>
    <w:p>
      <w:r>
        <w:br/>
        <w:t>Старий рибак&lt;br /&gt;</w:t>
        <w:br/>
        <w:t>Тягни свого товариша,&lt;br /&gt;</w:t>
        <w:br/>
        <w:t>А мою дитину.</w:t>
      </w:r>
    </w:p>
    <w:p>
      <w:r>
        <w:br/>
        <w:t>Ява V</w:t>
      </w:r>
    </w:p>
    <w:p>
      <w:r>
        <w:br/>
        <w:t>Тії ж самі і Явдоха.</w:t>
      </w:r>
    </w:p>
    <w:p>
      <w:r>
        <w:br/>
        <w:t>Явдоха&lt;br /&gt;</w:t>
        <w:br/>
        <w:t>(з вінком на голові).&lt;br /&gt;</w:t>
        <w:br/>
        <w:t>Запив чумак, запив бурлак,&lt;br /&gt;</w:t>
        <w:br/>
        <w:t>Запив, зажурився,&lt;br /&gt;</w:t>
        <w:br/>
        <w:t>Ой тим же він зажурився:&lt;br /&gt;</w:t>
        <w:br/>
        <w:t>Без долі вродився.&lt;br /&gt;</w:t>
        <w:br/>
        <w:t>Нема йому щастя-долі,&lt;br /&gt;</w:t>
        <w:br/>
        <w:t>Нема йому й волі…&lt;br /&gt;</w:t>
        <w:br/>
        <w:t>Ой як пішов по дорогах&lt;br /&gt;</w:t>
        <w:br/>
        <w:t>Доленьки шукати,&lt;br /&gt;</w:t>
        <w:br/>
        <w:t>Та не найшов щастя-долі,&lt;br /&gt;</w:t>
        <w:br/>
        <w:t>Найшов синє море.&lt;br /&gt;</w:t>
        <w:br/>
        <w:t>А як зайшов серед моря&lt;br /&gt;</w:t>
        <w:br/>
        <w:t>Та й став потопати,&lt;br /&gt;</w:t>
        <w:br/>
        <w:t>Червоною хустиною&lt;br /&gt;</w:t>
        <w:br/>
        <w:t>На берег махати.&lt;br /&gt;</w:t>
        <w:br/>
        <w:t>Ніхто ж того чумаченька&lt;br /&gt;</w:t>
        <w:br/>
        <w:t>Не йде рятувати,&lt;br /&gt;</w:t>
        <w:br/>
        <w:t>Тілько іде рятувати&lt;br /&gt;</w:t>
        <w:br/>
        <w:t>Його стара мати.&lt;br /&gt;</w:t>
        <w:br/>
        <w:t>Зустрінула рибалоньків&lt;br /&gt;</w:t>
        <w:br/>
        <w:t>Та й стала просити –&lt;br /&gt;</w:t>
        <w:br/>
        <w:t>Розкинути тонкий невід,&lt;br /&gt;</w:t>
        <w:br/>
        <w:t>Сина уловити.&lt;br /&gt;</w:t>
        <w:br/>
        <w:t>Рибалоньки молодії&lt;br /&gt;</w:t>
        <w:br/>
        <w:t>Воленьку вволили,&lt;br /&gt;</w:t>
        <w:br/>
        <w:t>Розкинули тонкий невід,&lt;br /&gt;</w:t>
        <w:br/>
        <w:t>Сина уловили.&lt;br /&gt;</w:t>
        <w:br/>
        <w:t>Тягнуть сина до берега,&lt;br /&gt;</w:t>
        <w:br/>
        <w:t>Вода з рота ллється,&lt;br /&gt;</w:t>
        <w:br/>
        <w:t>Його мати старенькая&lt;br /&gt;</w:t>
        <w:br/>
        <w:t>В сиру землю б’ється.&lt;br /&gt;</w:t>
        <w:br/>
        <w:t>Рибаки справді витягають чумака.</w:t>
      </w:r>
    </w:p>
    <w:p>
      <w:r>
        <w:br/>
        <w:t>Чумакова мати&lt;br /&gt;</w:t>
        <w:br/>
        <w:t>Ой нате ж вам, рибалоньки,&lt;br /&gt;</w:t>
        <w:br/>
        <w:t>Сюю копу грошей,&lt;br /&gt;</w:t>
        <w:br/>
        <w:t>Що витягли мого сина –&lt;br /&gt;</w:t>
        <w:br/>
        <w:t>Який він хороший!</w:t>
      </w:r>
    </w:p>
    <w:p>
      <w:r>
        <w:br/>
        <w:t>Явдоха&lt;br /&gt;</w:t>
        <w:br/>
        <w:t>Який він хороший!</w:t>
      </w:r>
    </w:p>
    <w:p>
      <w:r>
        <w:br/>
        <w:t>Чумакова мати&lt;br /&gt;</w:t>
        <w:br/>
        <w:t>Ой нате ж вам, рибалоньки,&lt;br /&gt;</w:t>
        <w:br/>
        <w:t>Сього золотого,&lt;br /&gt;</w:t>
        <w:br/>
        <w:t>Що витягли мого сина&lt;br /&gt;</w:t>
        <w:br/>
        <w:t>Та хоч неживого.</w:t>
      </w:r>
    </w:p>
    <w:p>
      <w:r>
        <w:br/>
        <w:t>Явдоха&lt;br /&gt;</w:t>
        <w:br/>
        <w:t>Та хоч неживого!</w:t>
      </w:r>
    </w:p>
    <w:p>
      <w:r>
        <w:br/>
        <w:t>Чумакова мати&lt;br /&gt;</w:t>
        <w:br/>
        <w:t>Ой нате ж вам, рибалоньки,&lt;br /&gt;</w:t>
        <w:br/>
        <w:t>Ще й солі на страву,&lt;br /&gt;</w:t>
        <w:br/>
        <w:t>Поховайте мого сина,&lt;br /&gt;</w:t>
        <w:br/>
        <w:t>Як рибоньку в’ялу.</w:t>
      </w:r>
    </w:p>
    <w:p>
      <w:r>
        <w:br/>
        <w:t>Явдоха&lt;br /&gt;</w:t>
        <w:br/>
        <w:t>Як рибоньку в’ялу!</w:t>
      </w:r>
    </w:p>
    <w:p>
      <w:r>
        <w:br/>
        <w:t>Чумакова мати&lt;br /&gt;</w:t>
        <w:br/>
        <w:t>Та висипте, рибалоньки,&lt;br /&gt;</w:t>
        <w:br/>
        <w:t>Високу могилу,&lt;br /&gt;</w:t>
        <w:br/>
        <w:t>Щоби було виднісінько&lt;br /&gt;</w:t>
        <w:br/>
        <w:t>На всю Україну.</w:t>
      </w:r>
    </w:p>
    <w:p>
      <w:r>
        <w:br/>
        <w:t>Молодий рибак&lt;br /&gt;</w:t>
        <w:br/>
        <w:t>Не плач, не плач, стара ненько,&lt;br /&gt;</w:t>
        <w:br/>
        <w:t>Не завдавай жалю;&lt;br /&gt;</w:t>
        <w:br/>
        <w:t>Ой то чумак нещасливий,&lt;br /&gt;</w:t>
        <w:br/>
        <w:t>Я й так поховаю.</w:t>
      </w:r>
    </w:p>
    <w:p>
      <w:r>
        <w:br/>
        <w:t>Старий рибак&lt;br /&gt;</w:t>
        <w:br/>
        <w:t>Не плач, не плач, стара ненько,&lt;br /&gt;</w:t>
        <w:br/>
        <w:t>Не завдавай жалю;&lt;br /&gt;</w:t>
        <w:br/>
        <w:t>Ой то мій син ріднесенький,&lt;br /&gt;</w:t>
        <w:br/>
        <w:t>Я й так поховаю.</w:t>
      </w:r>
    </w:p>
    <w:p>
      <w:r>
        <w:br/>
        <w:t>Явдоха&lt;br /&gt;</w:t>
        <w:br/>
        <w:t>(кидаючись у море).&lt;br /&gt;</w:t>
        <w:br/>
        <w:t>Ховай, ховай Гордієньку,&lt;br /&gt;</w:t>
        <w:br/>
        <w:t>Ховай, стара нене,&lt;br /&gt;</w:t>
        <w:br/>
        <w:t>Та на рідній Україні&lt;br /&gt;</w:t>
        <w:br/>
        <w:t>Спом’яніть за мене!</w:t>
      </w:r>
    </w:p>
    <w:p>
      <w:r>
        <w:br/>
        <w:t>Ялта, 1862, м[еся]ца сент[ября].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