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Давидові псалми</w:t>
      </w:r>
    </w:p>
    <w:p>
      <w:r>
        <w:br/>
        <w:t xml:space="preserve"> 1&lt;br /&gt;</w:t>
        <w:br/>
        <w:t>Блаженний муж на лукаву&lt;br /&gt;</w:t>
        <w:br/>
        <w:t>Не вступає раду,&lt;br /&gt;</w:t>
        <w:br/>
        <w:t>І не стане на путь злого,&lt;br /&gt;</w:t>
        <w:br/>
        <w:t>І з лютим не сяде.&lt;br /&gt;</w:t>
        <w:br/>
        <w:t>А в законі господньому&lt;br /&gt;</w:t>
        <w:br/>
        <w:t>Серце його й воля&lt;br /&gt;</w:t>
        <w:br/>
        <w:t>Навчається, і стане він —&lt;br /&gt;</w:t>
        <w:br/>
        <w:t>Як на добрім полі&lt;br /&gt;</w:t>
        <w:br/>
        <w:t>Над водою посажене&lt;br /&gt;</w:t>
        <w:br/>
        <w:t>Древо зеленіє,&lt;br /&gt;</w:t>
        <w:br/>
        <w:t>Плодом вкрите. Так і муж той&lt;br /&gt;</w:t>
        <w:br/>
        <w:t>В добрі своїм спіє.&lt;br /&gt;</w:t>
        <w:br/>
        <w:t>А лукавих, нечестивих&lt;br /&gt;</w:t>
        <w:br/>
        <w:t>І слід пропадає, —&lt;br /&gt;</w:t>
        <w:br/>
        <w:t>Як той попіл, над землею&lt;br /&gt;</w:t>
        <w:br/>
        <w:t>Вітер розмахає,&lt;br /&gt;</w:t>
        <w:br/>
        <w:t>І не встануть з праведними&lt;br /&gt;</w:t>
        <w:br/>
        <w:t>Злії з домовини;&lt;br /&gt;</w:t>
        <w:br/>
        <w:t>Діла добрих оновляться,&lt;br /&gt;</w:t>
        <w:br/>
        <w:t>Діла злих загинуть.</w:t>
      </w:r>
    </w:p>
    <w:p>
      <w:r>
        <w:br/>
        <w:t>12</w:t>
      </w:r>
    </w:p>
    <w:p>
      <w:r>
        <w:br/>
        <w:t>Чи ти мене, боже милий,&lt;br /&gt;</w:t>
        <w:br/>
        <w:t>Навік забуваєш?&lt;br /&gt;</w:t>
        <w:br/>
        <w:t>Одвертаєш лице своє,&lt;br /&gt;</w:t>
        <w:br/>
        <w:t>Мене покидаєш?&lt;br /&gt;</w:t>
        <w:br/>
        <w:t>Доки буду мучить душу&lt;br /&gt;</w:t>
        <w:br/>
        <w:t>І серцем боліти?&lt;br /&gt;</w:t>
        <w:br/>
        <w:t>Доки буде ворог лютий&lt;br /&gt;</w:t>
        <w:br/>
        <w:t>На мене дивитись&lt;br /&gt;</w:t>
        <w:br/>
        <w:t>І сміятись?.. Спаси мене,&lt;br /&gt;</w:t>
        <w:br/>
        <w:t>Спаси мою душу,&lt;br /&gt;</w:t>
        <w:br/>
        <w:t>Да не скаже хитрий ворог:&lt;br /&gt;</w:t>
        <w:br/>
        <w:t>— Я його подужав. —&lt;br /&gt;</w:t>
        <w:br/>
        <w:t>І всі злії посміються,&lt;br /&gt;</w:t>
        <w:br/>
        <w:t>Як упаду в руки,&lt;br /&gt;</w:t>
        <w:br/>
        <w:t>В руки вражі. Спаси мене&lt;br /&gt;</w:t>
        <w:br/>
        <w:t>Од лютої муки!&lt;br /&gt;</w:t>
        <w:br/>
        <w:t>Спаси мене! Помолюся&lt;br /&gt;</w:t>
        <w:br/>
        <w:t>І воспою знову&lt;br /&gt;</w:t>
        <w:br/>
        <w:t>Твої блага чистим серцем.&lt;br /&gt;</w:t>
        <w:br/>
        <w:t>Псалмом тихим, новим.</w:t>
      </w:r>
    </w:p>
    <w:p>
      <w:r>
        <w:br/>
        <w:t>43</w:t>
      </w:r>
    </w:p>
    <w:p>
      <w:r>
        <w:br/>
        <w:t>Боже, нашими ушима&lt;br /&gt;</w:t>
        <w:br/>
        <w:t>Чули твою славу,&lt;br /&gt;</w:t>
        <w:br/>
        <w:t>І діди нам розказують&lt;br /&gt;</w:t>
        <w:br/>
        <w:t>Про давні криваві&lt;br /&gt;</w:t>
        <w:br/>
        <w:t>Тії літа; як рукою&lt;br /&gt;</w:t>
        <w:br/>
        <w:t>Твердою своєю&lt;br /&gt;</w:t>
        <w:br/>
        <w:t>Розв'язав ти наші руки&lt;br /&gt;</w:t>
        <w:br/>
        <w:t>І покрив землею&lt;br /&gt;</w:t>
        <w:br/>
        <w:t>Трупи ворожі. І силу&lt;br /&gt;</w:t>
        <w:br/>
        <w:t>Твою восхвалили&lt;br /&gt;</w:t>
        <w:br/>
        <w:t>Твої люди і в покої,&lt;br /&gt;</w:t>
        <w:br/>
        <w:t>В добрі одпочили,&lt;br /&gt;</w:t>
        <w:br/>
        <w:t>Славя господа!.. А нині!..&lt;br /&gt;</w:t>
        <w:br/>
        <w:t>Покрив єси знову&lt;br /&gt;</w:t>
        <w:br/>
        <w:t>Срамотою свої люди, —&lt;br /&gt;</w:t>
        <w:br/>
        <w:t>І вороги нові&lt;br /&gt;</w:t>
        <w:br/>
        <w:t>Розкрадають, як овець, нас&lt;br /&gt;</w:t>
        <w:br/>
        <w:t>І жеруть!.. Без плати&lt;br /&gt;</w:t>
        <w:br/>
        <w:t>І без ціни оддав єси&lt;br /&gt;</w:t>
        <w:br/>
        <w:t>Ворогам проклятим.&lt;br /&gt;</w:t>
        <w:br/>
        <w:t>Покинув нас на сміх людям,&lt;br /&gt;</w:t>
        <w:br/>
        <w:t>В наругу сусідям, —&lt;br /&gt;</w:t>
        <w:br/>
        <w:t>Покинув нас, яко в притчу&lt;br /&gt;</w:t>
        <w:br/>
        <w:t>Нерозумним людям.&lt;br /&gt;</w:t>
        <w:br/>
        <w:t>І кивають, сміючися,&lt;br /&gt;</w:t>
        <w:br/>
        <w:t>На нас головами:&lt;br /&gt;</w:t>
        <w:br/>
        <w:t>І всякий день перед нами —&lt;br /&gt;</w:t>
        <w:br/>
        <w:t>Стид наш перед нами.&lt;br /&gt;</w:t>
        <w:br/>
        <w:t>Окрадені, замучені,&lt;br /&gt;</w:t>
        <w:br/>
        <w:t>В путах умираєм.&lt;br /&gt;</w:t>
        <w:br/>
        <w:t>Не молимось чужим богам,&lt;br /&gt;</w:t>
        <w:br/>
        <w:t>А тебе благаєм:&lt;br /&gt;</w:t>
        <w:br/>
        <w:t>Поможи нам, ізбави нас&lt;br /&gt;</w:t>
        <w:br/>
        <w:t>Вражої наруги!&lt;br /&gt;</w:t>
        <w:br/>
        <w:t>Поборов ти першу силу,&lt;br /&gt;</w:t>
        <w:br/>
        <w:t>Побори ж і другу,&lt;br /&gt;</w:t>
        <w:br/>
        <w:t>Ще лютішу!.. Встань же, боже,&lt;br /&gt;</w:t>
        <w:br/>
        <w:t>Векую будеш спати,&lt;br /&gt;</w:t>
        <w:br/>
        <w:t>Од сльоз наших одвертатись,&lt;br /&gt;</w:t>
        <w:br/>
        <w:t>Скорбі забувати?&lt;br /&gt;</w:t>
        <w:br/>
        <w:t>Смирилася душа наша,&lt;br /&gt;</w:t>
        <w:br/>
        <w:t>Жить тяжко в оковах!&lt;br /&gt;</w:t>
        <w:br/>
        <w:t>Встань же боже, поможи нам&lt;br /&gt;</w:t>
        <w:br/>
        <w:t>Встать на ката знову.</w:t>
      </w:r>
    </w:p>
    <w:p>
      <w:r>
        <w:br/>
        <w:t>52</w:t>
      </w:r>
    </w:p>
    <w:p>
      <w:r>
        <w:br/>
        <w:t>Пребезумний в серці скаже,&lt;br /&gt;</w:t>
        <w:br/>
        <w:t>Що бога немає,&lt;br /&gt;</w:t>
        <w:br/>
        <w:t>В беззаконії мерзіє,&lt;br /&gt;</w:t>
        <w:br/>
        <w:t>Не творить благая.&lt;br /&gt;</w:t>
        <w:br/>
        <w:t>А бог дивиться: чи є ще&lt;br /&gt;</w:t>
        <w:br/>
        <w:t>Взискающий бога?&lt;br /&gt;</w:t>
        <w:br/>
        <w:t>Нема добре творящого,&lt;br /&gt;</w:t>
        <w:br/>
        <w:t>Нема ні одного!&lt;br /&gt;</w:t>
        <w:br/>
        <w:t>Коли вони, неситії&lt;br /&gt;</w:t>
        <w:br/>
        <w:t>Гріхами, дознають?&lt;br /&gt;</w:t>
        <w:br/>
        <w:t>Їдять люди замість хліба,&lt;br /&gt;</w:t>
        <w:br/>
        <w:t>Бога не згадають.&lt;br /&gt;</w:t>
        <w:br/>
        <w:t>Там бояться, лякаються,&lt;br /&gt;</w:t>
        <w:br/>
        <w:t>Де страху й не буде.&lt;br /&gt;</w:t>
        <w:br/>
        <w:t>Так самі себе бояться&lt;br /&gt;</w:t>
        <w:br/>
        <w:t>Лукавії люди.&lt;br /&gt;</w:t>
        <w:br/>
        <w:t>Хто ж пошле нам спасеніє,&lt;br /&gt;</w:t>
        <w:br/>
        <w:t>Верне добру долю?&lt;br /&gt;</w:t>
        <w:br/>
        <w:t>Колись бог нам верне волю,&lt;br /&gt;</w:t>
        <w:br/>
        <w:t>Розіб'є неволю.&lt;br /&gt;</w:t>
        <w:br/>
        <w:t>Восхвалимо тебе, боже,&lt;br /&gt;</w:t>
        <w:br/>
        <w:t>Хваленіем всяким;&lt;br /&gt;</w:t>
        <w:br/>
        <w:t>Возрадується Ізраїль&lt;br /&gt;</w:t>
        <w:br/>
        <w:t>І святий Іаков.</w:t>
      </w:r>
    </w:p>
    <w:p>
      <w:r>
        <w:br/>
        <w:t>53</w:t>
      </w:r>
    </w:p>
    <w:p>
      <w:r>
        <w:br/>
        <w:t>Боже, спаси, суди мене&lt;br /&gt;</w:t>
        <w:br/>
        <w:t>Ти по своїй волі.&lt;br /&gt;</w:t>
        <w:br/>
        <w:t>Молюсь, господи, внуши їм&lt;br /&gt;</w:t>
        <w:br/>
        <w:t>Уст моїх глаголи.&lt;br /&gt;</w:t>
        <w:br/>
        <w:t>Бо на душу мою встали&lt;br /&gt;</w:t>
        <w:br/>
        <w:t>Сильнії чужії,&lt;br /&gt;</w:t>
        <w:br/>
        <w:t>Не зрять бога над собою,&lt;br /&gt;</w:t>
        <w:br/>
        <w:t>Не знають, що діють.&lt;br /&gt;</w:t>
        <w:br/>
        <w:t>А бог мені помагає,&lt;br /&gt;</w:t>
        <w:br/>
        <w:t>Мене заступає&lt;br /&gt;</w:t>
        <w:br/>
        <w:t>І їм правдою своєю&lt;br /&gt;</w:t>
        <w:br/>
        <w:t>Вертає їх злая.&lt;br /&gt;</w:t>
        <w:br/>
        <w:t>Помолюся господеві&lt;br /&gt;</w:t>
        <w:br/>
        <w:t>Серцем одиноким&lt;br /&gt;</w:t>
        <w:br/>
        <w:t>І на злих моїх погляну&lt;br /&gt;</w:t>
        <w:br/>
        <w:t>Незлим моїм оком...</w:t>
      </w:r>
    </w:p>
    <w:p>
      <w:r>
        <w:br/>
        <w:t>81</w:t>
      </w:r>
    </w:p>
    <w:p>
      <w:r>
        <w:br/>
        <w:t>Між Царями-судіями&lt;br /&gt;</w:t>
        <w:br/>
        <w:t>На раді великій&lt;br /&gt;</w:t>
        <w:br/>
        <w:t>Став земних владик судити&lt;br /&gt;</w:t>
        <w:br/>
        <w:t>Небесний владика.</w:t>
      </w:r>
    </w:p>
    <w:p>
      <w:r>
        <w:br/>
        <w:t>— Доколі будете стяжати&lt;br /&gt;</w:t>
        <w:br/>
        <w:t>І кров невинну розливать&lt;br /&gt;</w:t>
        <w:br/>
        <w:t>Людей убогих? А багатим&lt;br /&gt;</w:t>
        <w:br/>
        <w:t>Судом лукавим помагать?&lt;br /&gt;</w:t>
        <w:br/>
        <w:t>Вдові убогій поможіте,&lt;br /&gt;</w:t>
        <w:br/>
        <w:t>Не осудіте сироти&lt;br /&gt;</w:t>
        <w:br/>
        <w:t>І виведіть із тісноти&lt;br /&gt;</w:t>
        <w:br/>
        <w:t>На волю тихих, заступіте&lt;br /&gt;</w:t>
        <w:br/>
        <w:t>Од рук неситих! — Не хотять&lt;br /&gt;</w:t>
        <w:br/>
        <w:t>Познать, розбити тьму неволі, —&lt;br /&gt;</w:t>
        <w:br/>
        <w:t>І всує господа глаголи,&lt;br /&gt;</w:t>
        <w:br/>
        <w:t>І всує плачеться земля.&lt;br /&gt;</w:t>
        <w:br/>
        <w:t>І царі, раби — однакові&lt;br /&gt;</w:t>
        <w:br/>
        <w:t>Сини перед богом;&lt;br /&gt;</w:t>
        <w:br/>
        <w:t>І ви вмрете, як і князь ваш&lt;br /&gt;</w:t>
        <w:br/>
        <w:t>І ваш раб убогий.&lt;br /&gt;</w:t>
        <w:br/>
        <w:t>Встань же, боже, суди землю&lt;br /&gt;</w:t>
        <w:br/>
        <w:t>І судей лукавих!&lt;br /&gt;</w:t>
        <w:br/>
        <w:t>На всім світі твоя правда,&lt;br /&gt;</w:t>
        <w:br/>
        <w:t>І воля, і слава.</w:t>
      </w:r>
    </w:p>
    <w:p>
      <w:r>
        <w:br/>
        <w:t>93</w:t>
      </w:r>
    </w:p>
    <w:p>
      <w:r>
        <w:br/>
        <w:t>Господь бог лихих карає —&lt;br /&gt;</w:t>
        <w:br/>
        <w:t>Душа моя знає;&lt;br /&gt;</w:t>
        <w:br/>
        <w:t>Встань же, боже, — твою славу&lt;br /&gt;</w:t>
        <w:br/>
        <w:t>Гордий зневажає.&lt;br /&gt;</w:t>
        <w:br/>
        <w:t>Вознесися над землею&lt;br /&gt;</w:t>
        <w:br/>
        <w:t>Високо, високо,&lt;br /&gt;</w:t>
        <w:br/>
        <w:t>Закрий славою своєю&lt;br /&gt;</w:t>
        <w:br/>
        <w:t>Сліпе, горде око.&lt;br /&gt;</w:t>
        <w:br/>
        <w:t>Доки, господи, лукаві&lt;br /&gt;</w:t>
        <w:br/>
        <w:t>Хваляться, доколі —&lt;br /&gt;</w:t>
        <w:br/>
        <w:t>Неправдою? Твої люди&lt;br /&gt;</w:t>
        <w:br/>
        <w:t>Во тьмі і неволі&lt;br /&gt;</w:t>
        <w:br/>
        <w:t>Закували... Добро твоє&lt;br /&gt;</w:t>
        <w:br/>
        <w:t>Кров'ю потопили,&lt;br /&gt;</w:t>
        <w:br/>
        <w:t>Зарізали прохожого,&lt;br /&gt;</w:t>
        <w:br/>
        <w:t>Вдову задавили&lt;br /&gt;</w:t>
        <w:br/>
        <w:t>І сказали: — Не зрить господь,&lt;br /&gt;</w:t>
        <w:br/>
        <w:t>Ніже теє знає. —&lt;br /&gt;</w:t>
        <w:br/>
        <w:t>Умудрітесь, немудрії:&lt;br /&gt;</w:t>
        <w:br/>
        <w:t>Хто світ оглядає,&lt;br /&gt;</w:t>
        <w:br/>
        <w:t>Той і серце ваше знає&lt;br /&gt;</w:t>
        <w:br/>
        <w:t>І думки лукаві.&lt;br /&gt;</w:t>
        <w:br/>
        <w:t>Дивітеся ділам його, '&lt;br /&gt;</w:t>
        <w:br/>
        <w:t>Його вічній славі.&lt;br /&gt;</w:t>
        <w:br/>
        <w:t>Благо тому, кого господь&lt;br /&gt;</w:t>
        <w:br/>
        <w:t>Карає між нами,&lt;br /&gt;</w:t>
        <w:br/>
        <w:t>Не допуска, поки злому&lt;br /&gt;</w:t>
        <w:br/>
        <w:t>Ізриється яма.&lt;br /&gt;</w:t>
        <w:br/>
        <w:t>Господь любить свої люди,&lt;br /&gt;</w:t>
        <w:br/>
        <w:t>Любить, не оставить,&lt;br /&gt;</w:t>
        <w:br/>
        <w:t>Дожидає, поки правда&lt;br /&gt;</w:t>
        <w:br/>
        <w:t>Перед ними стане.&lt;br /&gt;</w:t>
        <w:br/>
        <w:t>Хто б спас мене од лукавих&lt;br /&gt;</w:t>
        <w:br/>
        <w:t>І діющих злая?&lt;br /&gt;</w:t>
        <w:br/>
        <w:t>Якби не бог поміг мені,&lt;br /&gt;</w:t>
        <w:br/>
        <w:t>То душа б живая&lt;br /&gt;</w:t>
        <w:br/>
        <w:t>Во тьмі ада потонула,&lt;br /&gt;</w:t>
        <w:br/>
        <w:t>Проклялась на світі.&lt;br /&gt;</w:t>
        <w:br/>
        <w:t>Ти, господи, помагаєш&lt;br /&gt;</w:t>
        <w:br/>
        <w:t>По землі ходити,&lt;br /&gt;</w:t>
        <w:br/>
        <w:t>Ти радуєш мою душу&lt;br /&gt;</w:t>
        <w:br/>
        <w:t>І серце врачуєш;&lt;br /&gt;</w:t>
        <w:br/>
        <w:t>І пребудет твоя воля,&lt;br /&gt;</w:t>
        <w:br/>
        <w:t>І труд твій не всує.&lt;br /&gt;</w:t>
        <w:br/>
        <w:t>Вловлять душу праведничу,&lt;br /&gt;</w:t>
        <w:br/>
        <w:t>Кров добру осудять.&lt;br /&gt;</w:t>
        <w:br/>
        <w:t>Мені господь пристанище,&lt;br /&gt;</w:t>
        <w:br/>
        <w:t>Заступником буде&lt;br /&gt;</w:t>
        <w:br/>
        <w:t>І воздасть їм за діла їх&lt;br /&gt;</w:t>
        <w:br/>
        <w:t>Криваві, лукаві,&lt;br /&gt;</w:t>
        <w:br/>
        <w:t>Погубить їх, і їх слава&lt;br /&gt;</w:t>
        <w:br/>
        <w:t>Стане їм в неславу.</w:t>
      </w:r>
    </w:p>
    <w:p>
      <w:r>
        <w:br/>
        <w:t>132</w:t>
      </w:r>
    </w:p>
    <w:p>
      <w:r>
        <w:br/>
        <w:t>Чи є що краще, лучче в світі,&lt;br /&gt;</w:t>
        <w:br/>
        <w:t>Як укупі жити,&lt;br /&gt;</w:t>
        <w:br/>
        <w:t>Братам добрим добро певне&lt;br /&gt;</w:t>
        <w:br/>
        <w:t>Пожить, не ділити?&lt;br /&gt;</w:t>
        <w:br/>
        <w:t>Яко миро добровонне&lt;br /&gt;</w:t>
        <w:br/>
        <w:t>З голови честної&lt;br /&gt;</w:t>
        <w:br/>
        <w:t>На бороду Аароню&lt;br /&gt;</w:t>
        <w:br/>
        <w:t>Спадає росою&lt;br /&gt;</w:t>
        <w:br/>
        <w:t>І на шитії омети&lt;br /&gt;</w:t>
        <w:br/>
        <w:t>Ризи дорогої;&lt;br /&gt;</w:t>
        <w:br/>
        <w:t>Або роси єрмонськії&lt;br /&gt;</w:t>
        <w:br/>
        <w:t>На святії гори&lt;br /&gt;</w:t>
        <w:br/>
        <w:t>Високії сіонськії&lt;br /&gt;</w:t>
        <w:br/>
        <w:t>Спадають і творять&lt;br /&gt;</w:t>
        <w:br/>
        <w:t>Добро тварям земнородним,&lt;br /&gt;</w:t>
        <w:br/>
        <w:t>І землі, і людям, —&lt;br /&gt;</w:t>
        <w:br/>
        <w:t>Отак братів благих своїх&lt;br /&gt;</w:t>
        <w:br/>
        <w:t>Господь не забуде,&lt;br /&gt;</w:t>
        <w:br/>
        <w:t>Воцариться в дому тихім,&lt;br /&gt;</w:t>
        <w:br/>
        <w:t>В сім'ї тій великій,&lt;br /&gt;</w:t>
        <w:br/>
        <w:t>І пошле їм добру долю&lt;br /&gt;</w:t>
        <w:br/>
        <w:t>Од віка до віка.</w:t>
      </w:r>
    </w:p>
    <w:p>
      <w:r>
        <w:br/>
        <w:t>136</w:t>
      </w:r>
    </w:p>
    <w:p>
      <w:r>
        <w:br/>
        <w:t>На ріках круг Вавілона,&lt;br /&gt;</w:t>
        <w:br/>
        <w:t>Під вербами в полі,&lt;br /&gt;</w:t>
        <w:br/>
        <w:t>Сиділи ми і плакали&lt;br /&gt;</w:t>
        <w:br/>
        <w:t>В далекій неволі,&lt;br /&gt;</w:t>
        <w:br/>
        <w:t>І на вербах повішали&lt;br /&gt;</w:t>
        <w:br/>
        <w:t>Органи глухії,&lt;br /&gt;</w:t>
        <w:br/>
        <w:t>І нам стали сміятися&lt;br /&gt;</w:t>
        <w:br/>
        <w:t>Едомляни злії:&lt;br /&gt;</w:t>
        <w:br/>
        <w:t>— Розкажіть нам пісню вашу,&lt;br /&gt;</w:t>
        <w:br/>
        <w:t>Може й ми заплачем,&lt;br /&gt;</w:t>
        <w:br/>
        <w:t>Або нашу заспівайте,&lt;br /&gt;</w:t>
        <w:br/>
        <w:t>Невольники наді.&lt;br /&gt;</w:t>
        <w:br/>
        <w:t>— Якої ж ми заспіваєм?..&lt;br /&gt;</w:t>
        <w:br/>
        <w:t>На чужому полі&lt;br /&gt;</w:t>
        <w:br/>
        <w:t>Не співають веселої&lt;br /&gt;</w:t>
        <w:br/>
        <w:t>В далекій неволі.&lt;br /&gt;</w:t>
        <w:br/>
        <w:t>І коли тебе забуду,&lt;br /&gt;</w:t>
        <w:br/>
        <w:t>Ієрусалиме,&lt;br /&gt;</w:t>
        <w:br/>
        <w:t>Забвен буду, покинутий,&lt;br /&gt;</w:t>
        <w:br/>
        <w:t>Рабом на чужині.&lt;br /&gt;</w:t>
        <w:br/>
        <w:t>І язик мій оніміє,&lt;br /&gt;</w:t>
        <w:br/>
        <w:t>Висохне, лукавий,&lt;br /&gt;</w:t>
        <w:br/>
        <w:t>Як забуду пом'янути&lt;br /&gt;</w:t>
        <w:br/>
        <w:t>Тебе, наша славо.&lt;br /&gt;</w:t>
        <w:br/>
        <w:t>І господь наш вас пом'яне,&lt;br /&gt;</w:t>
        <w:br/>
        <w:t>Едомськії діти,&lt;br /&gt;</w:t>
        <w:br/>
        <w:t>Як кричали ви: — Руйнуйте,&lt;br /&gt;</w:t>
        <w:br/>
        <w:t>Руйнуйте, паліте&lt;br /&gt;</w:t>
        <w:br/>
        <w:t>Сіон святий! — Вавілоня&lt;br /&gt;</w:t>
        <w:br/>
        <w:t>Ділере, окаянна!&lt;br /&gt;</w:t>
        <w:br/>
        <w:t>Блаженний той, хто заплатить&lt;br /&gt;</w:t>
        <w:br/>
        <w:t>За твої кайдани.&lt;br /&gt;</w:t>
        <w:br/>
        <w:t>Блажен! блажен! Тебе, злая,&lt;br /&gt;</w:t>
        <w:br/>
        <w:t>В радості застане&lt;br /&gt;</w:t>
        <w:br/>
        <w:t>І розіб'є дітей твоїх&lt;br /&gt;</w:t>
        <w:br/>
        <w:t>О холодний камінь.</w:t>
      </w:r>
    </w:p>
    <w:p>
      <w:r>
        <w:br/>
        <w:t>149</w:t>
      </w:r>
    </w:p>
    <w:p>
      <w:r>
        <w:br/>
        <w:t>Псалом новий господев!&lt;br /&gt;</w:t>
        <w:br/>
        <w:t>І новую славу&lt;br /&gt;</w:t>
        <w:br/>
        <w:t>Восноєм честним собором,&lt;br /&gt;</w:t>
        <w:br/>
        <w:t>Серцем нелукавим.&lt;br /&gt;</w:t>
        <w:br/>
        <w:t>Во псалтирі і тимпані&lt;br /&gt;</w:t>
        <w:br/>
        <w:t>Воспоем благая,&lt;br /&gt;</w:t>
        <w:br/>
        <w:t>Яко бог кара неправих,&lt;br /&gt;</w:t>
        <w:br/>
        <w:t>Правим помагає.&lt;br /&gt;</w:t>
        <w:br/>
        <w:t>Преподобнії во славі&lt;br /&gt;</w:t>
        <w:br/>
        <w:t>І на тихих ложах&lt;br /&gt;</w:t>
        <w:br/>
        <w:t>Радуються, славословять,&lt;br /&gt;</w:t>
        <w:br/>
        <w:t>Хвалять ім'я боже;&lt;br /&gt;</w:t>
        <w:br/>
        <w:t>І мечі в руках їх добрі,&lt;br /&gt;</w:t>
        <w:br/>
        <w:t>Острі обоюду,&lt;br /&gt;</w:t>
        <w:br/>
        <w:t>На отмщеніє язикам&lt;br /&gt;</w:t>
        <w:br/>
        <w:t>І в науку людям.&lt;br /&gt;</w:t>
        <w:br/>
        <w:t>Окують царей неситих&lt;br /&gt;</w:t>
        <w:br/>
        <w:t>В залізнії пута,&lt;br /&gt;</w:t>
        <w:br/>
        <w:t>І їх, славних, оковами&lt;br /&gt;</w:t>
        <w:br/>
        <w:t>Ручними скрутять,&lt;br /&gt;</w:t>
        <w:br/>
        <w:t>І осудять губителей&lt;br /&gt;</w:t>
        <w:br/>
        <w:t>Судом своїм правим,&lt;br /&gt;</w:t>
        <w:br/>
        <w:t>І вовіки стане слава,&lt;br /&gt;</w:t>
        <w:br/>
        <w:t>Преподобним слава.</w:t>
      </w:r>
    </w:p>
    <w:p>
      <w:r>
        <w:br/>
        <w:t>19 грудня 1845 В'юнища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Давидові псалми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