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беруться скелети за штурвалами літаків?</w:t>
      </w:r>
    </w:p>
    <w:p>
      <w:r>
        <w:br/>
        <w:t xml:space="preserve"> &lt;p&gt;"ТРАПЛЯЄТЬСЯ, ЩО ДО НАС ПРИБУВАЮТЬ ЛІТАКИ… З МИНУЛОГО…"</w:t>
      </w:r>
    </w:p>
    <w:p>
      <w:r>
        <w:br/>
        <w:t>— Гм…</w:t>
      </w:r>
    </w:p>
    <w:p>
      <w:r>
        <w:br/>
        <w:t>У шеф-редактора був цілий набір різноемоційних вигуків "гм", що виражали у нього, залежно від ситуації і теми розмови та її психологічного забарвлення, то сумнів, роздратування чи подив, то іронію із знущанням чи й роздратуванням і він, знайомлячись з матеріалами співробітників, раз-пораз гмикав, висловлюючи ним те чи те своє почуття та враження.</w:t>
      </w:r>
    </w:p>
    <w:p>
      <w:r>
        <w:br/>
        <w:t>Цього разу він теж гмикнув і гмикнув ледь розпочавши читати матеріал свого співробітника репортера Брайнена для рубрики "Нерозгадані таємниці".</w:t>
      </w:r>
    </w:p>
    <w:p>
      <w:r>
        <w:br/>
        <w:t>— Гм… — мовби ж іронічно видав шеф-редактор на гора своє знамените "гм" і воно прозвучало спершу ніби нерозбірливо.</w:t>
      </w:r>
    </w:p>
    <w:p>
      <w:r>
        <w:br/>
        <w:t>Навіть репортер, який добре знав звички свого шефа, спершу не збагнув якого відтінку було оте редакторове "гм". І лише потім збагнув: іронічне.</w:t>
      </w:r>
    </w:p>
    <w:p>
      <w:r>
        <w:br/>
        <w:t>— "ТРАПЛЯЮТЬСЯ, ЩО ДО НАС ПРИБУВАЮТЬ ЛІТАКИ… З МИНУЛОГО…"</w:t>
      </w:r>
    </w:p>
    <w:p>
      <w:r>
        <w:br/>
        <w:t>І після паузи:</w:t>
      </w:r>
    </w:p>
    <w:p>
      <w:r>
        <w:br/>
        <w:t>— Гм…</w:t>
      </w:r>
    </w:p>
    <w:p>
      <w:r>
        <w:br/>
        <w:t>Шеф-редактор заплющив очі, потер очні яблука через повіки, потім відкинувся на спинку крісла, сидів так якусь мить, а тоді стомлено — постійно боліли очі, — глянув на репортера, якого добре знав і який в газеті спеціалізувався на сенсаціях.</w:t>
      </w:r>
    </w:p>
    <w:p>
      <w:r>
        <w:br/>
        <w:t>— Гм… — повторив по хвилі. — Скільки я вже перечитав твоїх сенсацій, звик до них, але цього разу… Як це… з минулого? Що вони справді до нас прилітають з минулого? Чи це данина твоєму закучерявленому стилю?</w:t>
      </w:r>
    </w:p>
    <w:p>
      <w:r>
        <w:br/>
        <w:t>— Саме так, як і написано: з минулого.</w:t>
      </w:r>
    </w:p>
    <w:p>
      <w:r>
        <w:br/>
        <w:t>— І взагалі… взагалі у тебе, — зізнайся бодай мені, — докази тому, про що ти пишеш, є? Більш-менш сприйнятливі і не такі фантастичні, що… Що аж дух захоплює. Навіть друкуючи сенсації, ми не повинні виходити за рамки здорового глузду. Ще й маємо якось їх пояснювати своїм читачам. Тож хочу уточнити, — редактор потряс аркушами паперу з матеріалом репортера, — це випадково не "качка", що їх час од часу запускають наші ЗМІ для зростання власних тиражів і навзагал — популярності свого видання?</w:t>
      </w:r>
    </w:p>
    <w:p>
      <w:r>
        <w:br/>
        <w:t>— Але ж тиражі треба піднімати.</w:t>
      </w:r>
    </w:p>
    <w:p>
      <w:r>
        <w:br/>
        <w:t>— Згоден. Проте сподіваюсь, у тебе все ж таки достовірні факти?</w:t>
      </w:r>
    </w:p>
    <w:p>
      <w:r>
        <w:br/>
        <w:t>— Якщо їх можна назвати достовірними, то — так. А взагалі, в історії вже зафіксовано кілька сотень подібних випадків.</w:t>
      </w:r>
    </w:p>
    <w:p>
      <w:r>
        <w:br/>
        <w:t>— Яких це… подібних? Скелетів за штурвалами літаків?</w:t>
      </w:r>
    </w:p>
    <w:p>
      <w:r>
        <w:br/>
        <w:t>— Ну— у… — вперше ніби розгубився репортер. — Різні видіння…</w:t>
      </w:r>
    </w:p>
    <w:p>
      <w:r>
        <w:br/>
        <w:t>— Простіше, навождення? Чи — мана-наслання?</w:t>
      </w:r>
    </w:p>
    <w:p>
      <w:r>
        <w:br/>
        <w:t>— В тім числі й це. А також провали з часом і простором, гості з минулого, різні привиди над аеродромами… У тім числі й скелети за штурвалами літаків.</w:t>
      </w:r>
    </w:p>
    <w:p>
      <w:r>
        <w:br/>
        <w:t>— Гм… Навіть… навіть скелети за штурвалами літаків? Де вони беруться?</w:t>
      </w:r>
    </w:p>
    <w:p>
      <w:r>
        <w:br/>
        <w:t>Репортер чесно стенув плечима.</w:t>
      </w:r>
    </w:p>
    <w:p>
      <w:r>
        <w:br/>
        <w:t>— Якби хто міг пояснити, — помовчавши, обережно додав: — Наука тут поки що безсила. Це за її межами. Принаймні, сьогодні.</w:t>
      </w:r>
    </w:p>
    <w:p>
      <w:r>
        <w:br/>
        <w:t>— І багато їх там набралося?</w:t>
      </w:r>
    </w:p>
    <w:p>
      <w:r>
        <w:br/>
        <w:t>Репортер запитливо скинув брови на лоба.</w:t>
      </w:r>
    </w:p>
    <w:p>
      <w:r>
        <w:br/>
        <w:t>— Скелетів, — пояснив, морщачись, — не любив зайвий раз розжовувати сказане, шеф-редактор. — Сподіваюсь, не чортова дюжина?</w:t>
      </w:r>
    </w:p>
    <w:p>
      <w:r>
        <w:br/>
        <w:t>— Більше. Не тринадцять, а — тридцять шість.</w:t>
      </w:r>
    </w:p>
    <w:p>
      <w:r>
        <w:br/>
        <w:t>— Аж 36? Цікаво, цікаво.</w:t>
      </w:r>
    </w:p>
    <w:p>
      <w:r>
        <w:br/>
        <w:t>— Ще й як!</w:t>
      </w:r>
    </w:p>
    <w:p>
      <w:r>
        <w:br/>
        <w:t>— То розказуй, що вони там витворяли. Скелети. У літаку, який приземлився.</w:t>
      </w:r>
    </w:p>
    <w:p>
      <w:r>
        <w:br/>
        <w:t>І репортер розповів…</w:t>
      </w:r>
    </w:p>
    <w:p>
      <w:r>
        <w:br/>
        <w:t>У 1939 році в небі несподівано зник пасажирський літак, який здійснював рейс з Ріо— де— Жанейро (Бразилія) в Боготу (Колумбія). На його борту знаходилися 36 чоловік разом з екіпажем.</w:t>
      </w:r>
    </w:p>
    <w:p>
      <w:r>
        <w:br/>
        <w:t>— І літак зник? У небі? Назавжди?</w:t>
      </w:r>
    </w:p>
    <w:p>
      <w:r>
        <w:br/>
        <w:t>— Так, у небі. Але не назавжди. Він врешті-решт приземлився. Там, куди й летів. У Боготі.</w:t>
      </w:r>
    </w:p>
    <w:p>
      <w:r>
        <w:br/>
        <w:t>— Так що ж тут незвичайного, якщо він приземлився? Ще й приземлився там, куди летів.</w:t>
      </w:r>
    </w:p>
    <w:p>
      <w:r>
        <w:br/>
        <w:t>— Але він приземлився в Боготі у 1994 році!</w:t>
      </w:r>
    </w:p>
    <w:p>
      <w:r>
        <w:br/>
        <w:t>— Тобто через… 55 років? Після того, як піднявся в повітря?</w:t>
      </w:r>
    </w:p>
    <w:p>
      <w:r>
        <w:br/>
        <w:t>— Так, через 55 років, — підтвердив співробітник. — Коли відкрили двері, то побачили в його салоні 36 скелетів. Але от диво. Чашки з кавою ще були гарячими — хоч минуло 55 років звідтоді, як літак піднявся в повітря. Ще диміли запалені сигарети. Пасажири не встигли їх навіть викурити. На столиках лежали газети з датою: 16 квітня 1939 року. Для розслідування цього випадку була створена комісія експертів.</w:t>
      </w:r>
    </w:p>
    <w:p>
      <w:r>
        <w:br/>
        <w:t>— І що ж вона встановила? Якщо взагалі могла що встановити.</w:t>
      </w:r>
    </w:p>
    <w:p>
      <w:r>
        <w:br/>
        <w:t>— На жаль, нічого. Один з експертів так сказав на підсумковій прес— конференції: "Ми уяви не маємо, яким робом літак міг приземлитися. Адже за штурвалом сидів скелет…"</w:t>
      </w:r>
    </w:p>
    <w:p>
      <w:r>
        <w:br/>
        <w:t>— Гм… Моторошна історія. Боюсь, ще присниться… Скелети за штурвалом літака… А ти один— єдиний живий і сидиш серед тих скелетів — у салоні літака і за його штурвалом… Хоча… Таке якщо й присниться, то лише у фантасмагоричному сні. А воно подається, як таке, що трапилося насправді… Експертів, сподіваюсь, не вхопив грець?</w:t>
      </w:r>
    </w:p>
    <w:p>
      <w:r>
        <w:br/>
        <w:t>— Ні…</w:t>
      </w:r>
    </w:p>
    <w:p>
      <w:r>
        <w:br/>
        <w:t>— Слава Богу. А взагалі…</w:t>
      </w:r>
    </w:p>
    <w:p>
      <w:r>
        <w:br/>
        <w:t>Взагалі, чим, якими законами чи містикою ми зможемо пояснити читачам бодай один з таких випадків?</w:t>
      </w:r>
    </w:p>
    <w:p>
      <w:r>
        <w:br/>
        <w:t>Репортер розгублено озирнувся, як ніби шукав того, хто йому зміг би підказати правильну відповідь. Але не найшовши нікого, відповів сам, намагаючись, аби голос його пролунав об’єктивно і дещо аж відсторонено:</w:t>
      </w:r>
    </w:p>
    <w:p>
      <w:r>
        <w:br/>
        <w:t>— Інформацій, про незвичайні, скажемо так, явища, пов’язані з роботою пілотів, вже назбиралося чималенько.</w:t>
      </w:r>
    </w:p>
    <w:p>
      <w:r>
        <w:br/>
        <w:t>— Я питаю, дружище, як ми пояснимо ці факти своїм читачам? У нас же солідне видання.</w:t>
      </w:r>
    </w:p>
    <w:p>
      <w:r>
        <w:br/>
        <w:t>— Але йому теж треба дбати про тираж.</w:t>
      </w:r>
    </w:p>
    <w:p>
      <w:r>
        <w:br/>
        <w:t>— Згоден. Для цього треба іноді друкувати й містику — під виглядом бодай псевдонауки. Але пояснювати хоч якось треба. Свідки є?</w:t>
      </w:r>
    </w:p>
    <w:p>
      <w:r>
        <w:br/>
        <w:t>— І досить багато. А багато подібних фактів навіть запротокольовані.</w:t>
      </w:r>
    </w:p>
    <w:p>
      <w:r>
        <w:br/>
        <w:t>— Гм… А може це уява свідків? Самі вигадали, самі й повірили у свою вигадку, га? Простіше, їх підвели власні почуття і багата фантазія. Може таке бути?</w:t>
      </w:r>
    </w:p>
    <w:p>
      <w:r>
        <w:br/>
        <w:t>— Ну— у, в принципі… Принаймні, не виключається і такий варіант. Як не виключається, що це — наслідки невідомих нам законів Всесвіту. Ще невідомих. Поки що.</w:t>
      </w:r>
    </w:p>
    <w:p>
      <w:r>
        <w:br/>
        <w:t>— Гм… Будемо валити на невідомі нам закони Всесвіту. Тимчасово повіримо. А зараз… випий кави і поміркуй ще над цими явищами, що їх образно можна назвати як скелети за штурвалом літака, а я там часом прочитаю, що ти цього разу розкопав. Взагалі, молодець. Подібні історії нам дуже потрібні. Хоч ми й не бульварна преса, але дбати про цікавість для читача маємо. Тим паче, до рубрики "Нерозгадані таємниці".</w:t>
      </w:r>
    </w:p>
    <w:p>
      <w:r>
        <w:br/>
        <w:t>І прочитав:</w:t>
      </w:r>
    </w:p>
    <w:p>
      <w:r>
        <w:br/>
        <w:t>"20 листопада 1996 року системи ПВО Великобританії зафіксували об’єкт, що на малій висоті наближався до англійського узбережжя з боку На-де-кале.</w:t>
      </w:r>
    </w:p>
    <w:p>
      <w:r>
        <w:br/>
        <w:t>На запити пілот не відповідав.</w:t>
      </w:r>
    </w:p>
    <w:p>
      <w:r>
        <w:br/>
        <w:t>Ще по якомусь часі радари його втратили. А знайшли цей літак лише через добу (де він літав цілу добу — ніхто не знає), — в районі мису Саунт— Фортленд. Літак приземлився біля будинку тамтешньої мешканки Марти Кроуфорд. І ось що вона розповіла.</w:t>
      </w:r>
    </w:p>
    <w:p>
      <w:r>
        <w:br/>
        <w:t>Жінка поралася в дворі, як раптом почула надсадний звук мотора, що линув звідкілясь згори. Він ніби стрімко наближався. Жінка звела голову і побачила в небі літак, що низько— низько летів натужно завиваючи моторами…</w:t>
      </w:r>
    </w:p>
    <w:p>
      <w:r>
        <w:br/>
        <w:t>Ось він уже над її будинком… Жінка злякалася, що він упаде на дах. Тим більше, його трусонуло і він вже випустив шасі. Стривожена мешканка села не знала куди тікати з власного двору, але, на щастя, літак пронісся далі і десь за садом приземлився на луках. Отямившись, Марта Кроуфорд підбігла до літака, з кабіни якого вже вигулькнула голова в шоломі. Доки жінка добігла, пілот вже вибравсь на крило. Це був молодий чоловік у незнайомій їй військовій формі. На фюзеляжі його літака у чорному колі виднілася велика біла зірка — здається, в Англії таких літаків не було. Дивно!</w:t>
      </w:r>
    </w:p>
    <w:p>
      <w:r>
        <w:br/>
        <w:t>— Хто… ви? — пробелькотіла Марта, все ще не знаючи, що їй робити — підійти ближче чи поки не пізно тікати геть.</w:t>
      </w:r>
    </w:p>
    <w:p>
      <w:r>
        <w:br/>
        <w:t>Пілот здивовано і вражено озирався, певно не тямлячи де він. Потім хитнувся раз— вдруге, наче був п’яний — що й зовсім приголомшило жінку. І все ж вона підійшла ближче. Тим часом льотчик вже присів на крилі і тер рукою обличчя.</w:t>
      </w:r>
    </w:p>
    <w:p>
      <w:r>
        <w:br/>
        <w:t>— Мадам, — нагледівши жінку, звернувся він, — ради Бога: куди я потрапив?</w:t>
      </w:r>
    </w:p>
    <w:p>
      <w:r>
        <w:br/>
        <w:t>"Отакої, — подумала Марта Кроуфорд, — Невже він і справді п’яний? Але ж це не водій машини, а — пілот…"</w:t>
      </w:r>
    </w:p>
    <w:p>
      <w:r>
        <w:br/>
        <w:t>— Мадам, — стомлено допитувався небесний гість. — Я приземлився в Німеччині? У селі — фашисти?</w:t>
      </w:r>
    </w:p>
    <w:p>
      <w:r>
        <w:br/>
        <w:t>— Яка Німеччина? Які фашисти? — нарешті отямилась Марта. — Я народилася і живу в Англії. Принаймні, жила до сьогоднішнього дня.</w:t>
      </w:r>
    </w:p>
    <w:p>
      <w:r>
        <w:br/>
        <w:t>— То я… приземлився в Англії?</w:t>
      </w:r>
    </w:p>
    <w:p>
      <w:r>
        <w:br/>
        <w:t>— Так, сер, в Англії. Принаймні, зранку… Та ще й мить тому, тут, — обвела вона навколо руками, — ще була Англія.</w:t>
      </w:r>
    </w:p>
    <w:p>
      <w:r>
        <w:br/>
        <w:t>Незнайомець так розгубився, почувши де він, що мимовільно сповз з крила на траву. Він був блідий, очі якісь… наче безтямні.</w:t>
      </w:r>
    </w:p>
    <w:p>
      <w:r>
        <w:br/>
        <w:t>— Цього не може бути, мадам… Не може бути…</w:t>
      </w:r>
    </w:p>
    <w:p>
      <w:r>
        <w:br/>
        <w:t>Далі він щось говорив уривчасто, збуджено. З його бурмотіння Марта дізналася лише про якийсь повітряний бій з якимись фашистськими льотчиками, котрі атакували його на мессершмітах ("Які мессершміти в небі Англії року 1996-го?") і благав допомогти йому зв’язатися телефоном з командиром полку. Час од часу не легше!</w:t>
      </w:r>
    </w:p>
    <w:p>
      <w:r>
        <w:br/>
        <w:t>— Мене підбили фашисти, — бурмотів він і очі його були все такими ж безтямними. — Кулі пробили фюзеляж. — Марта сама бачила дірки, — ледве не попали в бак з пальним — інакше б кінець…</w:t>
      </w:r>
    </w:p>
    <w:p>
      <w:r>
        <w:br/>
        <w:t>"Невже він… п’яний? Чи божевільний?" — губилася жінка і на всяк випадок трохи позадкувала від літака.</w:t>
      </w:r>
    </w:p>
    <w:p>
      <w:r>
        <w:br/>
        <w:t>Що робити далі вона не знала, але тут прибув із села лікар, без зайвих слів забрав з собою незвичайного льотчика аби відвезти його до воєнного шпиталю. І доки він його вів до машини, дивний льотчик все бурмотів про повітряний бій, про фашистів на месерах — як називалися німецькі винищувачі часів Другої світової…</w:t>
      </w:r>
    </w:p>
    <w:p>
      <w:r>
        <w:br/>
        <w:t>Вже в шпиталі викликали експертів з британської бази ВВС, вони, прибувши до літака, визначили, що перед ними — винищувач Р-40 "Кертісс" з бортовим номером Р-03227, що був на озброєнні в американців у роки Другої світової війни, по закінченню якої його знято з виробництва.</w:t>
      </w:r>
    </w:p>
    <w:p>
      <w:r>
        <w:br/>
        <w:t>Пілота звали Джон Уокер. За його розповіддю виходило, що він — лейтенант американських військово-повітряних сил, входить до складу123-ї ескадрильї прикриття, що 9 квітня 1944 року він супроводжував британські "ланкастери" — важкі бомбардувальники, які летіли бомбити фашистські об’єкти на території окупованої гітлерівцями Бельгії… На них напали месери, зав’язався бій. На Уокера насіли три ворожі крилаті машини з чорними свастиками на фюзеляжах… Одного літака він відразу ж збив і той, тягнучи шлейф диму, з ревом понісся до землі, а два інших затисли Уокера як у кліщах. І, зрештою, підбили. Літак струсонуло, він, втрачаючи висоту, попри всі зусилля пілота, почав падати в якусь затоку, що вигулькнула внизу… Уокер вирішив залишити машину. Відкрив люк кабіни і тільки хотів було викинутись з парашутом, як тут…</w:t>
      </w:r>
    </w:p>
    <w:p>
      <w:r>
        <w:br/>
        <w:t>"Несподівано сірий, димний світ війни, що жахливо гримів у небі, ніби вибухнув переді мною, — розповідав Джон. — Я подумав, що схопив кулю в лоб — у мене навіть іскри з очей сипонули. Майнула думка: все, кінець! Зараз я помру, навіть, навіть, не вибравшись з кабіни і вже мертвим упаду з літаком у якусь затоку, яка невідь— де взялася внизу…</w:t>
      </w:r>
    </w:p>
    <w:p>
      <w:r>
        <w:br/>
        <w:t>І в ту мить я втратив свідомість. Скільки я був у непам’яті, не знаю, здається, цілу вічність.</w:t>
      </w:r>
    </w:p>
    <w:p>
      <w:r>
        <w:br/>
        <w:t>А літак тим часом все падав і падав.</w:t>
      </w:r>
    </w:p>
    <w:p>
      <w:r>
        <w:br/>
        <w:t>Коли я отямився, то побачив унизу вже не затоку, а якусь незнайому долину, залиту сонцем. На зеленій траві паслися стада… динозаврів! Я бачив їх чітко… Мій "Кертісс" в крутому піке нісся прямо на них. Але нісся наче у якомусь уповільненому сні. Швидко-стрімко і в той же час уповільнено. А внизу паслися динозаври. Справжні, щонайсправжнісінькі! Мана якась, наслання, подумав я. Навождення. Які динозаври в долині, як вони вимерли всі до одного ще мільйони і мільйони років тому! А вони паслися там, унизу, в долині, куди стрімко-повільно падав мій літак, завалюючись на ліве крило. Мені вдалося вирівняти літак — не знаю як, але пощастило. Я почав набирати висоту і побачив унизу контури Африки… Яка Африка? Які динозаври?.. Прилади зашкалювали, я вже втрачав керування. І тут за склом кабіни з’явилася — наче згори звалилася, — якась жахлива пітьма. Абсолютна пітьма — хоч в око стрель! Перебував я в ній, як мені здалося, секунд двадцять — не більше. А потім вона так же раптово, як і з’явилася, зникла. Я збагнув, що падаю, літак нестримно несеться до землі. На щастя мотор працював… Якось мені вдалося вирівняти машину — десь на висоті 200 метрів од землі. І тільки я вирівняв літак, як мене чи не оглушила тиша.</w:t>
      </w:r>
    </w:p>
    <w:p>
      <w:r>
        <w:br/>
        <w:t>Я був один у небі. Ніяких "ланкестерів", яких ми супроводжували бомбити фашистські об’єкти в Бельгії, ніяких мессершмітів, що напали на нас… Не було й наших винищувачів. В навушниках — тиша. Навіть атмосферних перешкод не чути. Глянувши вниз, побачив берег, село на яке я падав… Як мені вдалося перелетіти село, ледь не зачіпаючи черепичних дахів, не знаю. Бог поміг.</w:t>
      </w:r>
    </w:p>
    <w:p>
      <w:r>
        <w:br/>
        <w:t>Я сів на луках з порожніми баками і майже без свідомості. Ось що сталося зі мною сьогодні, себто 9 квітня 1944 року.</w:t>
      </w:r>
    </w:p>
    <w:p>
      <w:r>
        <w:br/>
        <w:t>Коли Джону Уокеру сказали, що на календарі нині 1996 рік, з ним лучився шок. Далі він не годен був ні говорити, ні що-небудь адекватно сприймати… Іншого виходу, як відправити його в спецлікарню — психіатричну мається на увазі, — не було…"</w:t>
      </w:r>
    </w:p>
    <w:p>
      <w:r>
        <w:br/>
        <w:t>— Гм… — редактор, закінчивши читати, знову вдався до традиційного свого гмикання. — Оце і вся загадкова історія? Продовження є?</w:t>
      </w:r>
    </w:p>
    <w:p>
      <w:r>
        <w:br/>
        <w:t>Репортер мовчки подав йому аркуш паперу.</w:t>
      </w:r>
    </w:p>
    <w:p>
      <w:r>
        <w:br/>
        <w:t>Редактор прочитав:</w:t>
      </w:r>
    </w:p>
    <w:p>
      <w:r>
        <w:br/>
        <w:t>"Історія ця набула розголосу і в свій час навіть потрапила на сторінки преси. Всі вимагали пояснень, достовірніших даних, тоді керівництво шпиталю зробило таку заяву:</w:t>
      </w:r>
    </w:p>
    <w:p>
      <w:r>
        <w:br/>
        <w:t>"25-літній пілот-любитель Джон Уокер, власник відреставрованого Р-40 "Кертісс", страждає від навязливої форми шизофренічної маячні, що загострена повною амнезією, яка несподівано вразила його під час польоту.</w:t>
      </w:r>
    </w:p>
    <w:p>
      <w:r>
        <w:br/>
        <w:t>Хвороба, безумовно спровокована непомірним захопленням містера Уокера історією аваіації. Хворий вважає себе пілотом ВПС США часів Другої світової війни.</w:t>
      </w:r>
    </w:p>
    <w:p>
      <w:r>
        <w:br/>
        <w:t>Нині він лікується в спеціалізованій клініці без права доступу до нього відвідувачів, котрі здатні викликати загострення хвороби".</w:t>
      </w:r>
    </w:p>
    <w:p>
      <w:r>
        <w:br/>
        <w:t>— Всього лише… шизофренік? — розчаровано протягнув редактор. — То що ж незвичайного в цій історії? Маячня може напасти на будь-кого. Хоча… Чому керівництво шпиталю не пускає до нього відвідувачів? Дивно. Дуже дивно. Наче його ізолювали від громадкості.</w:t>
      </w:r>
    </w:p>
    <w:p>
      <w:r>
        <w:br/>
        <w:t>— Саме так, дивно, — погодився репортер. — А не пускають до нього відвідувачів тому, щоб не виявилися деякі… вражаючі, скажу так, факти. Ось продовження історії.</w:t>
      </w:r>
    </w:p>
    <w:p>
      <w:r>
        <w:br/>
        <w:t>І подав редактору ще кілька аркушів.</w:t>
      </w:r>
    </w:p>
    <w:p>
      <w:r>
        <w:br/>
        <w:t>Редактор з цікавістю— хоч і гмикаючи, — почав читати.</w:t>
      </w:r>
    </w:p>
    <w:p>
      <w:r>
        <w:br/>
        <w:t>"Один журналіст, назвемо його Джеймс О’Хара, не повірив висновку спеціалістів шпиталю щодо Джона Уокера. Як мені вдалося встановити, — писав далі репортер, — заінтригований випадком, Джеймс О’Хара провів самостійне розслідування. І ось що він вияснив.</w:t>
      </w:r>
    </w:p>
    <w:p>
      <w:r>
        <w:br/>
        <w:t>Літак-винишувач ВПС США з бортовим номером Р-03227 справді входив до 123-ї ескадрильї прикриття.</w:t>
      </w:r>
    </w:p>
    <w:p>
      <w:r>
        <w:br/>
        <w:t>9 квітня 1944 року один з пілотів тієї ескадрильї пропав без сліду. Після того, як почався бій з месершмітами. Його справді пілотував лейтенант Джон Уокер, фотографію якого вдалося розшукати і перезняти в архіві.</w:t>
      </w:r>
    </w:p>
    <w:p>
      <w:r>
        <w:br/>
        <w:t>Цікава деталь. На правій щоці в нього характерна родимка. А в льотчика, що з’явився в Англії року 1996-го теж на правій щоці така ж родимка. Він дуже і дуже схожий на американського лейтенанта Джона Уокера, який зник 9 квітня 1944 року — вони наче близнюки. Ясно, що це одна і та ж особа.</w:t>
      </w:r>
    </w:p>
    <w:p>
      <w:r>
        <w:br/>
        <w:t>Крім усього на літаку виявили свіжі пошкрябини і пробоїни від куль. Виходить, літак обстріляли не 52 роки тому, а щонайбільше 20 хвилин тому — перед його приземленням. Та й звідки кульові пробоїни могли з’явиться у відреставрованому літаку?"</w:t>
      </w:r>
    </w:p>
    <w:p>
      <w:r>
        <w:br/>
        <w:t>— І яка подальша доля пілота, котрий приземлився в Англії у 1996 році після бою з месершмітами у 1944 році?</w:t>
      </w:r>
    </w:p>
    <w:p>
      <w:r>
        <w:br/>
        <w:t>— Про подальшу долю Джона Уокера, британська влада зберігає вперте мовчання… Але я над цим зараз працюю. Думаю, мені вдасться дізнатися, що з ним було далі і яка його доля і де він нині?</w:t>
      </w:r>
    </w:p>
    <w:p>
      <w:r>
        <w:br/>
        <w:t>— Отже, на сьогодні це все?</w:t>
      </w:r>
    </w:p>
    <w:p>
      <w:r>
        <w:br/>
        <w:t>— На жаль, все. Але — поки що. Продовження, я вірю, буде.</w:t>
      </w:r>
    </w:p>
    <w:p>
      <w:r>
        <w:br/>
        <w:t>— Коли?</w:t>
      </w:r>
    </w:p>
    <w:p>
      <w:r>
        <w:br/>
        <w:t>— Цього я ще не знаю. Але вірю — буде. Коли-небудь.</w:t>
      </w:r>
    </w:p>
    <w:p>
      <w:r>
        <w:br/>
        <w:t>— Гм… — редактор знову відкинувся на спинку крісла, заплющив очі і через повіки масажував очні яблука — у нього від утоми — багато читав, — постійно боліли очі. — Що говорить про цей випадок, якщо він справді був, наша наука?</w:t>
      </w:r>
    </w:p>
    <w:p>
      <w:r>
        <w:br/>
        <w:t>— А— а— а… нічого. — Поки що.</w:t>
      </w:r>
    </w:p>
    <w:p>
      <w:r>
        <w:br/>
        <w:t>— Все ті ж прояви невідомих нам законів Всесвіту?</w:t>
      </w:r>
    </w:p>
    <w:p>
      <w:r>
        <w:br/>
        <w:t>— Виводить, що так. Ми ще не все знаємо.</w:t>
      </w:r>
    </w:p>
    <w:p>
      <w:r>
        <w:br/>
        <w:t>Редактор довго мовчав, наче зважував щось, потім ляснув долонею по столу.</w:t>
      </w:r>
    </w:p>
    <w:p>
      <w:r>
        <w:br/>
        <w:t>— Гаразд! Твій матеріал я ставлю в номер. Сенсації нам потрібні. Ось як тільки ми пояснимо цей феноменальний випадок? Всю цю… містику і фантасмагорію…</w:t>
      </w:r>
    </w:p>
    <w:p>
      <w:r>
        <w:br/>
        <w:t>— Поки що…</w:t>
      </w:r>
    </w:p>
    <w:p>
      <w:r>
        <w:br/>
        <w:t>— Знаю, наука безсила. Але читачі вимагатимуть од нас хоч якихось припущень. І ми їх повинні дати.</w:t>
      </w:r>
    </w:p>
    <w:p>
      <w:r>
        <w:br/>
        <w:t>— На думку спеціалістів з аномальних явищ, це, — репортер подумав ще і впевнено закінчив: — Причини подібних пригод криються в явищі, що трактуються як діри в часі і просторі.</w:t>
      </w:r>
    </w:p>
    <w:p>
      <w:r>
        <w:br/>
        <w:t>— Гм… Діри в часові і в просторі?</w:t>
      </w:r>
    </w:p>
    <w:p>
      <w:r>
        <w:br/>
        <w:t>— Саме так. І в ті діри час од часу потрапляють літаки. Цим і пояснюються несподівані зникнення і такі ж несподівані появи людей, літаків, автомобілів, кораблів та підводних човні. А також їхнє блискавичне переміщення на величезні відстані. Вони іноді потрапляють і в архідалеке минуле. Може й на мільйони років. Аж до динозаврів. А ось потрапляння їх у майбутнє не зафіксовано.</w:t>
      </w:r>
    </w:p>
    <w:p>
      <w:r>
        <w:br/>
        <w:t>— А як виникають ці діри? Де вони розташовані? Чому люди ітехніка потрапляють у них?</w:t>
      </w:r>
    </w:p>
    <w:p>
      <w:r>
        <w:br/>
        <w:t>Запитливо дивився на свого співробітника, не чекаючи од нього миттєвої відповіді, якої він знав, і в природі ще не існує.</w:t>
      </w:r>
    </w:p>
    <w:p>
      <w:r>
        <w:br/>
        <w:t>— Хто нам про це скаже, — репортер розвів руками. — Сучасна наука безсила пояснити подібні феномени. Але це лише сьогодні. Поки що, а завтра… Можливо, завтра буде знайдена відповідь.</w:t>
      </w:r>
    </w:p>
    <w:p>
      <w:r>
        <w:br/>
        <w:t>— А раптом все це… вигадки, га? Тому наука і скептики з недовір’ям відносяться до подібних історій. Називають їх фантазіями.</w:t>
      </w:r>
    </w:p>
    <w:p>
      <w:r>
        <w:br/>
        <w:t>— В принципі все може бути, — зітхнув репортер.</w:t>
      </w:r>
    </w:p>
    <w:p>
      <w:r>
        <w:br/>
        <w:t>— Але в такому разі доведеться визнати, що серед авіаторів є люди…. з нестійкою психікою. Які очевидно страждають галюцинаціями. Або схильні до вигадок. Фантазій. Простіше — до брехні. На жаль.</w:t>
      </w:r>
    </w:p>
    <w:p>
      <w:r>
        <w:br/>
        <w:t>— І це може бути.</w:t>
      </w:r>
    </w:p>
    <w:p>
      <w:r>
        <w:br/>
        <w:t>— Або ще… все це — вигадки нашого брата-журналіста. В погоні за сенсаціями і не таке придумаєш. Та ще маючи добру фантазію і професійне вміння писати, а їм підігрують деякі пілоти, наземні служби аеродромів. Навіть, деякі вчені. Не кажучи вже про фантазерів серед обивателів, які раз вигадавши, вірять, що саме так і було.</w:t>
      </w:r>
    </w:p>
    <w:p>
      <w:r>
        <w:br/>
        <w:t>— І таке припущення має реальне підґрунтя. — Репортер помовчав, ніби збираючись з духом. — І все ж я вірю що це є результат невідомих нам законів Всесвіту.</w:t>
      </w:r>
    </w:p>
    <w:p>
      <w:r>
        <w:br/>
        <w:t>— Так вигадки це, чи — дія невідомих нам законів Всесвіту?</w:t>
      </w:r>
    </w:p>
    <w:p>
      <w:r>
        <w:br/>
        <w:t>Репортер мовчав.</w:t>
      </w:r>
    </w:p>
    <w:p>
      <w:r>
        <w:br/>
        <w:t>— Тоді поясни де беруться… гм-гм… скелети за штурвалами літаків?</w:t>
      </w:r>
    </w:p>
    <w:p>
      <w:r>
        <w:br/>
        <w:t>Репортер лише розвів руками.</w:t>
      </w:r>
    </w:p>
    <w:p>
      <w:r>
        <w:br/>
        <w:t>— Мовчиш? Мовчи. Я від тебе й не чекаю миттєвої відповіді.</w:t>
      </w:r>
    </w:p>
    <w:p>
      <w:r>
        <w:br/>
        <w:t>— Я її й не маю, сер, — і додав своє традиційне: — Поки що. Хоча певний: всьому причиною вже згадувані діри у часові та просторі.</w:t>
      </w:r>
    </w:p>
    <w:p>
      <w:r>
        <w:br/>
        <w:t>Вони ще випили по чашечці кави і вже коли репортер збирався йти, редактор мовив:</w:t>
      </w:r>
    </w:p>
    <w:p>
      <w:r>
        <w:br/>
        <w:t>— Може, це й добре. Що ми не знаємо. Як мудрі застерігали і застерігають: менше знатимеш — міцніше спатимеш, а матеріал твій ставлю в номер, будемо вважати, що це невідомі закони Всесвіту. На нього і звалимо всю цю містику.</w:t>
      </w:r>
    </w:p>
    <w:p>
      <w:r>
        <w:br/>
        <w:t>Якщо тільки вона містика, а не наука.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беруться скелети за штурвалами літаків?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