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Десять робітників (збірка)</w:t>
      </w:r>
    </w:p>
    <w:p>
      <w:r>
        <w:br/>
        <w:t xml:space="preserve"> &lt;p&gt;ПРО ДВОХ ЦАПКІВ</w:t>
      </w:r>
    </w:p>
    <w:p>
      <w:r>
        <w:br/>
        <w:t>З одного берега йде до річки білий цапок, а з другого берега надходить чорний цапок. І той хоче через річку перебратися, і другий. А через річку кладка. Така вузенька, що тільки один може перейти, а двом тісно.</w:t>
      </w:r>
    </w:p>
    <w:p>
      <w:r>
        <w:br/>
        <w:t>Не схотів білий цапок зачекати, поки перейде через кладку чорний, а чорний й собі не схотів заждати, щоб перейшов білий.</w:t>
      </w:r>
    </w:p>
    <w:p>
      <w:r>
        <w:br/>
        <w:t>Ступили обидва на кладку, зійшлись посередині та й ну один одного лобами й рогами бити! Бились, бились, та й скінчилося на тому, що обидва в воду попадали і потопились.</w:t>
      </w:r>
    </w:p>
    <w:p>
      <w:r>
        <w:br/>
        <w:t>ДВІ КІЗОЧКИ</w:t>
      </w:r>
    </w:p>
    <w:p>
      <w:r>
        <w:br/>
        <w:t>А дві кізочки-то були розумнішими. Стрілись вони на вузенькій стежечці. З одного боку і стежечки глибокий рів, а з другого — висока та крута гора. Розминутися ніяк не можна.</w:t>
      </w:r>
    </w:p>
    <w:p>
      <w:r>
        <w:br/>
        <w:t>Постояли вони, постояли, подумали-подумали, а тоді одна кізочка стала на коліна, перевернулась на бік, лягла на стежці і притиснулась спиною до гори.</w:t>
      </w:r>
    </w:p>
    <w:p>
      <w:r>
        <w:br/>
        <w:t>Тоді друга обережно переступила через неї, а та, що лежала, встала і пішла собі.</w:t>
      </w:r>
    </w:p>
    <w:p>
      <w:r>
        <w:br/>
        <w:t>ДЕСЯТЬ РОБІТНИКІВ</w:t>
      </w:r>
    </w:p>
    <w:p>
      <w:r>
        <w:br/>
        <w:t>Зайшов я колись до одної жінки в хату — Одаркою звали жінку. Дивлюсь, а у неї в хаті так чисто, гарно так: діти умиті, чисто одягнені, обід зварений.</w:t>
      </w:r>
    </w:p>
    <w:p>
      <w:r>
        <w:br/>
        <w:t>— Як ви встигаєте все поробити? — питаю я в Одарки. А вона каже:</w:t>
      </w:r>
    </w:p>
    <w:p>
      <w:r>
        <w:br/>
        <w:t>— Як же мені не-встигнути! У мене служить аж десять добрих робітників. Вони мене слухають;</w:t>
      </w:r>
    </w:p>
    <w:p>
      <w:r>
        <w:br/>
        <w:t>що не скажу — зроблять, один одному помагають!..</w:t>
      </w:r>
    </w:p>
    <w:p>
      <w:r>
        <w:br/>
        <w:t>— Які ж то у вас робітники?</w:t>
      </w:r>
    </w:p>
    <w:p>
      <w:r>
        <w:br/>
        <w:t>— А ось вони! — засміялась Одарка і поклала на стіл своїх десять пальців.</w:t>
      </w:r>
    </w:p>
    <w:p>
      <w:r>
        <w:br/>
        <w:t>ІВАСИК ТА ТАРАСИК</w:t>
      </w:r>
    </w:p>
    <w:p>
      <w:r>
        <w:br/>
        <w:t>Івасик ловив рибку. Все, що зловив, склав у кошичок, закинув кошичок на плечі та й йде додому. Побачив його Тарасик та й тихенько, тихенько за ним. Думає, як би витягти рибку.</w:t>
      </w:r>
    </w:p>
    <w:p>
      <w:r>
        <w:br/>
        <w:t>Тільки Тарасик підкрався до кошичка, а Івасик почув, що хтось ззаду до кошичка добирається, та й озирнувся...</w:t>
      </w:r>
    </w:p>
    <w:p>
      <w:r>
        <w:br/>
        <w:t>Тарасик одскочив, руки заклав назад, голову задер — іде, наче то не він до кошичка добирався.</w:t>
      </w:r>
    </w:p>
    <w:p>
      <w:r>
        <w:br/>
        <w:t>Пішов Івасик далі. Йде собі спокійно, а Тарасик знов підкрався, заклав в кошик руку — та як заверещить!</w:t>
      </w:r>
    </w:p>
    <w:p>
      <w:r>
        <w:br/>
        <w:t>Великий рак вчепився йому в палець!</w:t>
      </w:r>
    </w:p>
    <w:p>
      <w:r>
        <w:br/>
        <w:t>Бо в кошичку не тільки риба була, а й раки. А Тарасик аж скаче, так його болить.</w:t>
      </w:r>
    </w:p>
    <w:p>
      <w:r>
        <w:br/>
        <w:t>Івасик обернувся, побачив та й сміється з Тарасика; ага! попався!</w:t>
      </w:r>
    </w:p>
    <w:p>
      <w:r>
        <w:br/>
        <w:t>Насилу Івасик одчепив од пальця рака. Одчепив, поклав у кошичок та й пішов собі додому. А у Тарасика палець розпух, кров з його капає... Плаче бідний.</w:t>
      </w:r>
    </w:p>
    <w:p>
      <w:r>
        <w:br/>
        <w:t>ЧОГО Ж ВОНИ ЗРАДІЛИ?</w:t>
      </w:r>
    </w:p>
    <w:p>
      <w:r>
        <w:br/>
        <w:t>Прийшов Данилко до річки рибу ловити. Сів коло мосту, скинув брилик. Скрізь тихо, нікого нема. Закинув Данилко у воду вудку, чекає, чи зловиться рибка?</w:t>
      </w:r>
    </w:p>
    <w:p>
      <w:r>
        <w:br/>
        <w:t>Бігла по мосту собачка Мушка. Стала і дивиться: чи зловить Данилко рибку?</w:t>
      </w:r>
    </w:p>
    <w:p>
      <w:r>
        <w:br/>
        <w:t>Йшли через міст два хлопчики, теж стали, дивляться, що то зловить Данилко?</w:t>
      </w:r>
    </w:p>
    <w:p>
      <w:r>
        <w:br/>
        <w:t>Скакала на березі жаба — і вона сіла й дивиться: що воно буде?</w:t>
      </w:r>
    </w:p>
    <w:p>
      <w:r>
        <w:br/>
        <w:t>Проходять по мосту ще діти. Бачуть, що Мушка і два хлопчики на щось дивляться, — та й собі поставали:</w:t>
      </w:r>
    </w:p>
    <w:p>
      <w:r>
        <w:br/>
        <w:t>— Подивимось і ми! — кажуть.</w:t>
      </w:r>
    </w:p>
    <w:p>
      <w:r>
        <w:br/>
        <w:t>Данилко тихенько сидить, а дітей все більше та більше збирається. Ось уже мало не на голову йому лізуть.</w:t>
      </w:r>
    </w:p>
    <w:p>
      <w:r>
        <w:br/>
        <w:t>Та ось клюнула рибка! Витяг її Данилко. Б'ється бідна рибка на гачку, а діти радіють, кричать, скачуть, собаки гавкають. Жаба налякалась галасу і шубовсть у воду!..</w:t>
      </w:r>
    </w:p>
    <w:p>
      <w:r>
        <w:br/>
        <w:t>І чого ж зраділи? Нерозумний хлопчик замордував бідну рибку. Чого ж тут радіти?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Десять робітників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