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 Любимененепокинь</w:t>
      </w:r>
    </w:p>
    <w:p>
      <w:r>
        <w:br/>
        <w:t xml:space="preserve"> Зачучверілий. Запліснявілий.&lt;br /&gt;</w:t>
        <w:br/>
        <w:t>На хазяйстві одна коза,&lt;br /&gt;</w:t>
        <w:br/>
        <w:t>І та на нього покрикує,&lt;br /&gt;</w:t>
        <w:br/>
        <w:t>А худюща — сама сльоза.&lt;br /&gt;</w:t>
        <w:br/>
        <w:t>Тримає на збитому прикорні&lt;br /&gt;</w:t>
        <w:br/>
        <w:t>Дідову горду планиду,&lt;br /&gt;</w:t>
        <w:br/>
        <w:t>Тримає планету на прикорні,&lt;br /&gt;</w:t>
        <w:br/>
        <w:t>Тільки не подає виду.</w:t>
      </w:r>
    </w:p>
    <w:p>
      <w:r>
        <w:br/>
        <w:t>Чого він по ночах нипає,&lt;br /&gt;</w:t>
        <w:br/>
        <w:t>Тиняється все по узліссі,&lt;br /&gt;</w:t>
        <w:br/>
        <w:t>Горобець у нього ночує,&lt;br /&gt;</w:t>
        <w:br/>
        <w:t>За всім назирає у стрісі,&lt;br /&gt;</w:t>
        <w:br/>
        <w:t>Собака був, розрахувався,&lt;br /&gt;</w:t>
        <w:br/>
        <w:t>Перейшов на тверду зарплату,&lt;br /&gt;</w:t>
        <w:br/>
        <w:t>Горобець-молодець доглядає&lt;br /&gt;</w:t>
        <w:br/>
        <w:t>І козу, і діда, і хату.</w:t>
      </w:r>
    </w:p>
    <w:p>
      <w:r>
        <w:br/>
        <w:t>Дід дивні трави назбирує,&lt;br /&gt;</w:t>
        <w:br/>
        <w:t>Де правду кують зозулі,&lt;br /&gt;</w:t>
        <w:br/>
        <w:t>Там вони родять зозулинець,&lt;br /&gt;</w:t>
        <w:br/>
        <w:t>Великий такий, на півдулі.&lt;br /&gt;</w:t>
        <w:br/>
        <w:t>Того й наука не відає,&lt;br /&gt;</w:t>
        <w:br/>
        <w:t>Як зозулі зозулинець родять,&lt;br /&gt;</w:t>
        <w:br/>
        <w:t>По те по зозулине зіллячко&lt;br /&gt;</w:t>
        <w:br/>
        <w:t>Вночі молодиці приходять.</w:t>
      </w:r>
    </w:p>
    <w:p>
      <w:r>
        <w:br/>
        <w:t>Щоб не назирила Текля,&lt;br /&gt;</w:t>
        <w:br/>
        <w:t>Язиката така просторіка,&lt;br /&gt;</w:t>
        <w:br/>
        <w:t>Беру ж таки не для кума,&lt;br /&gt;</w:t>
        <w:br/>
        <w:t>А для свого ж беру чоловіка.&lt;br /&gt;</w:t>
        <w:br/>
        <w:t>Дід корінця трохи вділить,&lt;br /&gt;</w:t>
        <w:br/>
        <w:t>Трохи-таки прибреше,&lt;br /&gt;</w:t>
        <w:br/>
        <w:t>До нього, дивись, опівночі&lt;br /&gt;</w:t>
        <w:br/>
        <w:t>Вже з піврайону чеше.</w:t>
      </w:r>
    </w:p>
    <w:p>
      <w:r>
        <w:br/>
        <w:t>А вчора бачила Ганьку,&lt;br /&gt;</w:t>
        <w:br/>
        <w:t>Оту, що вийшла за прокурора,&lt;br /&gt;</w:t>
        <w:br/>
        <w:t>Їй-бо, несла цілу баньку,&lt;br /&gt;</w:t>
        <w:br/>
        <w:t>Казала мені, що хвора.&lt;br /&gt;</w:t>
        <w:br/>
        <w:t>Вона ще своєю спідницею&lt;br /&gt;</w:t>
        <w:br/>
        <w:t>П'ятьох пужарних накриє,&lt;br /&gt;</w:t>
        <w:br/>
        <w:t>А він уже, кажуть, підтоптаний,&lt;br /&gt;</w:t>
        <w:br/>
        <w:t>"Харковом" голову бриє.</w:t>
      </w:r>
    </w:p>
    <w:p>
      <w:r>
        <w:br/>
        <w:t>А дід щось товче у ступці,&lt;br /&gt;</w:t>
        <w:br/>
        <w:t>Розводить на первакові,&lt;br /&gt;</w:t>
        <w:br/>
        <w:t>Можна й на чистому спирті,&lt;br /&gt;</w:t>
        <w:br/>
        <w:t>Де там — на буряковій.&lt;br /&gt;</w:t>
        <w:br/>
        <w:t>Кажуть, Онассіс дізнався був,&lt;br /&gt;</w:t>
        <w:br/>
        <w:t>Заслав сюди агентуру,&lt;br /&gt;</w:t>
        <w:br/>
        <w:t>Та дід йому, хитра бісота,&lt;br /&gt;</w:t>
        <w:br/>
        <w:t>Підсунув не ту мікстуру.</w:t>
      </w:r>
    </w:p>
    <w:p>
      <w:r>
        <w:br/>
        <w:t>Чим підірвав у корені&lt;br /&gt;</w:t>
        <w:br/>
        <w:t>Одну стратегічну нараду.&lt;br /&gt;</w:t>
        <w:br/>
        <w:t>Дід вже пускає бісики,&lt;br /&gt;</w:t>
        <w:br/>
        <w:t>Любисточок тре на церату:&lt;br /&gt;</w:t>
        <w:br/>
        <w:t>— Якби Жакеліпа приїхала —&lt;br /&gt;</w:t>
        <w:br/>
        <w:t>Вділив би для молодиці,&lt;br /&gt;</w:t>
        <w:br/>
        <w:t>А тому — то дідька лисого,&lt;br /&gt;</w:t>
        <w:br/>
        <w:t>Не варт він моєї гузниці!</w:t>
      </w:r>
    </w:p>
    <w:p>
      <w:r>
        <w:br/>
        <w:t>Вночі коло нашого діда&lt;br /&gt;</w:t>
        <w:br/>
        <w:t>Машини дирчать півроку.&lt;br /&gt;</w:t>
        <w:br/>
        <w:t>Напитувачі здалеку&lt;br /&gt;</w:t>
        <w:br/>
        <w:t>Були, кажуть, з Владивостока,&lt;br /&gt;</w:t>
        <w:br/>
        <w:t>Хотіли зозулинець виміняти&lt;br /&gt;</w:t>
        <w:br/>
        <w:t>На, як його, — на женьшеня,&lt;br /&gt;</w:t>
        <w:br/>
        <w:t>Та дід їм півпальця здачі —&lt;br /&gt;</w:t>
        <w:br/>
        <w:t>Мала, каже, у вас кишеня.</w:t>
      </w:r>
    </w:p>
    <w:p>
      <w:r>
        <w:br/>
        <w:t>Той дід тільки зверху пліснявий&lt;br /&gt;</w:t>
        <w:br/>
        <w:t>А так — багатий до сказу.&lt;br /&gt;</w:t>
        <w:br/>
        <w:t>Не одну, кажуть, книжку має&lt;br /&gt;</w:t>
        <w:br/>
        <w:t>І на хату, й на ощадкасу.&lt;br /&gt;</w:t>
        <w:br/>
        <w:t>Не одна уже б молодиця&lt;br /&gt;</w:t>
        <w:br/>
        <w:t>І козу б його подоїла,&lt;br /&gt;</w:t>
        <w:br/>
        <w:t>Та тільки йому й горобцеві&lt;br /&gt;</w:t>
        <w:br/>
        <w:t>Бабота ота без діла.</w:t>
      </w:r>
    </w:p>
    <w:p>
      <w:r>
        <w:br/>
        <w:t>Бо там, аж на тому березі,&lt;br /&gt;</w:t>
        <w:br/>
        <w:t>Бо там, аж на тому боці,&lt;br /&gt;</w:t>
        <w:br/>
        <w:t>Живе кума його Текля&lt;br /&gt;</w:t>
        <w:br/>
        <w:t>І діда не має ні в оці,&lt;br /&gt;</w:t>
        <w:br/>
        <w:t>Не те що в своєму серці,&lt;br /&gt;</w:t>
        <w:br/>
        <w:t>А навіть і не в печінці,&lt;br /&gt;</w:t>
        <w:br/>
        <w:t>Як би ото вже годилося&lt;br /&gt;</w:t>
        <w:br/>
        <w:t>Вічній сварливій жінці.</w:t>
      </w:r>
    </w:p>
    <w:p>
      <w:r>
        <w:br/>
        <w:t>Вона три весілля справила —&lt;br /&gt;</w:t>
        <w:br/>
        <w:t>Три рази була овдовіла.&lt;br /&gt;</w:t>
        <w:br/>
        <w:t>У неї дітей і внуків,&lt;br /&gt;</w:t>
        <w:br/>
        <w:t>Що пряжі у мотовила.&lt;br /&gt;</w:t>
        <w:br/>
        <w:t>У кого бучні весілля,&lt;br /&gt;</w:t>
        <w:br/>
        <w:t>У кого тяжкі похмілля —&lt;br /&gt;</w:t>
        <w:br/>
        <w:t>Нічого не помагає&lt;br /&gt;</w:t>
        <w:br/>
        <w:t>Чортове приворот-зілля!&lt;br /&gt;</w:t>
        <w:br/>
        <w:t>Дід три війни з-за неї&lt;br /&gt;</w:t>
        <w:br/>
        <w:t>Був конюхом на батареї,&lt;br /&gt;</w:t>
        <w:br/>
        <w:t>Дід, було, так під'їхав,&lt;br /&gt;</w:t>
        <w:br/>
        <w:t>Аж трісли попруги і шлеї,&lt;br /&gt;</w:t>
        <w:br/>
        <w:t>Вона ж розбила макітру,&lt;br /&gt;</w:t>
        <w:br/>
        <w:t>І плюнула проти вітру,&lt;br /&gt;</w:t>
        <w:br/>
        <w:t>І, як гранату, шпурнула&lt;br /&gt;</w:t>
        <w:br/>
        <w:t>Його сватацьку півлітру.</w:t>
      </w:r>
    </w:p>
    <w:p>
      <w:r>
        <w:br/>
        <w:t>Землю змагають грози.&lt;br /&gt;</w:t>
        <w:br/>
        <w:t>Шугають атомні птиці.&lt;br /&gt;</w:t>
        <w:br/>
        <w:t>До смерті уже три чисниці,&lt;br /&gt;</w:t>
        <w:br/>
        <w:t>А дід все грозить молодиці:&lt;br /&gt;</w:t>
        <w:br/>
        <w:t>— їй-богу, уже не витримаю,&lt;br /&gt;</w:t>
        <w:br/>
        <w:t>Підсиплю їй чемериці!&lt;br /&gt;</w:t>
        <w:br/>
        <w:t>За що ж це я через тебе&lt;br /&gt;</w:t>
        <w:br/>
        <w:t>Ні разу весь вік не женився,&lt;br /&gt;</w:t>
        <w:br/>
        <w:t>За що ж це я через тебе&lt;br /&gt;</w:t>
        <w:br/>
        <w:t>Увесь на зозулинець звівся! —</w:t>
      </w:r>
    </w:p>
    <w:p>
      <w:r>
        <w:br/>
        <w:t>Падають в приворот-зілля&lt;br /&gt;</w:t>
        <w:br/>
        <w:t>Сльози тяжкі старечі,&lt;br /&gt;</w:t>
        <w:br/>
        <w:t>Сльозами найкраще розводити&lt;br /&gt;</w:t>
        <w:br/>
        <w:t>Зілля оте, до речі!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 Любимененепокинь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