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Дифтерит у Маквільямсів</w:t>
      </w:r>
    </w:p>
    <w:p>
      <w:r>
        <w:br/>
        <w:t xml:space="preserve"> &lt;p&gt;ДИФТЕРИТ У МАКВІЛЬЯМСІВ</w:t>
      </w:r>
    </w:p>
    <w:p>
      <w:r>
        <w:br/>
        <w:t>(Як розповів авторові цієї книжки містер Маквільямс, дуже приємний добродій з Нью-Йорка, що з ним автор випадково познайомився в дорозі).</w:t>
      </w:r>
    </w:p>
    <w:p>
      <w:r>
        <w:br/>
        <w:t>– ...Ото так лютувала в нашому місті ця жахлива, невиліковна хвороба – дифтерит, і всі матері навісніли зі страху. Але вернімось назад: отож, кажу, я звернув увагу своєї дружини на нашу маленьку Пенелопу:</w:t>
      </w:r>
    </w:p>
    <w:p>
      <w:r>
        <w:br/>
        <w:t>– Серденько, бувши тобою, я б не дозволив дитині гризти оту соснову скіпку.</w:t>
      </w:r>
    </w:p>
    <w:p>
      <w:r>
        <w:br/>
        <w:t>– Любенький мій, а яка ж із цього шкода? – відмовила вона, наміряючись, проте, відібрати скіпку в дівчинки, бо жінка не може вислухати навіть очевидячки справедливого зауваження, не заперечивши. Цебто жінка заміжня, хочу я сказати.</w:t>
      </w:r>
    </w:p>
    <w:p>
      <w:r>
        <w:br/>
        <w:t>Я відмовив:</w:t>
      </w:r>
    </w:p>
    <w:p>
      <w:r>
        <w:br/>
        <w:t>– Кохасю, кому ж не відомо, що соснове дерево – найменш поживне з усіх, які лишень може їсти дитина.</w:t>
      </w:r>
    </w:p>
    <w:p>
      <w:r>
        <w:br/>
        <w:t>Дружинина рука, що вже простягалась була по скіпку, враз спинилася й знову лягла на коліна. Видимо стримуючи себе, вона сказала:</w:t>
      </w:r>
    </w:p>
    <w:p>
      <w:r>
        <w:br/>
        <w:t>– Любчику, ти ж знаєш не згірш за мене: всі лікарі запевняють, що соснова живиця дуже помічна на слабу спину й нирки.</w:t>
      </w:r>
    </w:p>
    <w:p>
      <w:r>
        <w:br/>
        <w:t>– А... тоді вибач, я просто не знав, що дитина слабує на нирки й на спинний хребет і що наш лікар порадив...</w:t>
      </w:r>
    </w:p>
    <w:p>
      <w:r>
        <w:br/>
        <w:t>– Хто це тобі сказав, що вона слабує на нирки й на спинний хребет?</w:t>
      </w:r>
    </w:p>
    <w:p>
      <w:r>
        <w:br/>
        <w:t>– Таж ти сама, кохасю, щойно висловила цю думку.</w:t>
      </w:r>
    </w:p>
    <w:p>
      <w:r>
        <w:br/>
        <w:t>– Ще що вигадай! Ніколи я такої думки не висловлювала.</w:t>
      </w:r>
    </w:p>
    <w:p>
      <w:r>
        <w:br/>
        <w:t>– Ну як же, любонько! Ось щойно ти сказала...</w:t>
      </w:r>
    </w:p>
    <w:p>
      <w:r>
        <w:br/>
        <w:t>– Сказала, сказала! Мало що я могла сказати! Ніякої шкоди з того не буде, як дитина трохи погризе соснову скіпку, коли їй так хочеться, і ти сам це добре знаєш. І вона її гризтиме, й квит!</w:t>
      </w:r>
    </w:p>
    <w:p>
      <w:r>
        <w:br/>
        <w:t>– Годі, годі, серце. Тепер я вже бачу, що твоя правда, і сьогодні ж піду замовлю дві-три фури щонайліпших соснових дров. Щоб моїй дитині чогось бракувало, поки я...</w:t>
      </w:r>
    </w:p>
    <w:p>
      <w:r>
        <w:br/>
        <w:t>– Прошу тебе, йди вже до своєї контори та дай мені трохи спокою! Ну слова не можна сказати, щоб ти не підхопив та не завівся сперечатися без кінця й без краю, поки й сам уже не знаєш, що плетеш.</w:t>
      </w:r>
    </w:p>
    <w:p>
      <w:r>
        <w:br/>
        <w:t>– Гаразд, гаразд, хай буде по-твоєму. Правда, цим останнім твоїм словам трохи бракує логіки, бо...</w:t>
      </w:r>
    </w:p>
    <w:p>
      <w:r>
        <w:br/>
        <w:t>Однак докінчити я не встиг, бо дружина демонстративно підвелася, взяла дитину за ручку й вийшла. А як я вернувся на обід додому, вона зустріла мене, біла як стіна:</w:t>
      </w:r>
    </w:p>
    <w:p>
      <w:r>
        <w:br/>
        <w:t>– Ой Мортімере, ще один! Малий Джорджі Гордон захворів.</w:t>
      </w:r>
    </w:p>
    <w:p>
      <w:r>
        <w:br/>
        <w:t>– Дифтерит?</w:t>
      </w:r>
    </w:p>
    <w:p>
      <w:r>
        <w:br/>
        <w:t>– Дифтерит.</w:t>
      </w:r>
    </w:p>
    <w:p>
      <w:r>
        <w:br/>
        <w:t>– Є якась надія?</w:t>
      </w:r>
    </w:p>
    <w:p>
      <w:r>
        <w:br/>
        <w:t>– Ніякісінької. Ой що ж це з нами буде!</w:t>
      </w:r>
    </w:p>
    <w:p>
      <w:r>
        <w:br/>
        <w:t>Аж ось нянька привела Пенелопу сказати нам добраніч та промовити щовечірню молитву, вклякнувши поруч мами. Не доказавши до кінця "Ось кладуся я спочить", донечка наша кахикнула! Дружина так і похилилась, мов громом уражена. Але враз підхопилася й заметушилась у панічному завзятті.</w:t>
      </w:r>
    </w:p>
    <w:p>
      <w:r>
        <w:br/>
        <w:t>Спершу вона наказала, щоб Пенелопине ліжечко перенесли з дитячого покоїка до нашої спальні, й сама пішла доглянути, як те робиться. І мене, звісно, потягла за собою. Все справлено за одну хвилину. Для няньки поставили розкладне ліжко в туалетній. Однак дружина зразу занепокоїлася, що ми дуже далеко від другої дитини: а що, як уночі почнеться й у хлопчика? І знову сполотніла, сердешна.</w:t>
      </w:r>
    </w:p>
    <w:p>
      <w:r>
        <w:br/>
        <w:t>Тоді ми перенесли Пенелопу й няньчине ліжко назад до дитячого покою, а собі сказали постелити в суміжній кімнаті.</w:t>
      </w:r>
    </w:p>
    <w:p>
      <w:r>
        <w:br/>
        <w:t>Та за хвилину дружина похопилась: а що, як дифтерит із Пенелопи перейде на малого? Ця думка знову вкинула її в паніку. Ми всім гуртом мерщій потягли ліжечко назад, та їй здавалося, що ми дляємось, хоч вона сама хапалась помагати, аж трохи не розламала ліжечка на цурки в несамовитому поспіху.</w:t>
      </w:r>
    </w:p>
    <w:p>
      <w:r>
        <w:br/>
        <w:t>Ми перебралися вниз, але там не знайшлося куди упхати няньку, а дружина сказала, що без няньчиного досвіду нам годі обійтись. Отож ми вернулися з усім манаттям нагору, до спальні, раді-радісінькі, мовби птахи, що в люту бурю добилися до свого гнізда.</w:t>
      </w:r>
    </w:p>
    <w:p>
      <w:r>
        <w:br/>
        <w:t>Дружина побігла до дитячого покою глянути, як там хлопчик. За мить вернулася знову перелякана:</w:t>
      </w:r>
    </w:p>
    <w:p>
      <w:r>
        <w:br/>
        <w:t>– Чого це наш малий так міцно спить?</w:t>
      </w:r>
    </w:p>
    <w:p>
      <w:r>
        <w:br/>
        <w:t>Я відказав:</w:t>
      </w:r>
    </w:p>
    <w:p>
      <w:r>
        <w:br/>
        <w:t>– Серденько, таж він у нас завжди спить як байбак.</w:t>
      </w:r>
    </w:p>
    <w:p>
      <w:r>
        <w:br/>
        <w:t>– Знаю я, знаю, але нині він спить якось не так. Він... Він дихає так рівно! Ой, я так боюся, так боюся!</w:t>
      </w:r>
    </w:p>
    <w:p>
      <w:r>
        <w:br/>
        <w:t>– Та він же, серденько, завжди рівно дихає.</w:t>
      </w:r>
    </w:p>
    <w:p>
      <w:r>
        <w:br/>
        <w:t>– Ой, я знаю, але зараз воно якось так страшно... А нянька ж його така молода й недосвідчена! Хай Марія спить тут із нею, щоб була напоготові, коли що.</w:t>
      </w:r>
    </w:p>
    <w:p>
      <w:r>
        <w:br/>
        <w:t>– Непогана думка, але хто ж тобі помагатиме?</w:t>
      </w:r>
    </w:p>
    <w:p>
      <w:r>
        <w:br/>
        <w:t>– Поможеш і ти, як треба буде. Та й однаково я в таку хвилину все мушу сама робити, нікому нічого не дозволю.</w:t>
      </w:r>
    </w:p>
    <w:p>
      <w:r>
        <w:br/>
        <w:t>Я сказав, що не годиться мені лежати та спати, коли вона цілу безсонну ніч упадатиме біля хворої дитини, однак вона вмовила мене лягти. А стара Марія перебралась назад, на своє місце в дитячому покоїку.</w:t>
      </w:r>
    </w:p>
    <w:p>
      <w:r>
        <w:br/>
        <w:t>Пенелопа двічі бухикнула крізь сон.</w:t>
      </w:r>
    </w:p>
    <w:p>
      <w:r>
        <w:br/>
        <w:t>– Ой, лихо, ну чого ж той лікар не йде! Мортімере, тут занадто тепло. Авжеж, ось яка духота. Вимкни опалення, швиденько!</w:t>
      </w:r>
    </w:p>
    <w:p>
      <w:r>
        <w:br/>
        <w:t>Я вимкнув опалення, глянувши мимохідь на термометра й здивувавшись: невже таки двадцять градусів це затепло для хворої дитини?</w:t>
      </w:r>
    </w:p>
    <w:p>
      <w:r>
        <w:br/>
        <w:t>Вернувся з міста кучер і сповістив, що наш лікар сам хворий і не встає з ліжка. Дружина звела на мене помертвілі очі й промовила безживним голосом:</w:t>
      </w:r>
    </w:p>
    <w:p>
      <w:r>
        <w:br/>
        <w:t>– Це кара небесна. Так нам присуджено. Він же ніколи досі не хворів. Ніколи! Ні, ми з тобою жили не так, як слід, Мортімере. Скільки разів я тобі це казала! А тепер бачиш, що вийшло? Ні, наше дитя вже не видужає. Будь радий, якщо ти зможеш собі пробачити, а я собі ніколи не зможу.</w:t>
      </w:r>
    </w:p>
    <w:p>
      <w:r>
        <w:br/>
        <w:t>Я сказав – зовсім не хотячи її уразити, але, може, не досить обережно добравши слова,– що не розумію, чим же це наше життя було таке неподобне.</w:t>
      </w:r>
    </w:p>
    <w:p>
      <w:r>
        <w:br/>
        <w:t>– Мортімере!!! Ти що, і на малого хочеш кару накликати?</w:t>
      </w:r>
    </w:p>
    <w:p>
      <w:r>
        <w:br/>
        <w:t>І дружина заплакала. Тоді раптом схопилася:</w:t>
      </w:r>
    </w:p>
    <w:p>
      <w:r>
        <w:br/>
        <w:t>– А хіба лікар ніяких ліків не прислав?</w:t>
      </w:r>
    </w:p>
    <w:p>
      <w:r>
        <w:br/>
        <w:t>– Прислав, аякже,– відповів я.– Я тільки чекаю, коли ти даси мені слово сказати.</w:t>
      </w:r>
    </w:p>
    <w:p>
      <w:r>
        <w:br/>
        <w:t>– Ну то давай їх сюди хутчіше! Чи ти не знаєш, яка тепер дорога кожна хвилина? Та що з тих ліків, коли й сам лікар добре знає, що від цієї хвороби нема рятунку!</w:t>
      </w:r>
    </w:p>
    <w:p>
      <w:r>
        <w:br/>
        <w:t>Я зауважив, що поки дитина жива, є ще й надія.</w:t>
      </w:r>
    </w:p>
    <w:p>
      <w:r>
        <w:br/>
        <w:t>– Надія? Ти сам не знаєш, що балакаєш, Мортімере! Як немовля! Якби ти... Ой, далебі, тут у рецепті написано: "По чайній ложечці щогодини"! Так, наче ми маємо ще цілий рік часу, щоб рятувати наше дитя! Мортімере, швидше! Дай нашій сердешній донечці повну столову ложку. Та хутчіше ж!</w:t>
      </w:r>
    </w:p>
    <w:p>
      <w:r>
        <w:br/>
        <w:t>– Ну що ти, серце, столова ложка може їй...</w:t>
      </w:r>
    </w:p>
    <w:p>
      <w:r>
        <w:br/>
        <w:t>– Не доводь мене!.. Ну, ну, не плач, донечко моя золота, ріднесенька моя, випий оце, воно гірке, але від нього Нелічці полегшає, воно поможе маминій рідненькій донечці, й буде вона здоровенька. Не плач, не плач, поклади голівоньку мамі на груди й засни, то скоро... Ой знаю ж я, знаю, що вона й до ранку не доживе! Мортімере, по столовій ложці щопівгодини, а може, все ж таки... Іще їй беладони треба дати. Я знаю, що треба. І аконіту теж. Знайди те й те, Мортімере. Ні, ні, мовчи, не мішайся, я ліпше знаю. Ти в цих речах нічого не тямиш.</w:t>
      </w:r>
    </w:p>
    <w:p>
      <w:r>
        <w:br/>
        <w:t>Нарешті ми полягали, присунувши Пенелопине ліжечко дружині в голови. Вся та шарпанина втомила мене, і за хвилинку я вже куняв чи й просто спав. Але дружина збудила мене:</w:t>
      </w:r>
    </w:p>
    <w:p>
      <w:r>
        <w:br/>
        <w:t>– Любцю, опалення ввімкнено?</w:t>
      </w:r>
    </w:p>
    <w:p>
      <w:r>
        <w:br/>
        <w:t>– Ні.</w:t>
      </w:r>
    </w:p>
    <w:p>
      <w:r>
        <w:br/>
        <w:t>– Я так і знала. Будь ласка, ввімкни його, та швидше. Тут страшна холодюка.</w:t>
      </w:r>
    </w:p>
    <w:p>
      <w:r>
        <w:br/>
        <w:t>Я ввімкнув опалення й за хвильку знову заснув. Та мене ще раз розбудили:</w:t>
      </w:r>
    </w:p>
    <w:p>
      <w:r>
        <w:br/>
        <w:t>– Рідненький, може, ти пересунеш ліжечко на свій бік? Там ближче до батареї.</w:t>
      </w:r>
    </w:p>
    <w:p>
      <w:r>
        <w:br/>
        <w:t>Я пересунув ліжечко, але дорогою зачепився за килимок і збудив дитину. Поки дружина втихомирювала малу страдницю, я знову був задрімав, та за якусь хвильку почув крізь дрімотну млу, наче здалеку, дружинин голос:</w:t>
      </w:r>
    </w:p>
    <w:p>
      <w:r>
        <w:br/>
        <w:t>– Мортімере, а що, якби гусячим смальцем?.. Може, ти подзвониш?</w:t>
      </w:r>
    </w:p>
    <w:p>
      <w:r>
        <w:br/>
        <w:t>Сонний витеребивсь я з ліжка, наступив на кицьку, що обурено вереснула й була б дістала за те вельми переконливого стусана, якби не підставився замість неї стілець.</w:t>
      </w:r>
    </w:p>
    <w:p>
      <w:r>
        <w:br/>
        <w:t>– Нащо ж ти, Мортімере, світло світиш! Ти ж знов розбудиш дитину!</w:t>
      </w:r>
    </w:p>
    <w:p>
      <w:r>
        <w:br/>
        <w:t>– Та я хочу подивитись, чи дуже ногу забив.</w:t>
      </w:r>
    </w:p>
    <w:p>
      <w:r>
        <w:br/>
        <w:t>– Ну, то подивися вже й на стілець. Ти його напевне поламав. Бідна кицька, подумай лишень, а що, якби ти...</w:t>
      </w:r>
    </w:p>
    <w:p>
      <w:r>
        <w:br/>
        <w:t>– От іще треба мені про кицьку думати! І нічого б цього не було, якби ти лишила Марію тут. Тим паче, що це все її діло, а не моє.</w:t>
      </w:r>
    </w:p>
    <w:p>
      <w:r>
        <w:br/>
        <w:t>– Мортімере, як тобі не сором таке казати! Невже тобі важко зробити для мене цю суто дрібничку в таку страшну хвилину, коли наше дитя...</w:t>
      </w:r>
    </w:p>
    <w:p>
      <w:r>
        <w:br/>
        <w:t>– Ну, годі, годі, я зроблю все, що тобі треба. Тільки я не хочу побудити всіх чисто в домі цим дзвоником. Всі ж сплять уже. Де він стоїть, той смалець?</w:t>
      </w:r>
    </w:p>
    <w:p>
      <w:r>
        <w:br/>
        <w:t>– На каміні в дитячому покої. Сходи туди та спитай Марії...</w:t>
      </w:r>
    </w:p>
    <w:p>
      <w:r>
        <w:br/>
        <w:t>Я приніс гусячий смалець і знову ліг. Та мене знову збуджено:</w:t>
      </w:r>
    </w:p>
    <w:p>
      <w:r>
        <w:br/>
        <w:t>– Мортімере, мені так не хочеться тебе турбувати, але тут ще холодно, я не можу так її натирати. Будь ласка, як тобі не важко, розпали в каміні. Там накладено, тільки сірника витерти.</w:t>
      </w:r>
    </w:p>
    <w:p>
      <w:r>
        <w:br/>
        <w:t>Я звівся з ліжка, запалив у каміні й сів перед ним, похнюпившись.</w:t>
      </w:r>
    </w:p>
    <w:p>
      <w:r>
        <w:br/>
        <w:t>– Мортімере, не сиди так, ти ж застудишся на смерть. Лягай спи.</w:t>
      </w:r>
    </w:p>
    <w:p>
      <w:r>
        <w:br/>
        <w:t>Щойно я нахилився над ліжком, вона сказала:</w:t>
      </w:r>
    </w:p>
    <w:p>
      <w:r>
        <w:br/>
        <w:t>– Стривай. Дай дитині ще ліків.</w:t>
      </w:r>
    </w:p>
    <w:p>
      <w:r>
        <w:br/>
        <w:t>Я й те зробив. Після ліків Пенелопа розбуркалась, і дружина, скориставшись з того, роздягла її та натерла всю гусячим смальцем. Незабаром я вже знову куняв, та й ще раз мені довелося вставати.</w:t>
      </w:r>
    </w:p>
    <w:p>
      <w:r>
        <w:br/>
        <w:t>– Мортімере, тут тягне. Я добре чую, що тягне. Присунь ліжечко до каміна.</w:t>
      </w:r>
    </w:p>
    <w:p>
      <w:r>
        <w:br/>
        <w:t>Я посунув ліжечко, та знову зачепився за килимок й жбурнув його у вогонь. Дружина схопилася з ліжка рятувати килимок й дещо мені сказала, а я їй. Потім ще раз ліг та задрімав на півхвилинки, та вона підняла мене готувати припарку зі лляного сім’я. Поклали ту припарку Пенелопі на груди й лишили її там виявляти свою зцілющу дію.</w:t>
      </w:r>
    </w:p>
    <w:p>
      <w:r>
        <w:br/>
        <w:t>Дрова в каміні не можуть горіти вічно. Що двадцять хвилин я мусив уставати та підкидати нових, і це дало моїй дружині нагоду ще на десять хвилин скоротити проміжки між даванням дитині ліків, на превелику дружинину полегкість. А поміж тим я час від часу замінював лляну припарку та клав гірчичники й витяжні пластирі, де лише знаходилося на дитині вільне місце. Та ось, уже над ранок, вийшли всі дрова, й дружина зажадала, щоб я спустився в підвал та приніс іще. Я їй відказав:</w:t>
      </w:r>
    </w:p>
    <w:p>
      <w:r>
        <w:br/>
        <w:t>– Серце моє, це морочливе діло, а малій уже, напевне, тепло, вона ж он як навкривана! Може, краще перемінімо припарку та...</w:t>
      </w:r>
    </w:p>
    <w:p>
      <w:r>
        <w:br/>
        <w:t>Докінчити мені не дали. Я наносив з підвалу дров, а тоді ліг і захріп, як лиш може чоловік, до краю знесилений душею й тілом. Був уже білий день, коли я почув, як мене торсають за плечі, й ураз прокинувся.</w:t>
      </w:r>
    </w:p>
    <w:p>
      <w:r>
        <w:br/>
        <w:t>Дружина стояла наді мною, втупивши в мене застиглі очі й задихаючись. Нарешті вона спромоглася на слово:</w:t>
      </w:r>
    </w:p>
    <w:p>
      <w:r>
        <w:br/>
        <w:t>– Все, Мортімере, все! Дитина спітніла. Що ж нам тепер діяти?!</w:t>
      </w:r>
    </w:p>
    <w:p>
      <w:r>
        <w:br/>
        <w:t>– Лишенько, як ти мене налякала! Звідки ж я знаю, що тепер діяти. А може, як роздягти та покласти знов на протязі...</w:t>
      </w:r>
    </w:p>
    <w:p>
      <w:r>
        <w:br/>
        <w:t>– Ти зовсім здурів! Тут ні хвилини не можна гаяти, біжи швидше до лікаря! Біжи сам! І приведи його живого чи мертвого.</w:t>
      </w:r>
    </w:p>
    <w:p>
      <w:r>
        <w:br/>
        <w:t>Я витяг того хворого сердегу з ліжка й привів до нас. Подивившись на малу, лікар сказав, що вона зовсім не вмирає. Я зрадів невимовно, але дружина розлютилась, наче від особистої образи. Потім він додав, що дитина кашляє від якогось подразнення в горлянці, і я подумав, що зараз моя дружина покаже йому на двері. Далі лікар ще сказав, що дитині треба тільки вихаркнути те, від чого вона кашляє. Він чогось дав їй, дівчинка закашлялась і врешті виплюнула невеличку скіпочку.</w:t>
      </w:r>
    </w:p>
    <w:p>
      <w:r>
        <w:br/>
        <w:t>– Ніякого дифтериту в неї немає,– пояснив лікар.– Вона просто гризла соснову скіпку абощо, і в горлянці їй застрягла трісочка. Нічого воно їй не зашкодить.</w:t>
      </w:r>
    </w:p>
    <w:p>
      <w:r>
        <w:br/>
        <w:t>– Авжеж,– озвався я,– охоче вірю. Адже живиця, що є в соснині, дуже помічна від деяких дитячих хвороб. Ось спитайте мою дружину, вона вам скаже.</w:t>
      </w:r>
    </w:p>
    <w:p>
      <w:r>
        <w:br/>
        <w:t>Але вона не сказала нічого. Вона зневажливо відвернулась і вийшла з кімнати. Відтоді в нашому житті є один такий епізод, про який ми ніколи не згадуємо. І життя наше плине тихо й мирно.</w:t>
      </w:r>
    </w:p>
    <w:p>
      <w:r>
        <w:br/>
        <w:t>(Дуже небагато жонатих чоловіків зазнавали такого, як містер Маквільямс, отож автор гадає, що ця нова для читачів тема хоч трохи їх зацікавить).</w:t>
      </w:r>
    </w:p>
    <w:p>
      <w:r>
        <w:br/>
        <w:t>1878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Дифтерит у Маквільямсів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