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Дитяча залізниця</w:t>
      </w:r>
    </w:p>
    <w:p>
      <w:r>
        <w:br/>
        <w:t xml:space="preserve"> Є в світі країна — мені це не сниться! —&lt;br /&gt;</w:t>
        <w:br/>
        <w:t>Де мають малята свою залізницю.</w:t>
      </w:r>
    </w:p>
    <w:p>
      <w:r>
        <w:br/>
        <w:t>По залізниці туди й сюди&lt;br /&gt;</w:t>
        <w:br/>
        <w:t>Їздять маленькі прудкі поїзди.</w:t>
      </w:r>
    </w:p>
    <w:p>
      <w:r>
        <w:br/>
        <w:t>Не відрізнити від справжніх нізащо&lt;br /&gt;</w:t>
        <w:br/>
        <w:t>Такі, як в дорослих, а може ще й кращі.</w:t>
      </w:r>
    </w:p>
    <w:p>
      <w:r>
        <w:br/>
        <w:t>На тій залізниці усі службовці —&lt;br /&gt;</w:t>
        <w:br/>
        <w:t>Маленькі діти, дівчатка і хлопці.&lt;br /&gt;</w:t>
        <w:br/>
        <w:t>Начальником станції тут — малючок,&lt;br /&gt;</w:t>
        <w:br/>
        <w:t>Трошечки більший за власний свисток.</w:t>
      </w:r>
    </w:p>
    <w:p>
      <w:r>
        <w:br/>
        <w:t>А черговою — дівчинка ця,&lt;br /&gt;</w:t>
        <w:br/>
        <w:t>Ще меньша, мабуть, від свого прапорця.</w:t>
      </w:r>
    </w:p>
    <w:p>
      <w:r>
        <w:br/>
        <w:t>Й кондуктор не вищий від них на зріст,&lt;br /&gt;</w:t>
        <w:br/>
        <w:t>І контролер, і сам машиніст.</w:t>
      </w:r>
    </w:p>
    <w:p>
      <w:r>
        <w:br/>
        <w:t>А ще — у який ти не зайдеш вагончик,&lt;br /&gt;</w:t>
        <w:br/>
        <w:t>Усі там місця побіля віконечок.</w:t>
      </w:r>
    </w:p>
    <w:p>
      <w:r>
        <w:br/>
        <w:t>Що це залізниця дитяча, показує&lt;br /&gt;</w:t>
        <w:br/>
        <w:t>Всім пасажирам напис над касою:</w:t>
      </w:r>
    </w:p>
    <w:p>
      <w:r>
        <w:br/>
        <w:t>"Дістануть квитки&lt;br /&gt;</w:t>
        <w:br/>
        <w:t>Лише ті батьки,&lt;br /&gt;</w:t>
        <w:br/>
        <w:t>Яких супроводжують малюки".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Дитяча залізниця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