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Дніпро, Дніпро…</w:t>
      </w:r>
    </w:p>
    <w:p>
      <w:r>
        <w:br/>
        <w:t xml:space="preserve"> Дніпро, Дніпро! Ти покохав,&lt;br /&gt;</w:t>
        <w:br/>
        <w:t>Як матір, Україну,&lt;br /&gt;</w:t>
        <w:br/>
        <w:t>Ти рідним братом и став&lt;br /&gt;</w:t>
        <w:br/>
        <w:t>І другом до загину.</w:t>
      </w:r>
    </w:p>
    <w:p>
      <w:r>
        <w:br/>
        <w:t>Давно колись, в часи війни,&lt;br /&gt;</w:t>
        <w:br/>
        <w:t>Гуляв ти з козаками,&lt;br /&gt;</w:t>
        <w:br/>
        <w:t>Носив на плечах їх човни,&lt;br /&gt;</w:t>
        <w:br/>
        <w:t>Ховав очеретами.</w:t>
      </w:r>
    </w:p>
    <w:p>
      <w:r>
        <w:br/>
        <w:t>Але думки летять в віки,&lt;br /&gt;</w:t>
        <w:br/>
        <w:t>У час походів княжих —&lt;br /&gt;</w:t>
        <w:br/>
        <w:t>Хіба ж не ти встеляв шляхи&lt;br /&gt;</w:t>
        <w:br/>
        <w:t>Єдвабом, шовком вражим?</w:t>
      </w:r>
    </w:p>
    <w:p>
      <w:r>
        <w:br/>
        <w:t>Хто ж чеше кучері твої&lt;br /&gt;</w:t>
        <w:br/>
        <w:t>І мед-вином частує?&lt;br /&gt;</w:t>
        <w:br/>
        <w:t>Хто сріблом пояс тобі тче&lt;br /&gt;</w:t>
        <w:br/>
        <w:t>І золотом гаптує?</w:t>
      </w:r>
    </w:p>
    <w:p>
      <w:r>
        <w:br/>
        <w:t>Вітри розчісують тебе,&lt;br /&gt;</w:t>
        <w:br/>
        <w:t>Річки вином частують,&lt;br /&gt;</w:t>
        <w:br/>
        <w:t>Русалки пояс тобі тчуть&lt;br /&gt;</w:t>
        <w:br/>
        <w:t>І золотом гаптують.</w:t>
      </w:r>
    </w:p>
    <w:p>
      <w:r>
        <w:br/>
        <w:t>Дніпро! Хто бачив раз тебе,&lt;br /&gt;</w:t>
        <w:br/>
        <w:t>Не зможе вже забути.&lt;br /&gt;</w:t>
        <w:br/>
        <w:t>Ти наче вільний, як орел,&lt;br /&gt;</w:t>
        <w:br/>
        <w:t>В кайдани не закутий.</w:t>
      </w:r>
    </w:p>
    <w:p>
      <w:r>
        <w:br/>
        <w:t>Ти тихо в день ясний пливеш,&lt;br /&gt;</w:t>
        <w:br/>
        <w:t>Заглиблений в минуле,&lt;br /&gt;</w:t>
        <w:br/>
        <w:t>І сумно згадуєш про тих,&lt;br /&gt;</w:t>
        <w:br/>
        <w:t>Що вже давно поснули.</w:t>
      </w:r>
    </w:p>
    <w:p>
      <w:r>
        <w:br/>
        <w:t>На кого ж думкою куєш&lt;br /&gt;</w:t>
        <w:br/>
        <w:t>У кузні свою зброю?&lt;br /&gt;</w:t>
        <w:br/>
        <w:t>Крилаті іскри золоті&lt;br /&gt;</w:t>
        <w:br/>
        <w:t>Кого зовуть до бою?</w:t>
      </w:r>
    </w:p>
    <w:p>
      <w:r>
        <w:br/>
        <w:t>Чому ти часом в день ясний&lt;br /&gt;</w:t>
        <w:br/>
        <w:t>Кувати перестанеш?&lt;br /&gt;</w:t>
        <w:br/>
        <w:t>Чому насупишся, як сич,&lt;br /&gt;</w:t>
        <w:br/>
        <w:t>Темніший ночі станеш?</w:t>
      </w:r>
    </w:p>
    <w:p>
      <w:r>
        <w:br/>
        <w:t>І хвилі буйні поженеш,&lt;br /&gt;</w:t>
        <w:br/>
        <w:t>Неначе чорні коні,&lt;br /&gt;</w:t>
        <w:br/>
        <w:t>На сірі скелі й береги,&lt;br /&gt;</w:t>
        <w:br/>
        <w:t>На греблі-перепони?</w:t>
      </w:r>
    </w:p>
    <w:p>
      <w:r>
        <w:br/>
        <w:t>Та все ж розіб'ються вони&lt;br /&gt;</w:t>
        <w:br/>
        <w:t>В боях нерівних, лютих,&lt;br /&gt;</w:t>
        <w:br/>
        <w:t>І знов застогнеш тяжко ти,&lt;br /&gt;</w:t>
        <w:br/>
        <w:t>І знов невільник скутий.</w:t>
      </w:r>
    </w:p>
    <w:p>
      <w:r>
        <w:br/>
        <w:t>Та в ранній час весни, коли&lt;br /&gt;</w:t>
        <w:br/>
        <w:t>Все в світі хоче жити,&lt;br /&gt;</w:t>
        <w:br/>
        <w:t>Немає сили і тобі&lt;br /&gt;</w:t>
        <w:br/>
        <w:t>Конати і тужити.</w:t>
      </w:r>
    </w:p>
    <w:p>
      <w:r>
        <w:br/>
        <w:t>І знов, могучий, кличеш ти&lt;br /&gt;</w:t>
        <w:br/>
        <w:t>Боротися за волю,&lt;br /&gt;</w:t>
        <w:br/>
        <w:t>І хвилі вже твої летять,&lt;br /&gt;</w:t>
        <w:br/>
        <w:t>Гудуть, ревуть по полю.</w:t>
      </w:r>
    </w:p>
    <w:p>
      <w:r>
        <w:br/>
        <w:t>І ти вже, сивий, не Дніпро,&lt;br /&gt;</w:t>
        <w:br/>
        <w:t>А ціле буйне море!&lt;br /&gt;</w:t>
        <w:br/>
        <w:t>Лише твої тепер степи,&lt;br /&gt;</w:t>
        <w:br/>
        <w:t>Поля, ліси і гори.</w:t>
      </w:r>
    </w:p>
    <w:p>
      <w:r>
        <w:br/>
        <w:t>Невільник, вбогий вчора ще,&lt;br /&gt;</w:t>
        <w:br/>
        <w:t>Сьогодні — цар розкутий...&lt;br /&gt;</w:t>
        <w:br/>
        <w:t>Дніпро! Хто бачив раз тебе,&lt;br /&gt;</w:t>
        <w:br/>
        <w:t>Не в силі вже забути.</w:t>
      </w:r>
    </w:p>
    <w:p>
      <w:r>
        <w:br/>
        <w:t>Коли збагне думки твої&lt;br /&gt;</w:t>
        <w:br/>
        <w:t>Рибалка в час вечірній,&lt;br /&gt;</w:t>
        <w:br/>
        <w:t>Уже до смерті стане він&lt;br /&gt;</w:t>
        <w:br/>
        <w:t>Тобі товариш вірний.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Дніпро, Дніпро…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