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Любки</w:t>
      </w:r>
    </w:p>
    <w:p>
      <w:r>
        <w:br/>
        <w:t xml:space="preserve"> Нащо ти, Любочко, козацьке серце сушиш?..&lt;br /&gt;</w:t>
        <w:br/>
        <w:t>Чого, як молода та кізочка в бору,&lt;br /&gt;</w:t>
        <w:br/>
        <w:t>Що чи ногами лист сухенький заворушить,&lt;br /&gt;</w:t>
        <w:br/>
        <w:t>Чи вітерець шепне, чи жовна там кору&lt;br /&gt;</w:t>
        <w:br/>
        <w:t>На липі подовбе, чи ящірка зелена&lt;br /&gt;</w:t>
        <w:br/>
        <w:t>Зашелестить в кущі — вона, мов тороплена,&lt;br /&gt;</w:t>
        <w:br/>
        <w:t>Шукає матері, дрижить, втіка...&lt;br /&gt;</w:t>
        <w:br/>
        <w:t>Ой чом же, Любко, ти жахливая така?..&lt;br /&gt;</w:t>
        <w:br/>
        <w:t>Чи зуздриш, то й дрижиш; себе й мене лякаєш!&lt;br /&gt;</w:t>
        <w:br/>
        <w:t>Чи я до тебе — ти, як від мари, втікаєш!..&lt;br /&gt;</w:t>
        <w:br/>
        <w:t>Та я ж не вовк, не звір та й не медвідь-бортняк&lt;br /&gt;</w:t>
        <w:br/>
        <w:t>З Литви: вподобав я не з тим твою уроду,&lt;br /&gt;</w:t>
        <w:br/>
        <w:t>Щоб долею вертіть твоєю сяк і так&lt;br /&gt;</w:t>
        <w:br/>
        <w:t>І славу накликать на тебе та пригоду!..&lt;br /&gt;</w:t>
        <w:br/>
        <w:t>Та й час би дівчині дівоцькеє гадать:&lt;br /&gt;</w:t>
        <w:br/>
        <w:t>Не вік же ягоді на гілці червоніти,&lt;br /&gt;</w:t>
        <w:br/>
        <w:t>Не вік при матері і дівці дівовать...&lt;br /&gt;</w:t>
        <w:br/>
        <w:t>Ой час теляточко від матки одлучити!..&lt;br /&gt;</w:t>
        <w:br/>
        <w:t>16 марта 1856 г.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Любки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