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вельможі</w:t>
      </w:r>
    </w:p>
    <w:p>
      <w:r>
        <w:br/>
        <w:t xml:space="preserve"> Як від північних пут розковуючи світ,&lt;br /&gt;</w:t>
        <w:br/>
        <w:t>Зефір, струмуючи, свій принесе привіт,&lt;br /&gt;</w:t>
        <w:br/>
        <w:t>Як молодим пушком зазеленіє липа,&lt;br /&gt;</w:t>
        <w:br/>
        <w:t>До тебе, лагідний нащадку Арістіппа,&lt;br /&gt;</w:t>
        <w:br/>
        <w:t>До тебе я з'явлюсь, у твій славетний дім,&lt;br /&gt;</w:t>
        <w:br/>
        <w:t>Де циркуль і різець із пензлем чарівним&lt;br /&gt;</w:t>
        <w:br/>
        <w:t>На твій учений клич з'являлися, слухняні,&lt;br /&gt;</w:t>
        <w:br/>
        <w:t>Щоб утворить дива мистецтва незрівнянні.&lt;br /&gt;</w:t>
        <w:br/>
        <w:t>Ти знаєш ціль життя. Щасливий чоловік,&lt;br /&gt;</w:t>
        <w:br/>
        <w:t>Ти для життя живеш. Свій довгий ясний вік&lt;br /&gt;</w:t>
        <w:br/>
        <w:t>Ще замолоду ти умів оздобить гойно,&lt;br /&gt;</w:t>
        <w:br/>
        <w:t>Шукав можливого і розважавсь пристойно,&lt;br /&gt;</w:t>
        <w:br/>
        <w:t>Спізнавши всю вагу і рангів, і забав.&lt;br /&gt;</w:t>
        <w:br/>
        <w:t>Царицин посланець до Розуму й Держав,&lt;br /&gt;</w:t>
        <w:br/>
        <w:t>З'явивсь ти у Ферней, і цинік посивілий,&lt;br /&gt;</w:t>
        <w:br/>
        <w:t>Привідця дум і мод примітливий і смілий,&lt;br /&gt;</w:t>
        <w:br/>
        <w:t>Плекаючи свій чар на Півночі глухій,&lt;br /&gt;</w:t>
        <w:br/>
        <w:t>Віддав тобі поклін передмогильний свій.&lt;br /&gt;</w:t>
        <w:br/>
        <w:t>Ти ще спізнав його, веселість пустотливу&lt;br /&gt;</w:t>
        <w:br/>
        <w:t>I лестощі тонкі, земних богів поживу.&lt;br /&gt;</w:t>
        <w:br/>
        <w:t>З Фернею рушивши, побачив ти Версаль,&lt;br /&gt;</w:t>
        <w:br/>
        <w:t>Не пориваючись очима в темну даль;&lt;br /&gt;</w:t>
        <w:br/>
        <w:t>Все раювало там. Арміда новочасна&lt;br /&gt;</w:t>
        <w:br/>
        <w:t>Давала гасло всім і бавилася красно,&lt;br /&gt;</w:t>
        <w:br/>
        <w:t>Не знаючи, який судився yділ їй,&lt;br /&gt;</w:t>
        <w:br/>
        <w:t>А з нею тішився весь круг її двірський.&lt;br /&gt;</w:t>
        <w:br/>
        <w:t>Розкоші, Тріанон... як можна те забути?&lt;br /&gt;</w:t>
        <w:br/>
        <w:t>Та не знемігся ти від любої отрути,&lt;br /&gt;</w:t>
        <w:br/>
        <w:t>Ти хтів учитися. У гyрті неяснім&lt;br /&gt;</w:t>
        <w:br/>
        <w:t>Ти замикавсь тоді, і за столом твоїм&lt;br /&gt;</w:t>
        <w:br/>
        <w:t>То речник промислу, то вільнодум зухвалий,&lt;br /&gt;</w:t>
        <w:br/>
        <w:t>Мостився Дідерот на свій триніг несталий,&lt;br /&gt;</w:t>
        <w:br/>
        <w:t>Перуку з голови у захваті скидав&lt;br /&gt;</w:t>
        <w:br/>
        <w:t>I проповідував. I мовчки наслухав&lt;br /&gt;</w:t>
        <w:br/>
        <w:t>Ти до нестримних слів атея чи деїста,&lt;br /&gt;</w:t>
        <w:br/>
        <w:t>Як скит до голосу атенського софіста.&lt;br /&gt;</w:t>
        <w:br/>
        <w:t>Та Лондон звав тебе. Твій погляд розпізнав&lt;br /&gt;</w:t>
        <w:br/>
        <w:t>Подвійну течію його державних справ:&lt;br /&gt;</w:t>
        <w:br/>
        <w:t>Тут натиск огняний, там відбиття суворе,&lt;br /&gt;</w:t>
        <w:br/>
        <w:t>Ладy державного нечувані опори.</w:t>
      </w:r>
    </w:p>
    <w:p>
      <w:r>
        <w:br/>
        <w:t>Але над Темзою, занудившись, либонь,&lt;br /&gt;</w:t>
        <w:br/>
        <w:t>Ти далі мав пливти. Та бистрий, як огонь,&lt;br /&gt;</w:t>
        <w:br/>
        <w:t>I сам, як Фігаро, нестриманий порою,&lt;br /&gt;</w:t>
        <w:br/>
        <w:t>Веселий Бомарше майнув перед тобою.&lt;br /&gt;</w:t>
        <w:br/>
        <w:t>Він розгадав тебе. Його живих речей&lt;br /&gt;</w:t>
        <w:br/>
        <w:t>Про ніжки точені, про полумінь очей&lt;br /&gt;</w:t>
        <w:br/>
        <w:t>Заслухувався ти і марив про країни,&lt;br /&gt;</w:t>
        <w:br/>
        <w:t>Де сонцем спалене життя солодке лине,&lt;br /&gt;</w:t>
        <w:br/>
        <w:t>Немовби юнака жагучий дивний сон,&lt;br /&gt;</w:t>
        <w:br/>
        <w:t>Де нaдвечір жінки виходять на балкон&lt;br /&gt;</w:t>
        <w:br/>
        <w:t>I, зневажаючи чоловіків тубільних,&lt;br /&gt;</w:t>
        <w:br/>
        <w:t>Чужинців зваблюють, зальотників свавільних.&lt;br /&gt;</w:t>
        <w:br/>
        <w:t>В Севілью ти помчав, збентежений украй.&lt;br /&gt;</w:t>
        <w:br/>
        <w:t>Незрозумілий світ, благословенний край!&lt;br /&gt;</w:t>
        <w:br/>
        <w:t>Хвилюють лаври там, там помаранчі спіють...&lt;br /&gt;</w:t>
        <w:br/>
        <w:t>О, розкажи ж мені, як там жінки уміють&lt;br /&gt;</w:t>
        <w:br/>
        <w:t>Любов з побожністю спокусливо єднать,&lt;br /&gt;</w:t>
        <w:br/>
        <w:t>Із-під мантильї знак умовлений подать;&lt;br /&gt;</w:t>
        <w:br/>
        <w:t>Скажи, як лист летить поза віконні грати,&lt;br /&gt;</w:t>
        <w:br/>
        <w:t>Як тітку золотом там можна присипляти,&lt;br /&gt;</w:t>
        <w:br/>
        <w:t>Скажи, як молодий коханець уночі&lt;br /&gt;</w:t>
        <w:br/>
        <w:t>Тремтить під вікнами в широкому плащі.&lt;br /&gt;</w:t>
        <w:br/>
        <w:t>Все відмінилося. Ти бачив напад бурі&lt;br /&gt;</w:t>
        <w:br/>
        <w:t>I розум в пoлоні неситих серцем фурій,&lt;br /&gt;</w:t>
        <w:br/>
        <w:t>Свободи грізної несхиблений закон,&lt;br /&gt;</w:t>
        <w:br/>
        <w:t>Під гільйотиною Версаль і Тріанон&lt;br /&gt;</w:t>
        <w:br/>
        <w:t>I жахом без кінця заступлені забави.&lt;br /&gt;</w:t>
        <w:br/>
        <w:t>Перетворився світ під гук нової слави.</w:t>
      </w:r>
    </w:p>
    <w:p>
      <w:r>
        <w:br/>
        <w:t>Давно замовк Ферней. Вольтер, зичливець твій,&lt;br /&gt;</w:t>
        <w:br/>
        <w:t>На знак мінливості народів і подій,&lt;br /&gt;</w:t>
        <w:br/>
        <w:t>Не заспокоївшись у смертній домовині,&lt;br /&gt;</w:t>
        <w:br/>
        <w:t>Із склепу в нoвий склеп подорожує й нині.&lt;br /&gt;</w:t>
        <w:br/>
        <w:t>Барон д'Ольбах, Марле, Гальяні, Дідерот,&lt;br /&gt;</w:t>
        <w:br/>
        <w:t>Енциклопедії скептичний весь комплот,&lt;br /&gt;</w:t>
        <w:br/>
        <w:t>I гострий Бомарше, і Касті твій безносий —&lt;br /&gt;</w:t>
        <w:br/>
        <w:t>Всі, всі минулися. Їх гомін стоголосий&lt;br /&gt;</w:t>
        <w:br/>
        <w:t>Пірнув у забуття. Поглянь: встає нове,&lt;br /&gt;</w:t>
        <w:br/>
        <w:t>В свою чергу, росте і радісно живе.&lt;br /&gt;</w:t>
        <w:br/>
        <w:t>Недавні свідки бур, погрому і падіння,&lt;br /&gt;</w:t>
        <w:br/>
        <w:t>Ледве отямившись, новітні покоління&lt;br /&gt;</w:t>
        <w:br/>
        <w:t>Гіркому досвіду дають запізній лад&lt;br /&gt;</w:t>
        <w:br/>
        <w:t>I зводять підсумки прибутків і витрат.&lt;br /&gt;</w:t>
        <w:br/>
        <w:t>Їм годі бавитись, обідати в Теміри,&lt;br /&gt;</w:t>
        <w:br/>
        <w:t>Про вірші спорити. Звук голосної ліри,&lt;br /&gt;</w:t>
        <w:br/>
        <w:t>Звук ліри Байрона порушить їх не міг.</w:t>
      </w:r>
    </w:p>
    <w:p>
      <w:r>
        <w:br/>
        <w:t>А ти лишивсь, як був. Ступлю на твій поріг —&lt;br /&gt;</w:t>
        <w:br/>
        <w:t>I враз перелечу я в пору Катерини,&lt;br /&gt;</w:t>
        <w:br/>
        <w:t>Малярство, статуї, і садові куртини,&lt;br /&gt;</w:t>
        <w:br/>
        <w:t>I шафи книжковi — все свідчить тут мені,&lt;br /&gt;</w:t>
        <w:br/>
        <w:t>Що спілка з музами твої скрашає дні,&lt;br /&gt;</w:t>
        <w:br/>
        <w:t>Що тиша тут ясна і самота чудова.&lt;br /&gt;</w:t>
        <w:br/>
        <w:t>Я слухаю тебе. Невимушена мова&lt;br /&gt;</w:t>
        <w:br/>
        <w:t>Ще віє юністю. У красоті земній&lt;br /&gt;</w:t>
        <w:br/>
        <w:t>Ти замилований. Чарують погляд твій&lt;br /&gt;</w:t>
        <w:br/>
        <w:t>Струнка Аляб'єва і ніжна Гончарова.&lt;br /&gt;</w:t>
        <w:br/>
        <w:t>Серед мистецьких див Кореджія й Канови&lt;br /&gt;</w:t>
        <w:br/>
        <w:t>Ти забуваєш сум нудних земних турбот&lt;br /&gt;</w:t>
        <w:br/>
        <w:t>I згорда дивишся на той круговорот&lt;br /&gt;</w:t>
        <w:br/>
        <w:t>Тривог і мирних днів безкраїх, невгомонних.&lt;br /&gt;</w:t>
        <w:br/>
        <w:t>Так, в холодку альтан та вілл білоколонних,&lt;br /&gt;</w:t>
        <w:br/>
        <w:t>Лишивши мир тривог, леліючи спокiй,&lt;br /&gt;</w:t>
        <w:br/>
        <w:t>Вельможні римляни стрівали захід свій&lt;br /&gt;</w:t>
        <w:br/>
        <w:t>I здалека до них то ветеран похилий,&lt;br /&gt;</w:t>
        <w:br/>
        <w:t>Диктатор стомлений, то консул повносилий&lt;br /&gt;</w:t>
        <w:br/>
        <w:t>З'являлися спочить до тихих, світлих брам,&lt;br /&gt;</w:t>
        <w:br/>
        <w:t>Щоб знов віддатися негодам і трудам.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вельможі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