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Домаха і камінь</w:t>
      </w:r>
    </w:p>
    <w:p>
      <w:r>
        <w:br/>
        <w:t xml:space="preserve"> &lt;p&gt;Удосвіта в село в’їхала чужа підвода. Там сиділи якісь люди і тихо розмовляли. Ніхто того не бачив. Тільки стара Домаха, що лежала біля огорожі, почула скрип воза, іржання коней. Увечері жінка ненароком упала і заснула під кущем смородини. Її ніхто не шукав. Прокинулась лиш на світанку, почувши гомін. Підлізла до огорожі, напружила білі рисочки очей. Ті люди були в полотняному одязі. Біля двору підвода зупинилась. Вона впізнала її, впізнала! І тут побачила, що править кіньми Пилип. Пилипе! Шепотіла про себе і вжахнулася. Його немає вдома сімдесят років. Як пішов тоді косить, так і не повернувся. Тепер ось удосвіта. На чужій підводі. Молодий.</w:t>
      </w:r>
    </w:p>
    <w:p>
      <w:r>
        <w:br/>
        <w:t>Пилип зіскочив із воза, зайшов у двір, оглядівся. Напився води із колодязя. Але забряжчав цепом. І в хаті ввімкнули світло. Вона тільки й почула як віз поторохтів до болота.</w:t>
      </w:r>
    </w:p>
    <w:p>
      <w:r>
        <w:br/>
        <w:t>Домаха завмерла, лягла головою на спориш, прохолодний і жорсткий від засухи. Спориш дерся крізь огорожу. Вона почала молитись. Які слова забувала, то говорила по-своєму. Бог мав простити такій ветхій людині. За метриками їй сто п’ять. Літ і зим. Весен і осеней. Над нею хиталася сива жоржина, склавши на грудях руки.</w:t>
      </w:r>
    </w:p>
    <w:p>
      <w:r>
        <w:br/>
        <w:t>Їй треба було піднятися, доки не встали Ті. Конче треба було піднятися. Аби долізти до каменя. Камінь десь недалеко. Вона вдихнула повітря, обіперлася руками й ногами, трохи посунулась. Тіла в неї немає, сама облуда. Але ж і сили немає. Тепер ранок, а вранці вона завше кріпла. Сунулась і спочивала обличчям у кропиві. Кропива її вже не жалила. Ще, ще, ще! Аж ось пошаргала рукою і намацала камінь. Очі від утоми не відкривалися. Він був. Камінь лежав на одному місці з тих пір, як вони з Пилипом побралися. Пилип десь узяв його біля води. Приніс, каже, хай росте в нас у дворі. Домаха підлізла до каменя, взялася за нього руками й завмерла. Син хотів той камінь вивезти, навіщо в господарстві непотріб. А вона не дала. Каже, буду там сидіти. А він — та сидіть, скільки ви всидите.</w:t>
      </w:r>
    </w:p>
    <w:p>
      <w:r>
        <w:br/>
        <w:t>Влітку камінь нагрівався, вона спала на ньому і їла, і думала ті думки, які ще залишилися. І ховалася, коли невістка гнівалася. Невістка незла, а сердить її робота й хворі ноги. Опівдні вона виходила і питала, де стара, та де ж могла бути. Невістка підходила й казала одне й те ж, влітку, восени й навесні: "Вам не холодно?" Домаха хитала головою. Невістка ставила на камінь миску з їжею (старій вистачало такої миски на добу) і йшла.</w:t>
      </w:r>
    </w:p>
    <w:p>
      <w:r>
        <w:br/>
        <w:t>Домаха долізла до каменя, взялася за нього руками і приклала до нього голову. Камінь жив. Углибині билося глухо його серце — гух-гух, гух-гух. Чули б ви те могутнє серце. Попросила: "Стань мені в помочі". Камінь почав її піднімати. І коли ті попрокидалися, вона лежала калачиком на своєму місці. Спала, як дитина. Почула лиш, як невістка вийшла пораться — загрюкала чавунами і відрами. Стара вже доїти корову, а молоді не хочуть.</w:t>
      </w:r>
    </w:p>
    <w:p>
      <w:r>
        <w:br/>
        <w:t>Хтозна, що воно таке вродила земля. Спочатку камінь був невеликий. Пилип приніс його під рукою. Кругленький, мов чиясь голова. Домаха була тоді молода, лиш минуло шістнадцяте літо, і вони тільки побралися. Пилип поклав камінь біля колодязя. Коли приходив з поля, Домаха зливала йому на руки, вони часто дивилися на камінь — він або сміявся, або журився. Потім заростав травою, і його не було видно. Через рік вони знову його помічали і дивувалися, як він змінився: не просто підростав, а старшав, у нього змінювався вираз. Здавалося, камінь проживав життя разом з ними.</w:t>
      </w:r>
    </w:p>
    <w:p>
      <w:r>
        <w:br/>
        <w:t>А потім Пилипа не стало. Так само, як і тепер, удосвіта. Він прокинувся, взяв косу й пішов на болото косити. Вона провела його на ґанок. Він поклав косу на плече, вийшов за перелаз і почав спускатися вниз. Тут виїхала чужа підвода з якимись людьми. Ті про щось гомоніли. Пилип сів до них і поїхав. Вони звернули до болота.</w:t>
      </w:r>
    </w:p>
    <w:p>
      <w:r>
        <w:br/>
        <w:t>Домаха дуже побивалася, шукала і гукала його з дітьми все літо. А потім діти виросли. Її хата розвалилася. А нова, хоч і велика, але там така тіснява. Домаха спала на скрині в комірчині. Син з невісткою в кухні. Невістка часом подоїть корову й каже, мов понеси бабі молока. А він каже, навіщо, все одно котові виллє. Ох і син. Їй, каже, треба вже не їсти, а Богу молитися.</w:t>
      </w:r>
    </w:p>
    <w:p>
      <w:r>
        <w:br/>
        <w:t>Домаха старіє, і з кожним днем її місця в дворі меншає. Отам на лавці вона раніше лежала, коли жарко. А тепер дітвора ляльки розіклала. Отут біля скрині стояли її відпорки від чобіт, які вона взуває, і ціпок. Приходить якось увечері, а там ящик із зерном. Невістка каже, для вас же краще. Ставайте на ящик і залазьте на скриню. Скриня низька, можна й без ящика. А де подіти відпорки й ціпок? Вона подумала тай почала класти біля себе, від стіни. Місця вистачило.</w:t>
      </w:r>
    </w:p>
    <w:p>
      <w:r>
        <w:br/>
        <w:t>Замолоду Домаха не раз ходила скаржитися начальству на ту дивну підводу, що забрала Пилипа. А владі все ніколи. То продрозверстка, то колективізація, то війна, то світовий мілітаризм. На неї ще й гримали — краще б ви мінімум виробляли, а не морочили нам голови. Вона так і вмилася сльозами. Хтозна, що то за люди були на возі. Може, литвини. Десь його чарами заканудили і не пускають додому. Вона брала на плечі торбу й бродила по болоту.</w:t>
      </w:r>
    </w:p>
    <w:p>
      <w:r>
        <w:br/>
        <w:t>Раз цілий місяць не поверталася. Прийшла в грязюці. Син гримає, де ви тиняєтесь, картоплю копати, а вас тридцять днів не було. А вона: "Хто тобі про дні сказав? Немає ніяких днів. Ні годин, ні хвилин, ні років". — "Що ж це по-вашому?" — "Те, що ми хочемо знати і бачити. Більш нічого такого. Все отак минає", — і махнула рукою. Роки, десятиліття, дні й хвилини.</w:t>
      </w:r>
    </w:p>
    <w:p>
      <w:r>
        <w:br/>
        <w:t>Домаха вже давно-предавно стара. Гомонить до глечиків, до ціпка. Діти кидають у неї груддям: "Домаха-сіромаха, в голові — діромаха". Вона не зважає. Тільки до каменя притулиться та рукою гладить.</w:t>
      </w:r>
    </w:p>
    <w:p>
      <w:r>
        <w:br/>
        <w:t>Цей ранок видався особливий — вона побачила ту підводу й на ній Пилипа. Домаха ходила по двору і всім розповідала, мов Пилип живий, приїздив на сірих конях, молодий і здоровий. Стара аж світилася, навіть сказала невістці: "А винеси-но ворочок із квасолею до каменя, може, я перелущу". Невістка схитнула плечима й пішла по квасолю. Коли повернулася, Домаха була вже за хвірткою. "Мамо, ви хоч би поснідали!" — гукнула.</w:t>
      </w:r>
    </w:p>
    <w:p>
      <w:r>
        <w:br/>
        <w:t>А коли обернулась, то здригнулася: ще одна Домаха лежала на камені ниц. Руки, мов коріння, трохи не торкалися землі.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Домаха і камінь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