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Жуан (пісня 17)</w:t>
      </w:r>
    </w:p>
    <w:p>
      <w:r>
        <w:br/>
        <w:t xml:space="preserve"> Джордж Байрон&lt;br /&gt;</w:t>
        <w:br/>
        <w:t>Дон Жуан (пісня 17)</w:t>
      </w:r>
    </w:p>
    <w:p>
      <w:r>
        <w:br/>
        <w:t>ПІСНЯ СІМНАДЦЯТА&lt;br /&gt;</w:t>
        <w:br/>
        <w:t>1&lt;br /&gt;</w:t>
        <w:br/>
        <w:t>Світ — дім для сиріт. І найбільше в ньому тих,&lt;br /&gt;</w:t>
        <w:br/>
        <w:t>що росли з дитинства в самоті.&lt;br /&gt;</w:t>
        <w:br/>
        <w:t>(Хоча самотній дуб побіля дому завжди росте розлогішим за ті,&lt;br /&gt;</w:t>
        <w:br/>
        <w:t>що в присмерку тісняться лісовому.)&lt;br /&gt;</w:t>
        <w:br/>
        <w:t>Є сироти ще й іншої статті:&lt;br /&gt;</w:t>
        <w:br/>
        <w:t>Батьків хоч не забрала в них могила,&lt;br /&gt;</w:t>
        <w:br/>
        <w:t>однак без ласки доля їх лишила.&lt;br /&gt;</w:t>
        <w:br/>
        <w:t>2&lt;br /&gt;</w:t>
        <w:br/>
        <w:t>Ще й інші є одинаки. Це завше&lt;br /&gt;</w:t>
        <w:br/>
        <w:t>тяжкий випадок; та либонь про них&lt;br /&gt;</w:t>
        <w:br/>
        <w:t>і приказка існує не нова вже:&lt;br /&gt;</w:t>
        <w:br/>
        <w:t>"Одиначок — мазунчик або псих".&lt;br /&gt;</w:t>
        <w:br/>
        <w:t>Адже відомо, ласки передавши,&lt;br /&gt;</w:t>
        <w:br/>
        <w:t>батьки дітей виховують таких, котрі,&lt;br /&gt;</w:t>
        <w:br/>
        <w:t>немов сирітка та остання, лишаються всуціль без виховання.&lt;br /&gt;</w:t>
        <w:br/>
        <w:t>3&lt;br /&gt;</w:t>
        <w:br/>
        <w:t>Коли про сиріт зрідка ми говорим,&lt;br /&gt;</w:t>
        <w:br/>
        <w:t>то уявляєм бідних дітлахів,&lt;br /&gt;</w:t>
        <w:br/>
        <w:t>яких женуть вітри життєвим морем —&lt;br /&gt;</w:t>
        <w:br/>
        <w:t>на них фортуна вилила свій гнів.&lt;br /&gt;</w:t>
        <w:br/>
        <w:t>У школах звуть їх мулами, тож горем&lt;br /&gt;</w:t>
        <w:br/>
        <w:t>ми їхнім живемо споконвіків.&lt;br /&gt;</w:t>
        <w:br/>
        <w:t>Хоч глянувши, які у кого діти,&lt;br /&gt;</w:t>
        <w:br/>
        <w:t>заможних сиріт варто пожаліти.&lt;br /&gt;</w:t>
        <w:br/>
        <w:t>4&lt;br /&gt;</w:t>
        <w:br/>
        <w:t>Покластися на себе їм до скону&lt;br /&gt;</w:t>
        <w:br/>
        <w:t>не дозволяють ще й опікуни.&lt;br /&gt;</w:t>
        <w:br/>
        <w:t>До того ж, під егідою закону&lt;br /&gt;</w:t>
        <w:br/>
        <w:t>живуть, біди не знаючи, вони.&lt;br /&gt;</w:t>
        <w:br/>
        <w:t>А там, сльозу ковтаючи солону, самі колись побачать з далини,&lt;br /&gt;</w:t>
        <w:br/>
        <w:t>Як і від них втечуть, немов від квочки,&lt;br /&gt;</w:t>
        <w:br/>
        <w:t>з яєць качиних висиджені дочки.&lt;br /&gt;</w:t>
        <w:br/>
        <w:t>5&lt;br /&gt;</w:t>
        <w:br/>
        <w:t>Є аргументи прості, та лукаві&lt;br /&gt;</w:t>
        <w:br/>
        <w:t>проти людей, що кажуть щось нове:&lt;br /&gt;</w:t>
        <w:br/>
        <w:t>"Якщо ти правий, значить, всі не праві".&lt;br /&gt;</w:t>
        <w:br/>
        <w:t>Та протилежні докази, сливе,&lt;br /&gt;</w:t>
        <w:br/>
        <w:t>Частіше чути, коли йдеться в справі,&lt;br /&gt;</w:t>
        <w:br/>
        <w:t>що більшість зачіпає за живе:&lt;br /&gt;</w:t>
        <w:br/>
        <w:t>"Ти помилився, отже, правий кожний",-&lt;br /&gt;</w:t>
        <w:br/>
        <w:t>здіймають дурні галас переможний.&lt;br /&gt;</w:t>
        <w:br/>
        <w:t>6&lt;br /&gt;</w:t>
        <w:br/>
        <w:t>Дискутувати, кажучи між нами,&lt;br /&gt;</w:t>
        <w:br/>
        <w:t>я дав би право всім, як і собі —&lt;br /&gt;</w:t>
        <w:br/>
        <w:t>нехай сучасність чубиться з літами&lt;br /&gt;</w:t>
        <w:br/>
        <w:t>минулими... Нехай у боротьбі&lt;br /&gt;</w:t>
        <w:br/>
        <w:t>лягає і на подушку з голками&lt;br /&gt;</w:t>
        <w:br/>
        <w:t>в надії марній, що голки тупі.&lt;br /&gt;</w:t>
        <w:br/>
        <w:t>І парадокса видиво туманне,&lt;br /&gt;</w:t>
        <w:br/>
        <w:t>як свідчить Лютер, істиною стане.&lt;br /&gt;</w:t>
        <w:br/>
        <w:t>7&lt;br /&gt;</w:t>
        <w:br/>
        <w:t>Він розквитався з відьмами, а згодом&lt;br /&gt;</w:t>
        <w:br/>
        <w:t>усі таїнства скоротив до двох.&lt;br /&gt;</w:t>
        <w:br/>
        <w:t>Та сук, що править чоловічим родом,&lt;br /&gt;</w:t>
        <w:br/>
        <w:t>пригнічуючи хижо багатьох,&lt;br /&gt;</w:t>
        <w:br/>
        <w:t>а всіх підряд тримаючи під сподом,&lt;br /&gt;</w:t>
        <w:br/>
        <w:t>він не спалив, мов той чортополох.&lt;br /&gt;</w:t>
        <w:br/>
        <w:t>До того, що минула їх могила,&lt;br /&gt;</w:t>
        <w:br/>
        <w:t>гуманність Метью Хейла спричинила.&lt;br /&gt;</w:t>
        <w:br/>
        <w:t>8&lt;br /&gt;</w:t>
        <w:br/>
        <w:t>Навіки місце сонця вогняного&lt;br /&gt;</w:t>
        <w:br/>
        <w:t>зафіксував великий Галілей:&lt;br /&gt;</w:t>
        <w:br/>
        <w:t>"Земля,-прорік він,-крутиться круг нього".&lt;br /&gt;</w:t>
        <w:br/>
        <w:t>Його на сміх зняли серед людей,&lt;br /&gt;</w:t>
        <w:br/>
        <w:t>в тюрму замкнули майже неживого,&lt;br /&gt;</w:t>
        <w:br/>
        <w:t>щоб диких не висловлював ідей.&lt;br /&gt;</w:t>
        <w:br/>
        <w:t>Що він був правий, всім відоме нині,-&lt;br /&gt;</w:t>
        <w:br/>
        <w:t>це бідолаху тішить в домовині.&lt;br /&gt;</w:t>
        <w:br/>
        <w:t>9&lt;br /&gt;</w:t>
        <w:br/>
        <w:t>Сократ і Локк, і Піфагор... чимало&lt;br /&gt;</w:t>
        <w:br/>
        <w:t>заповнити б я аркушів зумів&lt;br /&gt;</w:t>
        <w:br/>
        <w:t>людьми, яких занудами вважало&lt;br /&gt;</w:t>
        <w:br/>
        <w:t>невдячне людство протягом віків.&lt;br /&gt;</w:t>
        <w:br/>
        <w:t>Могутній розум гострий, наче жало,&lt;br /&gt;</w:t>
        <w:br/>
        <w:t>він зносить кпини, осуди і гнів,&lt;br /&gt;</w:t>
        <w:br/>
        <w:t>бо певен, що настане, хоч і згодом,&lt;br /&gt;</w:t>
        <w:br/>
        <w:t>пора і визнанням, і нагородам.&lt;br /&gt;</w:t>
        <w:br/>
        <w:t>10&lt;br /&gt;</w:t>
        <w:br/>
        <w:t>Коли ж людина-велетень терпляча,&lt;br /&gt;</w:t>
        <w:br/>
        <w:t>то мали б ще терплячішими буть&lt;br /&gt;</w:t>
        <w:br/>
        <w:t>людці малі... У мене ж інша вдача —&lt;br /&gt;</w:t>
        <w:br/>
        <w:t>і жовчний я, і в'їдливий мабуть,&lt;br /&gt;</w:t>
        <w:br/>
        <w:t>Дмухне вітрець — і вже терпцю нестача,-&lt;br /&gt;</w:t>
        <w:br/>
        <w:t>ось в чому гіркоти моєї суть.&lt;br /&gt;</w:t>
        <w:br/>
        <w:t>Я нечутливим стати до побоїв&lt;br /&gt;</w:t>
        <w:br/>
        <w:t>хотів би, але вміння не засвоїв.&lt;br /&gt;</w:t>
        <w:br/>
        <w:t>11&lt;br /&gt;</w:t>
        <w:br/>
        <w:t>Впокорений, хоч і не злий неначе,&lt;br /&gt;</w:t>
        <w:br/>
        <w:t>я стриманий і витриманий теж,&lt;br /&gt;</w:t>
        <w:br/>
        <w:t>поводитись умію і терпляче,&lt;br /&gt;</w:t>
        <w:br/>
        <w:t>щоб часом не переступити меж.&lt;br /&gt;</w:t>
        <w:br/>
        <w:t>Коли ж, буває, лють в душі проскаче,&lt;br /&gt;</w:t>
        <w:br/>
        <w:t>мій, мов Гераклів, гнів без узбереж.&lt;br /&gt;</w:t>
        <w:br/>
        <w:t>Виходить, як упевнився я нині,&lt;br /&gt;</w:t>
        <w:br/>
        <w:t>є не одна, а кілька душ в людині.&lt;br /&gt;</w:t>
        <w:br/>
        <w:t>12&lt;br /&gt;</w:t>
        <w:br/>
        <w:t>Залишився Жуан в останній пісні&lt;br /&gt;</w:t>
        <w:br/>
        <w:t>вночі і при обставинах таких,&lt;br /&gt;</w:t>
        <w:br/>
        <w:t>що риси вдачі і шляхетні й грізні&lt;br /&gt;</w:t>
        <w:br/>
        <w:t>було не важко виявити в них.&lt;br /&gt;</w:t>
        <w:br/>
        <w:t>Тут варіанти можуть бути різні,&lt;br /&gt;</w:t>
        <w:br/>
        <w:t>та я змовкаю, взявши передих.&lt;br /&gt;</w:t>
        <w:br/>
        <w:t>Хіба що крадькома якась чаклунка&lt;br /&gt;</w:t>
        <w:br/>
        <w:t>дасть хабара у формі поцілунка.&lt;br /&gt;</w:t>
        <w:br/>
        <w:t>13&lt;br /&gt;</w:t>
        <w:br/>
        <w:t>Хай тема ця незайманою буде...&lt;br /&gt;</w:t>
        <w:br/>
        <w:t>Сніданок вранці, тости запашні&lt;br /&gt;</w:t>
        <w:br/>
        <w:t>І чай — від них не дінешся нікуди.&lt;br /&gt;</w:t>
        <w:br/>
        <w:t>Довкола столу всі, чиє мені&lt;br /&gt;</w:t>
        <w:br/>
        <w:t>походження, багатство та споруди&lt;br /&gt;</w:t>
        <w:br/>
        <w:t>не раз уже вдаряли по струні.&lt;br /&gt;</w:t>
        <w:br/>
        <w:t>Прийшла й графиня в сукні бездоганній.&lt;br /&gt;</w:t>
        <w:br/>
        <w:t>За мить ввійшов Жуан — уже останній.&lt;br /&gt;</w:t>
        <w:br/>
        <w:t>14&lt;br /&gt;</w:t>
        <w:br/>
        <w:t>Що краще стріти — тінь на самотині&lt;br /&gt;</w:t>
        <w:br/>
        <w:t>чи привид у самотності нічній?&lt;br /&gt;</w:t>
        <w:br/>
        <w:t>На щось таке Жуан був схожий нині —&lt;br /&gt;</w:t>
        <w:br/>
        <w:t>неначе з кимсь із них провадив бій.&lt;br /&gt;</w:t>
        <w:br/>
        <w:t>Це очі всіх звернути до графині&lt;br /&gt;</w:t>
        <w:br/>
        <w:t>спонукало і дивне щось у ній помітити...&lt;br /&gt;</w:t>
        <w:br/>
        <w:t>Тремтлива та безсила,&lt;br /&gt;</w:t>
        <w:br/>
        <w:t>вона, здавалось, марила чи снила...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Жуан (пісня 17)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