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Дорога за хмари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Дорога за хмари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