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Досвітні огні</w:t>
      </w:r>
    </w:p>
    <w:p>
      <w:r>
        <w:br/>
        <w:t xml:space="preserve"> Ніч темна людей всіх потомлених скрила&lt;br /&gt;</w:t>
        <w:br/>
        <w:t>Під чорні, широкії крила.&lt;br /&gt;</w:t>
        <w:br/>
        <w:t>Погасли вечірні огні;&lt;br /&gt;</w:t>
        <w:br/>
        <w:t>Усі спочивають у сні.&lt;br /&gt;</w:t>
        <w:br/>
        <w:t>Всіх владарка ніч покорила.</w:t>
      </w:r>
    </w:p>
    <w:p>
      <w:r>
        <w:br/>
        <w:t>Хто спить, хто не спить, — покорись темній силі.&lt;br /&gt;</w:t>
        <w:br/>
        <w:t>Щасливий, хто сни має милі!&lt;br /&gt;</w:t>
        <w:br/>
        <w:t>Від мене сон милий тіка...&lt;br /&gt;</w:t>
        <w:br/>
        <w:t>Навколо темнота тяжка,&lt;br /&gt;</w:t>
        <w:br/>
        <w:t>Навколо все спить, як в могилі.</w:t>
      </w:r>
    </w:p>
    <w:p>
      <w:r>
        <w:br/>
        <w:t>Привиддя лихі мені душу гнітили,&lt;br /&gt;</w:t>
        <w:br/>
        <w:t>Повстати ж не мала я сили...&lt;br /&gt;</w:t>
        <w:br/>
        <w:t>Зненацька проміння ясне&lt;br /&gt;</w:t>
        <w:br/>
        <w:t>Од сну пробудило мене, —&lt;br /&gt;</w:t>
        <w:br/>
        <w:t>Досвітні огні засвітили!</w:t>
      </w:r>
    </w:p>
    <w:p>
      <w:r>
        <w:br/>
        <w:t>Досвітні огні, переможні, урочі,&lt;br /&gt;</w:t>
        <w:br/>
        <w:t>Прорізали темряву ночі,&lt;br /&gt;</w:t>
        <w:br/>
        <w:t>Ще сонячні промені сплять, —&lt;br /&gt;</w:t>
        <w:br/>
        <w:t>Досвітні огні вже горять.&lt;br /&gt;</w:t>
        <w:br/>
        <w:t>То світять їх люди робочі.</w:t>
      </w:r>
    </w:p>
    <w:p>
      <w:r>
        <w:br/>
        <w:t>Вставай, хто живий, в кого думка повстала!&lt;br /&gt;</w:t>
        <w:br/>
        <w:t>Година для праці настала!&lt;br /&gt;</w:t>
        <w:br/>
        <w:t>Не бійся досвітньої мли —&lt;br /&gt;</w:t>
        <w:br/>
        <w:t>Досвітній огонь запали,&lt;br /&gt;</w:t>
        <w:br/>
        <w:t>Коли ще зоря не заграла.</w:t>
      </w:r>
    </w:p>
    <w:p>
      <w:r>
        <w:br/>
        <w:t>[1892]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Досвітні огні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