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Дрогобицький звіздар</w:t>
      </w:r>
    </w:p>
    <w:p>
      <w:r>
        <w:br/>
        <w:t xml:space="preserve"> &lt;p&gt;...І сказав учитель: "Ви всі зоставайтесь, а той один нехай собі вийде".</w:t>
      </w:r>
    </w:p>
    <w:p>
      <w:r>
        <w:br/>
        <w:t>І коли він вийшов, то показав учитель решті молоду дівчину і звелів потому</w:t>
      </w:r>
    </w:p>
    <w:p>
      <w:r>
        <w:br/>
        <w:t>змалювати її образ словами, а той, котрий виходив, слухав, а попри нього</w:t>
      </w:r>
    </w:p>
    <w:p>
      <w:r>
        <w:br/>
        <w:t>йшли молоді дівчата, а він не впізнавав, про яку ж мовилося, хоча кожен,</w:t>
      </w:r>
    </w:p>
    <w:p>
      <w:r>
        <w:br/>
        <w:t>оповідаючи, дбав про істину і говорив тільки те, що, бачив...</w:t>
      </w:r>
    </w:p>
    <w:p>
      <w:r>
        <w:br/>
        <w:t>Року 1468 тяжкий мор упав на Польщу. Ширився він у прилеглих до Польщі й Червоної Русі провінціях. Вільно навіть од тої зарази, принесеної ризькими вояками з амуніцією, не порятувалося. Двадцять тисяч городян гданських поклав мор у землю, а понад усім тим панував голод великий, і миші домонтарили у містах, як у власних темних норах.</w:t>
      </w:r>
    </w:p>
    <w:p>
      <w:r>
        <w:br/>
        <w:t>Року 1468, взимку, Юрій Котермак, син міщанський з Дрогобича, був записаний на студії до Ягеллонського університету в Кракові.</w:t>
      </w:r>
    </w:p>
    <w:p>
      <w:r>
        <w:br/>
        <w:t>Року 1967 молоденькі краків'янки ходили вулицями міста, навселюд показуючи ледь прикриті короткими сукнями стегна в рожевих мережаних панчохах До Вавельського замку шнуркувалась довжелезна черга охочих оглянути рештки його див і купити при вході значок із зображенням змія, переможеного молодцем Краком.</w:t>
      </w:r>
    </w:p>
    <w:p>
      <w:r>
        <w:br/>
        <w:t>Року 1967, влітку, я сидів у відкритій, притуленій до червонястої стіни будинку кав'ярні й смакував духмяний напій, запарений руками гарної краків'янки.</w:t>
      </w:r>
    </w:p>
    <w:p>
      <w:r>
        <w:br/>
        <w:t>Події ці, віддалені одні від одних п'ятьма століттями часу, мають зовсім різну історичну вартість, виглядають абсолютно несумісними — і, одначе, лежать в одній площині.</w:t>
      </w:r>
    </w:p>
    <w:p>
      <w:r>
        <w:br/>
        <w:t>Року 1967 я шукав ледь примітних слідів, залишених на білому світі Юрієм Котермаком, сином міщанським з Дрогобича, ученим ескулапом і звіздарем.</w:t>
      </w:r>
    </w:p>
    <w:p>
      <w:r>
        <w:br/>
        <w:t>Сліди були нетривкі, неначе Юрій Котермак ступав лише пісками. Я не тримав у руках навіть черепа, щоб зітхнути над ним, як Гамлет: "О бідний Йорік!" Я знав про Котермака не більше, ніж він міг би знати про мене.</w:t>
      </w:r>
    </w:p>
    <w:p>
      <w:r>
        <w:br/>
        <w:t>І все-таки ми впізнали один одного. Відразу. Він підійшов до мого столика, привітався й сів, поскаржився на спеку й на двох бурсаків, що не сплатили йому одного флорена за науку, і звелів білокурій краків'янці подати філіжанку доброї турецької кави.</w:t>
      </w:r>
    </w:p>
    <w:p>
      <w:r>
        <w:br/>
        <w:t>Котермак був таким, яким я хотів бачити його. Убраний він був у темне, як чернець, а волосся мав ясне, аж біле, і немов задимлений погляд, що вичитував людську долю в глибинах неба. Розмова йшла з віддалі п'яти століть, а наші думки лежали в одній площині.</w:t>
      </w:r>
    </w:p>
    <w:p>
      <w:r>
        <w:br/>
        <w:t>— Мені потрібен запал в описі подій, щоб викликати страх, хвилювання, жаль чи обурення. Без того не можна передати в гідний спосіб звичаїв держав, народів, ані почуттів і захоплень, властивих натурі кожного. Зміцнює-бо сили автора важливість описуваних подій, а розум того, хто пише, ніби насичується незвичайністю й вагою вчинків, а також відлунням високих слів...</w:t>
      </w:r>
    </w:p>
    <w:p>
      <w:r>
        <w:br/>
        <w:t>— Я впізнаю мову єпископа Вроцлавського, Петра з Бніна,— сказав Котермак.</w:t>
      </w:r>
    </w:p>
    <w:p>
      <w:r>
        <w:br/>
        <w:t>— То мої власні думки,— заперечив я,— ніколи не чув про Петра з Бніна.</w:t>
      </w:r>
    </w:p>
    <w:p>
      <w:r>
        <w:br/>
        <w:t>Кажу вам: дивився він мені просто в очі; подовгастими сухими галузками пальців тримав час, гарна краків'янка. подавала каву в крихітній філіжанці, прозоро-голубій порцеляновій філіжанці, як при дворі короля польського.</w:t>
      </w:r>
    </w:p>
    <w:p>
      <w:r>
        <w:br/>
        <w:t>Час не мав найменшого сенсу. Коперник обертав земну кулю на своїй долоні й твердив, що Сонце — то вогнище усього сущого. Філіпп Буонакорсі, званий ще Каллімахом і Досвідченим, хитромудрий Одіссей середньовіччя, геніальний хамелеон у політиці, великий історик і поет, перейшовши через краї й народи, осів нарешті на польській землі для виконання обов'язків вихователя королівських дітей.</w:t>
      </w:r>
    </w:p>
    <w:p>
      <w:r>
        <w:br/>
        <w:t>Магістр Котермак злегка торкався вузькими чутливими губами країв порцелянової чашки і говорив так, мовби засвідчував свою присутність при кожній із тих подій і нічому не дивувався — ані синяві неба, що не злиняло за всі п'ять століть, ані напівголим стегнам і штучно подовженим — як у єгипетських красунь — очам краків'янок, ані червоним, бежевим і синім "кадилакам", "мерседесам" і наймодернішим "альфа-ромео", ані відверто звабливим кемпінгам, ані прозоро-бетонованій споруді нової університетської бібліотеки,— здавалось, він усе те передбачав або виворожив сам із дивних законів небесних світил, з їхнього руху, і розміру, і блиску.</w:t>
      </w:r>
    </w:p>
    <w:p>
      <w:r>
        <w:br/>
        <w:t>Ян Кеплер із Праги, астроном королівський при дворі Рудольфа, встановив, що орбіта планет є еліпсоподібна, а Сонце перебуває в центрі еліпса. "Книга моя написана — сказав Ян Кеплер,— і байдуже мені, чи прочитають її сучасники, а чи нащадки. Може, чекатиме вона сто літ на свого читача,, як бог шість тисяч літ на дослідника Всесвіту".</w:t>
      </w:r>
    </w:p>
    <w:p>
      <w:r>
        <w:br/>
        <w:t>Котермак не залишив по собі ані такої книги, ані таких слів. Та саме своєю буденністю він імпонував мені.</w:t>
      </w:r>
    </w:p>
    <w:p>
      <w:r>
        <w:br/>
        <w:t>Кажу вам: сидів переді мною, убраний в чорне, звичайне; Коперник не сидів би, може; Коперник — то вже не людина, то знак свого покоління; а син міщанський, Юрій Дрогобич, сидів і пив каву; а я ж не дивувався, коли почув, що двоє бурсаків не сплатили флорена за науку, а флорен вельми потрібен; а стелилась нам обом перед очима дорога до Кракова аж від Дрогобича, і Дрогобич тонув помежи горами, дерев'яний, заболочений, поза валом міським, у голубому плині голосів і повітря.</w:t>
      </w:r>
    </w:p>
    <w:p>
      <w:r>
        <w:br/>
        <w:t>Що лишилося з тих голосів? Юрій Дрогобич, Юрій Дрогобич з Русі. Бакалавр, магістр, професор і ректор Болонського університету, автор книг учених, медик його королівської величності Казіміра Ягеллончика, учитель бурсаків. І несплачений флорен, отой флорен мені найважливіший: що за ним — бідність, чи скнарість, чи педантизм? Я шукав слідів людини з-перед п'яти століть. Геній, звільнений від шкаралупи буденності, недосяжний і незахищений від посягань на його індивідуальність. Не диво в тім, що він приходить до нас — чистий, як Франціск Ассізький, порятований нами ж самими од вигадок, здогадок, колупання в його буднях. А коли раптом приходить із-перед п'яти сотень літ звичайна людина, то хіба не втратиш голову од радості, що та людина знайшлася, зосталася, розгорнулася книгою?</w:t>
      </w:r>
    </w:p>
    <w:p>
      <w:r>
        <w:br/>
        <w:t>Такого Котермака, буденного й звичайного, шукаю. Потерпаю, що не знайду. І знову кидаюсь у пошуки.</w:t>
      </w:r>
    </w:p>
    <w:p>
      <w:r>
        <w:br/>
        <w:t>У пляшку, кинуту на хвилі, поклали записку. Хтозна-коли. Потерлася, зблякла, літеру до літери не стулиш. І кожен має право ту вписати, котрої бракує, і аби був сенс, а кожен таки матиме рацію — і ніхто не матиме.</w:t>
      </w:r>
    </w:p>
    <w:p>
      <w:r>
        <w:br/>
        <w:t>Котермакова доля цівка в цівку така ж. Усе про нього правда — і все брехня.</w:t>
      </w:r>
    </w:p>
    <w:p>
      <w:r>
        <w:br/>
        <w:t>Мучено мені з тим Котермаком. Від самого початку. Мов би хто кликав — знайди, відшукай. І знайшов: сидить переді мною, отак собі знічев'я снує нитку розмови, а тоді, коли він вийшов із Дрогобича на шлях і пішов (озирався чи не озирався? мав за плечима бесаги чи не мав? вчувались йому співи у дрогобицькій церкві чи забув?) — тоді, коли він так ; вийшов, то бачив, мабуть, ту ж дорогу перед собою, що й тепер лежить, утоптана століттями. Йшов мудрості шукати. Чи слави? Дівчата могли йому о тій порі снитися, білі та голі, як берези,— так досі сняться дівчата зовсім молодим хлопцям, і ще потім будуть снитись, і ще через п'ять сотень літ.</w:t>
      </w:r>
    </w:p>
    <w:p>
      <w:r>
        <w:br/>
        <w:t>Вписую літери, які хочу, до тих, що зостались на аркуші життя Георгія з Русі.</w:t>
      </w:r>
    </w:p>
    <w:p>
      <w:r>
        <w:br/>
        <w:t>...День доходив свого кінця, забираючи в небуття безліч подій, розмов, діянь, сміху й надій. Спливав безповоротно, як води Вісли. А Вісла текла байдуже, як час.</w:t>
      </w:r>
    </w:p>
    <w:p>
      <w:r>
        <w:br/>
        <w:t>Гострі леза золотих хрестів на Маріацькому костьолі розтинали полотно неба, а руки також творили хрест на вид костьольних веж і на гомін дзвонів. А поза гомоном уже наступала тиша: відмирали торжища; замикалися голосні майстерні ковалів, бляхарів, мечників; розпарені й розімлілі, виходили з гарячих лазень краківські міщани; спотикалися несміливо на викладених дерев'яними балками бруківках коні заїжджого кметя, убраного до міста в сукняний кафтан, пошитий мандрівним "партачем", та в мащені товщем шкірянці. Кметь той дорідний та дужий, витривалий на голод і холод, лиш у місті позирав ніби непевно, він спраглий нового, цікавого усього, а все тут для нього недоступне й високе, мов костьольні вежі чи замок за мурами. А вдома кметь, упокори та нужди знести не годний, ставить у примітному місці в фільварку знак перестороги — два перехрещені між собою мечі, і спалахує потому фільварок червоно, і видно аж на Краківське передмістя, а може, й далі.</w:t>
      </w:r>
    </w:p>
    <w:p>
      <w:r>
        <w:br/>
        <w:t>В ринку замикалися сукенниці з крамом; босоногі ткачі рахували свій денний заробіток, а до убогих, забарложених притулків сповзалися жебраки й каліки, заїдаючи біду замішаним на лободі та жолудях хлібом. Хитрий шмуклер-пройдисвіт рахував, що має достарчити можновладному панові три вінці з перлами та злотом, оздоблені пишно нашийники, а що капелюх із журавлиними перами.</w:t>
      </w:r>
    </w:p>
    <w:p>
      <w:r>
        <w:br/>
        <w:t>На кухні можновладного пана варилися в мідних казанах пиво та риба,— пан готувався до великої учти, а хотів при тому публічно роздати убогому людові харчів від вельможного столу.</w:t>
      </w:r>
    </w:p>
    <w:p>
      <w:r>
        <w:br/>
        <w:t>Місто, як великий звір, ховалося на ніч у барліг.</w:t>
      </w:r>
    </w:p>
    <w:p>
      <w:r>
        <w:br/>
        <w:t>Висипали небом зорі, очищені від скверни, синьо-білі.</w:t>
      </w:r>
    </w:p>
    <w:p>
      <w:r>
        <w:br/>
        <w:t>В саду при мурованій, двоповерховій кам'яниці ученого мужа Яна Міриці велася поважна бесіда.</w:t>
      </w:r>
    </w:p>
    <w:p>
      <w:r>
        <w:br/>
        <w:t>Ян Міриця приймав у себе гостей. Був Якуб із Боксиць, високий, схожий на величезного кондора зі своєю маленькою головою і довгим гострим носом, убраний скоріше як лицар, а не учений муж. І був Миколай Мергус із Ніси, поважний, тихий, з пальцями, як короткі зубці грабель, з голосом глухим і повільною мовою. Обидва були обізнані з книжними премудростями, мали віру з бога, в астрологію і в королівську владу.</w:t>
      </w:r>
    </w:p>
    <w:p>
      <w:r>
        <w:br/>
        <w:t>І був Каллімах. Той вірив найбільше в людський розум та власну неперевершеність і визнавав за собою право міняти службу в королів, як коханок,— неспокійний Каллімах, аж до дна душі збурений, із густою снаддю обличчя і хитрим профілем,— потому нащадки матимуть змогу оглядати його подобу на плиті надгробній у краківському костьолі домініканів. Плиту виконає близько 1500 року за малюнком знаменитого Віта Ствоша один нюрнберзький майстер, але це потому, а зараз Каллімах неспокійний, рухливий, не тішать власні милозвучні й глибокодумні вірші, не вабить дорогий рідкісний напій — солодке італійське вино, за вельми високу ціну добуте для столу Яном Мірицею (нагадує батьківщину й молодість Каллімахові),— нині Каллімах байдужий до вина.</w:t>
      </w:r>
    </w:p>
    <w:p>
      <w:r>
        <w:br/>
        <w:t>І нехай увійде в сад при мурованій кам'яниці Яна Міриці син міщанський з Дрогобича. Нехай увійде.</w:t>
      </w:r>
    </w:p>
    <w:p>
      <w:r>
        <w:br/>
        <w:t>Я не знаю напевно, що робив того вечора Юрій Котермак, не буду вас переконувати, що тільки так і могло бути: що увійшов, і привітався, і вино солодке з Італії пив, бо могло того не трапитися, бо міг він того вечора:</w:t>
      </w:r>
    </w:p>
    <w:p>
      <w:r>
        <w:br/>
        <w:t>складати молитву господові;</w:t>
      </w:r>
    </w:p>
    <w:p>
      <w:r>
        <w:br/>
        <w:t>згадувати, як просив ласки у знаменитих вельмож у Римі, аби дали йому рекомендацію до когось багатого, щедрого, зацікавленого астрологією. З астрології добував собі хліб, а закони світил небесних і рух їхній здавалися Котермакові тісно, мов кільця в ретязі, в'язаними з людською долею,— бо хіба ж від того, як світить сонце і як спадає дощ, не залежить людська доля? То чи не може бути істиною й те, що залежить вона від зірок? А людина слабка, й немічна, і знесилена сумнівами, й добре б їй подарувати віру і ту віру скріпити,— так сказали зорі...</w:t>
      </w:r>
    </w:p>
    <w:p>
      <w:r>
        <w:br/>
        <w:t>Міг він того вечора так само добре їхати битим шляхом від Кракова аж до Львова, а тим шляхом возили сіль із Польщі, і тим шляхом ішли татари на Польщу, і король вирушав із Кракова, коли панували там голод і мор, тим же шляхом кметі ходили й ховали за пазуху ножі, бо кметям зброю невільно було носити.</w:t>
      </w:r>
    </w:p>
    <w:p>
      <w:r>
        <w:br/>
        <w:t>Сказав колись давно Ян із Людзиська, вітаючи славного короля Казіміра Ягеллончика: "Найвища хвала належить вітчизні поляків. Нехай є інші, пречудові,— лиш та єдина для поляка подиву гідна".</w:t>
      </w:r>
    </w:p>
    <w:p>
      <w:r>
        <w:br/>
        <w:t>Польща рівнинна, неширока, як лоно жіноче; Вісла плеще в берег, в'яже все докупи в Польщі; пахне польська рівнина медвяно. Ти називаєш себе Юрій Котермак з Русі, і та Русь тобі пахне солодше,— чи ти не маєш навіть згадки в душі своїй про неї? Присвяту .писав на книжці всемогутньому папі римському, молився до католицького бога. Був ти русин — чи хто ти був, Котермаку?</w:t>
      </w:r>
    </w:p>
    <w:p>
      <w:r>
        <w:br/>
        <w:t>Міг що завгодно того вечора робити Котермак, та мені треба, щоб він зайшов у сад при кам'яниці.</w:t>
      </w:r>
    </w:p>
    <w:p>
      <w:r>
        <w:br/>
        <w:t>— Нехай похвалений буде.</w:t>
      </w:r>
    </w:p>
    <w:p>
      <w:r>
        <w:br/>
        <w:t>— Навіки.</w:t>
      </w:r>
    </w:p>
    <w:p>
      <w:r>
        <w:br/>
        <w:t>— Вітаємо астролога в нашому домі.</w:t>
      </w:r>
    </w:p>
    <w:p>
      <w:r>
        <w:br/>
        <w:t>Краківська астрологічна школа може похвалитися славою світовою. Астролог був рівним астрономові, не лежала між тими науками (а обидві за науку мались) границя. В Угорській хроніці пишеться: "Краковія астрологіє реперта ест"[1]. А Котермак — не останній з-поміж них.</w:t>
      </w:r>
    </w:p>
    <w:p>
      <w:r>
        <w:br/>
        <w:t>Два бурсаки не сплатили флорена за науку; ходив із лікарською поміччю у передмістя до убогого міщанина; зорі засвідчують, що прийде смерть Каллімахова по його, Котермаковій, смерті, і буде ім'я Каллімахове славне довго, тільки ніхто не знатиме причин його вчинків і діянь, і важко буде сказати, чи був Каллімах вірний правді історичній, а чи власному прагненню слави й почестей, дарованих по черзі то однією державою, то іншою,— залежно від того, якій служив. І сказав усе те Котермак, і бачив себе самого на смертному ложі в убогій хаті. Ділили між собою кілька позоставлених ним флоренів бурсаки? Кажуть, що заповів він свій дім, збудований на університетському ґрунті між угорською бурсою і домом Клетнара,— заповів той будиночок пішакам із бесагами від Дрогобича, аби там жили, поки всілякі науки пізнаватимуть у славному Краківському університеті. А от чи заповідав тим пішакам, науки пізнавши, з набутком мудрості — додому вертати? Про те ніхто не сказав ані слова.</w:t>
      </w:r>
    </w:p>
    <w:p>
      <w:r>
        <w:br/>
        <w:t>Каллімахове серце в тривозі: все прах, усе безцінь, ніщо не має сенсу, бо всьому настає кінець так чи інак.</w:t>
      </w:r>
    </w:p>
    <w:p>
      <w:r>
        <w:br/>
        <w:t>А де земля, що прийме той кінець? Вигнаний з батьківщини, вірним їй не був Каллімах; напівонімеччена Польща стала йому притулком — а чи називає її своєю вітчизною? Польща вивищила його і оздобила всіма почестями, доступними людям за життя, а він не раз ставав у пригоді їй, тільки ж солодке італійське вино пахне далеким домом і материнськими грудьми.</w:t>
      </w:r>
    </w:p>
    <w:p>
      <w:r>
        <w:br/>
        <w:t>Каллімах відганяв тривогу — міркував уголос про найновішу історію Венеції, писану Сабелліком.</w:t>
      </w:r>
    </w:p>
    <w:p>
      <w:r>
        <w:br/>
        <w:t>— Є там велика прогалина,— говорить Каллімах.— Мови немає в книзі про намір Венеції збороти турків.</w:t>
      </w:r>
    </w:p>
    <w:p>
      <w:r>
        <w:br/>
        <w:t>— То важливий і славний для Венеції чин, доказ мудрості у політиці: Венеція бажала зневолити Туреччину, грекам подати поміч, а зробити це мала намір з допомогою персів і татар... Одначе в книзі справді нема про те мови, — стверджує і Юрій з Дрогобича.</w:t>
      </w:r>
    </w:p>
    <w:p>
      <w:r>
        <w:br/>
        <w:t>Якуб із Боксиць знає ціну солодкому італійському вину та смаковитим стравам. Турботи про долю Греції та венеціанську історію не псують йому застольного гумору, а поза тим він дає добру пораду:</w:t>
      </w:r>
    </w:p>
    <w:p>
      <w:r>
        <w:br/>
        <w:t>— Каллімах, як великий знавець тих справ і неперевершений політик, мусить сам об усім написати, щоб не ухибити Венеції в славі її.</w:t>
      </w:r>
    </w:p>
    <w:p>
      <w:r>
        <w:br/>
        <w:t>— Турки — лихо всього християнського світу, та коли біда трапляється далеко від очей наших, лемент скривджених слабко лунає у вухах... Високий злет умів мав би штовхнути світ на негайну боротьбу, та скарги втихли — і нема злету,— говорить Каллімах.</w:t>
      </w:r>
    </w:p>
    <w:p>
      <w:r>
        <w:br/>
        <w:t>— І тобі, Каллімаху, якраз найбільше годиться писати про те,— підтримує Якуба з Боксиць Миколай Мергус із Ніси.</w:t>
      </w:r>
    </w:p>
    <w:p>
      <w:r>
        <w:br/>
        <w:t>— Просив би я вас, Якубе і Миколаю, прислужитися правді, а зарівно й славі мого імені. Бо ж, пишучи історію Венеції, я буду змушений сам не раз згадувати власне ім'я, а не зможу говорити про себе так відверто, як вимагає цього погляд на історичну правду.</w:t>
      </w:r>
    </w:p>
    <w:p>
      <w:r>
        <w:br/>
        <w:t>— Проблема вельми важлива й вимагає виняткового таланту й дару мови,— каже Котермак.</w:t>
      </w:r>
    </w:p>
    <w:p>
      <w:r>
        <w:br/>
        <w:t>— Я не маю відваги братися за перо з такого високого приводу,— відмовляється Якуб із Боксиць.</w:t>
      </w:r>
    </w:p>
    <w:p>
      <w:r>
        <w:br/>
        <w:t>Нінащо Каллімахові умовляння; Ян Міриця твердить:</w:t>
      </w:r>
    </w:p>
    <w:p>
      <w:r>
        <w:br/>
        <w:t>— Лише серед шляхетно народжених з'являються уми справді великі, здатні розуміти долю республіки чи монархії, розпізнати, що провадить до могутності, .оточує блиском та підтримує в занепаді, а ти, Каллімаху, краще від нас усіх можеш осягнути це.</w:t>
      </w:r>
    </w:p>
    <w:p>
      <w:r>
        <w:br/>
        <w:t>Забуває господар, що при столі сидить син міщанський; батько його — Михайло Донат — убогий був, не шляхетського роду, не дав синові і шляхетного імені, а лиш бесаги па дорогу до Кракова. Медик при дворі короля — і простих смертних лікував, і бачив долю королів і кметів у шляхах зірок — чи не він найкраще міг знати, як однаково безсилі й ті й другі перед долею, як однаково залежать від її примх і як однаково звучать їхні передсмертні скарги?</w:t>
      </w:r>
    </w:p>
    <w:p>
      <w:r>
        <w:br/>
        <w:t>Усміхається із самовпевненості Яна Міриці Котермак:</w:t>
      </w:r>
    </w:p>
    <w:p>
      <w:r>
        <w:br/>
        <w:t>— Серед добра, яке батьки залишають дітям своїм, немає нічого вищого понад хвалу й чесність імені, однак насправді ніщо не є важчим од того тягарем...</w:t>
      </w:r>
    </w:p>
    <w:p>
      <w:r>
        <w:br/>
        <w:t>Гроші й інше усе можна часом утратити, не стягаючи на себе вини, а після їх втрати не завжди настає ганьба. Честь натомість не можна посідати без найвищої гордості ані теж утратити її без найбільшої ганьби.</w:t>
      </w:r>
    </w:p>
    <w:p>
      <w:r>
        <w:br/>
        <w:t>Бігло над Котермаком небо ("Хоч і далекі від наших очей простори його, та не надто віддалені від людського розуму",— казав Котермак). Бігло над ним небо зі своїми загадками, а він запропонував нам свою.</w:t>
      </w:r>
    </w:p>
    <w:p>
      <w:r>
        <w:br/>
        <w:t>Не мав блиску. За Каллімаховою славою, за сяйвом Коперникового генія, за всепихою королів — не видно його було.</w:t>
      </w:r>
    </w:p>
    <w:p>
      <w:r>
        <w:br/>
        <w:t>Сліди Котермакові — мовби пісками ступав.</w:t>
      </w:r>
    </w:p>
    <w:p>
      <w:r>
        <w:br/>
        <w:t>А загадку таки загадав.</w:t>
      </w:r>
    </w:p>
    <w:p>
      <w:r>
        <w:br/>
        <w:t>Гинули покоління, вмирали століття, полишаючи після себе десятки імен, як сліди чи то геніальних мудреців, чи то геніальних пройдисвітів.</w:t>
      </w:r>
    </w:p>
    <w:p>
      <w:r>
        <w:br/>
        <w:t>Не був Котермак ні тим, ні іншим.</w:t>
      </w:r>
    </w:p>
    <w:p>
      <w:r>
        <w:br/>
        <w:t>А таки зостався.</w:t>
      </w:r>
    </w:p>
    <w:p>
      <w:r>
        <w:br/>
        <w:t>Виворожив собі.</w:t>
      </w:r>
    </w:p>
    <w:p>
      <w:r>
        <w:br/>
        <w:t>У зірок долі напитав.</w:t>
      </w:r>
    </w:p>
    <w:p>
      <w:r>
        <w:br/>
        <w:t>Звіздарем був.</w:t>
      </w:r>
    </w:p>
    <w:p>
      <w:r>
        <w:br/>
        <w:t>Подарували.</w:t>
      </w:r>
    </w:p>
    <w:p>
      <w:r>
        <w:br/>
        <w:t>Напівбезсмертя?</w:t>
      </w:r>
    </w:p>
    <w:p>
      <w:r>
        <w:br/>
        <w:t>Петер Бреннер (так собі його назовемо) був високий, лисуватий і елегантний. Як і належить німцеві, любив пиво, сімейне вогнище, а зраджував дружину зрідка, але неодмінно тільки з добропорядною німкенею.</w:t>
      </w:r>
    </w:p>
    <w:p>
      <w:r>
        <w:br/>
        <w:t>Коли б ішлось про Петера Бреннера, то можна було б домислювати не одно: уявімо, як вечорами, взимку, грів ноги в смугастих шкарпетках при каміні, читав газету й жував грубезні бутерброди, наготовлені дбайливою дружиною; зітхав сентиментально,— бо так і належить, згідно нашої уяви, зітхати німцеві,— дивлячись на зорі й згадуючи приємні рядки з Гейне.</w:t>
      </w:r>
    </w:p>
    <w:p>
      <w:r>
        <w:br/>
        <w:t>Але йдеться не про Бреннера. Йдеться про Котермака.</w:t>
      </w:r>
    </w:p>
    <w:p>
      <w:r>
        <w:br/>
        <w:t>Шліман відкрив Трою.</w:t>
      </w:r>
    </w:p>
    <w:p>
      <w:r>
        <w:br/>
        <w:t>Ньютон — закон земного тяжіння.</w:t>
      </w:r>
    </w:p>
    <w:p>
      <w:r>
        <w:br/>
        <w:t>Колумб — Америку.</w:t>
      </w:r>
    </w:p>
    <w:p>
      <w:r>
        <w:br/>
        <w:t>Бреннер — Котермака.</w:t>
      </w:r>
    </w:p>
    <w:p>
      <w:r>
        <w:br/>
        <w:t>Бреннер був антикваром. То була його пристрасть і його хліб. Він не бачив нічого поганого в тім, щоб заробляти гроші на власній пристрасті. Часом навіть дуже добре випадало. Часом — не виплачувалося. Однак Бреннер не відчував браку в грошах. У тому малася певна рація — заробляти гроші на власному захопленні.</w:t>
      </w:r>
    </w:p>
    <w:p>
      <w:r>
        <w:br/>
        <w:t>Як то трапилося? Може, хтось загортав якусь дрібничку в крамниці у листок вченої книги, видрукуваної кілька століть тому, а Бреннер похопився, помітив і забрав стародрук — рештки стародруку — за безцінь, бо для крамничкаря більше важив шматок ковбаси, аніж такий аркуш.</w:t>
      </w:r>
    </w:p>
    <w:p>
      <w:r>
        <w:br/>
        <w:t>Чи хтось помирав — і зоставив по собі скриню з невідомо як втиснутою межи старі лахи отою книгою в шкіряній оправі?</w:t>
      </w:r>
    </w:p>
    <w:p>
      <w:r>
        <w:br/>
        <w:t>Якось уже було.</w:t>
      </w:r>
    </w:p>
    <w:p>
      <w:r>
        <w:br/>
        <w:t>Бреннерові потрапило до рук: видано в Римі, писано латиною, з назвою "Юдіціум проностікон..."[2], автор книги значився Георгій Дрогобич з Русі, магістр, учений муж, звіздар...</w:t>
      </w:r>
    </w:p>
    <w:p>
      <w:r>
        <w:br/>
        <w:t>Не єгипетський папірус, ані не звітрілий, крихкий і дорожчий од золота оригінал трагедії Євріпіда, ні, аж так то не видало. А однак Бреннер знав вартість книги.</w:t>
      </w:r>
    </w:p>
    <w:p>
      <w:r>
        <w:br/>
        <w:t>Горіло світло в Бреннеровій кімнаті, кімната не була закутком чорнокнижника й мага, часи чорнокнижників минули, а все-таки жило в ній щось від незвичайного — запах старих книг, специфічний, характерний, його ні з чим не порівняєш, той запах, тільки таку назву він і має — старі книги. Кохався Бреннер у старовинних свічниках, це він залишав для себе, це майже не йшло на продаж, мідні, причорнілі й зеленаві, бронзові, важкі, як надгробні плити, милі Психеї з тоненькими фігурками й хижі химери; коли Бреннерові раптом ставало самотньо,— а таке трапляється з кожним, хоч би він і здогадався продавати власну пристрасть,— Бреннер палив свічки у всіх своїх свічниках, і горіли вони хитким, дрібним полум'ям, і аж тоді незвичною виглядала Бреннерова кімната, бо поза тими свічниками ще плавали на стінах, оббитих темними шпалерами, тіні від черепа, обернутого на попільничку (зостався по Бреннеровому батькові — лікарю), і від маленької фігурки східного божка з пласким обличчям,— і Бреннер тоді мав щось від мага: видовжувались і загострювались риси обличчя й погляд не світився добропорядністю.</w:t>
      </w:r>
    </w:p>
    <w:p>
      <w:r>
        <w:br/>
        <w:t>Котермакова книга, видана в Римі чотири століття тому, чорна і з жовтими, як шкіра забальзамованого фараона, сторінками, пасувала до тих свічників.</w:t>
      </w:r>
    </w:p>
    <w:p>
      <w:r>
        <w:br/>
        <w:t>Читав Бреннер. Було там передбачено час місячного затемнення і вперше — а те, що зроблене вперше, має-таки ціну — вперше йшлося про Львів, Дрогобич (дороги Котермакові слалися, дороги, шляхи світил і шляхи людей), Бреннер гадав собі — то таки рідкісна книга, особливо для північних народів (через руки його перейшло чимало такого, і міг він розпізнати фальшиве, як старий ювелір здалеку вчуває домішку в золоті).</w:t>
      </w:r>
    </w:p>
    <w:p>
      <w:r>
        <w:br/>
        <w:t>Чотири століття ходила світами книга, бо так собі виворожив Котермак, аби була, аби ходила,— світами ходила, чотири століття, ніким не відкрита, нікому не знана, не читана, може,— а однак була.</w:t>
      </w:r>
    </w:p>
    <w:p>
      <w:r>
        <w:br/>
        <w:t>І потрапила Бреннерові до рук.</w:t>
      </w:r>
    </w:p>
    <w:p>
      <w:r>
        <w:br/>
        <w:t>Все має свою ціну. Котермакова праця також її мала — чотириста вісімдесят німецьких марок та місце в каталозі цінних і рідкісних книг.</w:t>
      </w:r>
    </w:p>
    <w:p>
      <w:r>
        <w:br/>
        <w:t>Було це десь у році 1898.</w:t>
      </w:r>
    </w:p>
    <w:p>
      <w:r>
        <w:br/>
        <w:t>Добрий німець Петер Бреннер відкрив Котермака. Сина міщанського з Дрогобича.</w:t>
      </w:r>
    </w:p>
    <w:p>
      <w:r>
        <w:br/>
        <w:t>Пив того вечора пиво, цілував білу шию дружини і був би дуже радий, якби хто купив Котермакову книжку за чотириста вісімдесят німецьких марок,— таку ціну визначив їй Бреннер.</w:t>
      </w:r>
    </w:p>
    <w:p>
      <w:r>
        <w:br/>
        <w:t>А чом би й ні?</w:t>
      </w:r>
    </w:p>
    <w:p>
      <w:r>
        <w:br/>
        <w:t>Бо таки, мабуть, хтось купив, і знову мандрувала книга світами, й літами, й людьми.</w:t>
      </w:r>
    </w:p>
    <w:p>
      <w:r>
        <w:br/>
        <w:t>І повернувся Георгій Котермак, син Михайла Доната, до свого Дрогобича.</w:t>
      </w:r>
    </w:p>
    <w:p>
      <w:r>
        <w:br/>
        <w:t>Дрогобич — у долині, як між двома долонями.</w:t>
      </w:r>
    </w:p>
    <w:p>
      <w:r>
        <w:br/>
        <w:t>Бігло вгорі небо, долі — річка й дорога.</w:t>
      </w:r>
    </w:p>
    <w:p>
      <w:r>
        <w:br/>
        <w:t>Стояли золоті стовпи па небі (заходило сонце), ліси, безжально обідрані з одягу, мов окрадені опришком подорожні, пробували прикрити свою наготу густими туманами.</w:t>
      </w:r>
    </w:p>
    <w:p>
      <w:r>
        <w:br/>
        <w:t>Стрибала дорога зайцем, наче сліди замітала.</w:t>
      </w:r>
    </w:p>
    <w:p>
      <w:r>
        <w:br/>
        <w:t>Утоптана століттями дорога. За хмарами вгадувалися гори. У винничці, коричневій, як шоколад, співали.</w:t>
      </w:r>
    </w:p>
    <w:p>
      <w:r>
        <w:br/>
        <w:t>Білий-білий. Вуса й борода. Сливи очей, подовжених і з непорушним поглядом. Брови до скронь, зморшка гостро розтинає перенісся. Чорний одяг і білий комірець під білою бородою. Котермак повернувся додому.</w:t>
      </w:r>
    </w:p>
    <w:p>
      <w:r>
        <w:br/>
        <w:t>Повернувся так.</w:t>
      </w:r>
    </w:p>
    <w:p>
      <w:r>
        <w:br/>
        <w:t>Петро Січкар займав однаково мало місця і в житті, і за столом. Тихий, однорукий і маленький, наче зайва кома у фразі, він жив собі в обідраному будиночку на околиці Дрогобича, при ньому була його старша, така сама тиха, незаміжня сестра, він приносив додому під пахвою буханку хліба з міста, а вона готувала для нього прості страви, оповідала довгі й незлобні плітки про сусідів, а вечорами вишивала невибагливі, як її життя, візерунки на білому полотні, а потім знову випорювала нитки — і так виглядало, ніби вона без кінця намагається відшукати те, що знайти неможливо.</w:t>
      </w:r>
    </w:p>
    <w:p>
      <w:r>
        <w:br/>
        <w:t>А Петро Січкар лежав на старому тапчані, прикривши обличчя газетою, і мріяв про життя, якого він ніколи не проживе. Траплялись там подвиги й гарні жінки — неодмінно в червоних кімоно, сам же Петро Січкар був струнким і знаменитим тенором із пишною чуприною і звабливими вусиками над чіткими й дуже вольовими устами.</w:t>
      </w:r>
    </w:p>
    <w:p>
      <w:r>
        <w:br/>
        <w:t>Вранці Петро Січкар, махнувши рукою на переповнений автобус (куди вже йому штовхатися ліктями, навіть тут він не міг би цього зробити), топтав то сніг, то болото — залежно від пори року — з околиці до центру, де працював у міському музеї.</w:t>
      </w:r>
    </w:p>
    <w:p>
      <w:r>
        <w:br/>
        <w:t>І раптом — як у дитячій казці — йому пощастило. Випав такий день, коли йому пощастило. Ні, не став тенором і не зійшло кохання вогненної жінки в червоному кімоно, навіть вусики не проросли над його устами.</w:t>
      </w:r>
    </w:p>
    <w:p>
      <w:r>
        <w:br/>
        <w:t>Вишукував для музею розписані глечики, інкрустовані тарелі; помежи сірим, запорошеним мотлохом, межи непотребом хотів натрапити на скарб.</w:t>
      </w:r>
    </w:p>
    <w:p>
      <w:r>
        <w:br/>
        <w:t>І натрапив.</w:t>
      </w:r>
    </w:p>
    <w:p>
      <w:r>
        <w:br/>
        <w:t>Несподівано напіткав непорушний погляд подовжніх очей.</w:t>
      </w:r>
    </w:p>
    <w:p>
      <w:r>
        <w:br/>
        <w:t>Портрет темний, білою плямою лиш борода й комірець, Січкареві тремтіли пальці на бідній руці його, торкався полотна, напису — Георгій Дрогобич із Русі, коли був писаний портрет, чи то оригінал і хто автор портрета — і чи справді Дрогобич з Русі виглядав подібним до цього образу, чи, може, то чиясь уява про нього?</w:t>
      </w:r>
    </w:p>
    <w:p>
      <w:r>
        <w:br/>
        <w:t>Знав про Котермака. Чув. А то його портрет.</w:t>
      </w:r>
    </w:p>
    <w:p>
      <w:r>
        <w:br/>
        <w:t>Молитись був ладен. Як до ікони чудотворної.</w:t>
      </w:r>
    </w:p>
    <w:p>
      <w:r>
        <w:br/>
        <w:t>Во ім'я отця, і нині... і присно...</w:t>
      </w:r>
    </w:p>
    <w:p>
      <w:r>
        <w:br/>
        <w:t>Білому світові цілому хотів би показувати портрета, писаного невідомим автором, а знайденого ним, а відкритого ним, тепер невеличке місто Дрогобич ширилося далеко в часі і в просторі — аж за п'ять сотень літ, аж до Кракова та Болоньї, а власний дім на околиці, за містом, з маленьким городцем, і нудними стінами, і нудними плітками, і прісними стравами, і кволо-тихими вечорами, коли особливо відчутно, як безнадійно стікає в провали час,— усе стало іншим, бо ану ж стояв дім його на місці Котермакової хати?</w:t>
      </w:r>
    </w:p>
    <w:p>
      <w:r>
        <w:br/>
        <w:t>А що могло означати прізвище? Котермак. Прізвисько, характер, прикмета, професія?</w:t>
      </w:r>
    </w:p>
    <w:p>
      <w:r>
        <w:br/>
        <w:t>Загадка.</w:t>
      </w:r>
    </w:p>
    <w:p>
      <w:r>
        <w:br/>
        <w:t>Не приходили жінки в червоних кімоно. Не мав на них часу: писав і писав листи і чекав відповідей, а поки з Кракова та з Болоньї Котермаковими дорогами йшли до Дрогобича коротенькі, скупі, безнадійно скупі інформації, вигадував уже не своє — Котермакове життя.</w:t>
      </w:r>
    </w:p>
    <w:p>
      <w:r>
        <w:br/>
        <w:t>З Болоньї писали італійською мовою, і мало не плакав, як дитина, котрій подарували калейдоскоп, а не сказали, що з ним робити,— шукав перекладача, невміло й кашляючи випив з ним у коричневій, як шоколад, винничці, перекладач з гріхом навпіл, із іронією наскрізь (де ж таки, дурницями доросла людина займається) переклав: у Болонському університеті Юрій з Русі читав студентам почесні лекції з медицини та ранкові лекції з астрономії. І значиться він у тогочасних документах видатним ученим філософських та медичних наук, і астрономом, і достойним ректором університету, а більше нічого з Болоньї про нього не написали й не знали — принаймні поки що.</w:t>
      </w:r>
    </w:p>
    <w:p>
      <w:r>
        <w:br/>
        <w:t>Учений філософських і медичних наук, ректор достойний.</w:t>
      </w:r>
    </w:p>
    <w:p>
      <w:r>
        <w:br/>
        <w:t>А й того було немало.</w:t>
      </w:r>
    </w:p>
    <w:p>
      <w:r>
        <w:br/>
        <w:t>Того було немало, аби посісти сенс життя, аби шукати його в загадці, в штрихах, у старих книгах, у Котермакові.</w:t>
      </w:r>
    </w:p>
    <w:p>
      <w:r>
        <w:br/>
        <w:t>Юрій Дрогобич повернувся додому.</w:t>
      </w:r>
    </w:p>
    <w:p>
      <w:r>
        <w:br/>
        <w:t>Світ повірив у нього. Ніби Котермак ріс тепер та більшав, а кожен додавав до нього своє і тим загадку заплутував, і загадка росла разом із Котермаком.</w:t>
      </w:r>
    </w:p>
    <w:p>
      <w:r>
        <w:br/>
        <w:t>Хтось твердив категорично, що слава його не менша Каллімахової, а хтось знайшов свідчення, ніби великий Коперник був Котермаковим учнем, а інші запевняли: знаменита праця в галузі медицини, автор якої був досі невідомий, без сумніву, належить Дрогобичу.</w:t>
      </w:r>
    </w:p>
    <w:p>
      <w:r>
        <w:br/>
        <w:t>І виглядало так, мовби нікому не спадало на думку зняти з Котермакового портрета верхній шар фарби, аби пересвідчитися — є там ще щось? Ніхто того не робив, а ніби навпаки чинили — клали й клали зверху нові мазки,— і тоді ж годі дійти істини, і годі знайти Котермака.</w:t>
      </w:r>
    </w:p>
    <w:p>
      <w:r>
        <w:br/>
        <w:t>Істиною було все — і ніщо не мало підстав для неї. Засуджувати безпідставно як до смерті, так і до слави однаково неможливо.</w:t>
      </w:r>
    </w:p>
    <w:p>
      <w:r>
        <w:br/>
        <w:t>І все було про Котермака правдою, і все — бридня.</w:t>
      </w:r>
    </w:p>
    <w:p>
      <w:r>
        <w:br/>
        <w:t>Кажу вам: коли правда все, то чому неправда те, що сидів він поряд зі мною, пив каву з порцелянової філіжанки й оповідав, про що мав охоту, і згадував, що згадувалося?</w:t>
      </w:r>
    </w:p>
    <w:p>
      <w:r>
        <w:br/>
        <w:t>Болонья, приміром.</w:t>
      </w:r>
    </w:p>
    <w:p>
      <w:r>
        <w:br/>
        <w:t>Прозора, як повітря, музика лютні й плаваючі над інструментом чорні, замріяні, як у мадонни Франческо Франчо, очі італійки, і розкішний фасад церкви тіла Христового, і неперевершені палаци Болоньї — стрілчасті арки палаццо Ізолані, і тесаний, ніби полірований, гранчастий алмаз каменів Бевілакви, і круглі арки над вікнами нижнього поверху палаццо Фава.</w:t>
      </w:r>
    </w:p>
    <w:p>
      <w:r>
        <w:br/>
        <w:t>А ще — один глухий вечір, коли падав дощ, і голод допікав, і цілий світ пахнув тільки хлібом, шматком хліба — колись покинув був, не доївши, малий хлопець Котермак на тесаному столі батьківської хати (як потому не раз згадувався той шмат хліба й бесаги, наладовані на дорогу,— як не раз бракувало того шматка хліба!). І тоді за гроші на хліб склав гороскоп, де все свідчило про багатство, славу й радощі; за таке платили щедро, і хоча насправді зорі віщували біду, її неможливо було уникнути,— то чи так уже согрішив, підло вчинив молоденький і без міри голодний магістр, сфальшувавши тоді задля хліба?</w:t>
      </w:r>
    </w:p>
    <w:p>
      <w:r>
        <w:br/>
        <w:t>А чи колега Миколай Вудка з Квідзиня, такий трохи дивний, трохи не схожий на інших у своїй щирості й довір'ї до людей...</w:t>
      </w:r>
    </w:p>
    <w:p>
      <w:r>
        <w:br/>
        <w:t>А ще той вечір, коли говорив Каллімахові про долю,— хіба ж не справдилося?</w:t>
      </w:r>
    </w:p>
    <w:p>
      <w:r>
        <w:br/>
        <w:t>Обтер Котермак бороду. Дивився на світ непорушним поглядом, мовби нічому не дивувався, мовби знав ще тоді, з-перед п'яти сотень літ, що так, а не інакше буде все діятись на білому світі:</w:t>
      </w:r>
    </w:p>
    <w:p>
      <w:r>
        <w:br/>
        <w:t>— Здобута слава сягає наступних поколінь. Літа надають їй тривкості й блиску, хоча все інше руйнують безжально...</w:t>
      </w:r>
    </w:p>
    <w:p>
      <w:r>
        <w:br/>
        <w:t>Знову спочатку.</w:t>
      </w:r>
    </w:p>
    <w:p>
      <w:r>
        <w:br/>
        <w:t>Шукаю віднова Котермака.</w:t>
      </w:r>
    </w:p>
    <w:p>
      <w:r>
        <w:br/>
        <w:t>— Доброго дня вам. Як ваше здоров'я? У театрі опери й балету дають "Циганського барона". Чи не хочете послухати? Скористайтеся нагодою...</w:t>
      </w:r>
    </w:p>
    <w:p>
      <w:r>
        <w:br/>
        <w:t>Де я бачив це обличчя, де?</w:t>
      </w:r>
    </w:p>
    <w:p>
      <w:r>
        <w:br/>
        <w:t>Котермак.</w:t>
      </w:r>
    </w:p>
    <w:p>
      <w:r>
        <w:br/>
        <w:t>А то не він. То напівбожевільний старий, що розклеює театральні афіші у Львові,— подовжні темні очі й непорушний погляд.</w:t>
      </w:r>
    </w:p>
    <w:p>
      <w:r>
        <w:br/>
        <w:t>Ніби з нього той портрет малювали.</w:t>
      </w:r>
    </w:p>
    <w:p>
      <w:r>
        <w:br/>
        <w:t>Театральні афіші — вони не мають нічого спільного з астрологією.</w:t>
      </w:r>
    </w:p>
    <w:p>
      <w:r>
        <w:br/>
        <w:t>Нині в гороскопи не вірять. Бридня.</w:t>
      </w:r>
    </w:p>
    <w:p>
      <w:r>
        <w:br/>
        <w:t>Стою над дахами Львова і дивлюсь на зорі. Сліпучий Сатурн із загадковим кільцем. І місяць — жовтий і танучий — тоненьким шматочком цитрини в небі. А долом чорні дахи міста, божевільна застиглість, нерухомість чорних дахів — квадрати, шпилі, трикутники, хаос, мішанина, непорозуміння.</w:t>
      </w:r>
    </w:p>
    <w:p>
      <w:r>
        <w:br/>
        <w:t>А що по тому, що — по тому?</w:t>
      </w:r>
    </w:p>
    <w:p>
      <w:r>
        <w:br/>
        <w:t>Послухай-но, по тому, через п'ятсот років, хоч би знічев'я, мимохіть, випадково, виворожи мене, Звіздарю.</w:t>
      </w:r>
    </w:p>
    <w:p>
      <w:r>
        <w:br/>
        <w:t>Через п'ятсот літ.</w:t>
      </w:r>
    </w:p>
    <w:p>
      <w:r>
        <w:br/>
        <w:t>[1] Краків відкрив астрологію (лат.).</w:t>
      </w:r>
    </w:p>
    <w:p>
      <w:r>
        <w:br/>
        <w:t>[2] "Розсуд у користь розгляду" (лат.).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Дрогобицький звіздар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