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співучі двері</w:t>
      </w:r>
    </w:p>
    <w:p>
      <w:r>
        <w:br/>
        <w:t xml:space="preserve"> Співучі двері, сивий явір,&lt;br /&gt;</w:t>
        <w:br/>
        <w:t>старий, мальований поріг.&lt;br /&gt;</w:t>
        <w:br/>
        <w:t>Так залишилися в уяві&lt;br /&gt;</w:t>
        <w:br/>
        <w:t>місця дитячих днів моїх,&lt;br /&gt;</w:t>
        <w:br/>
        <w:t>так доховала пам'ять хлопця&lt;br /&gt;</w:t>
        <w:br/>
        <w:t>затьмарені вже образи,&lt;br /&gt;</w:t>
        <w:br/>
        <w:t>такий обмежений став обсяг&lt;br /&gt;</w:t>
        <w:br/>
        <w:t>тієї пісні, що дрижить,&lt;br /&gt;</w:t>
        <w:br/>
        <w:t>яка зворушенням хвилює,&lt;br /&gt;</w:t>
        <w:br/>
        <w:t>та все ж без зайвої сльози&lt;br /&gt;</w:t>
        <w:br/>
        <w:t>пейзажі споминів малює.&lt;br /&gt;</w:t>
        <w:br/>
        <w:t>І хочу знову пережить&lt;br /&gt;</w:t>
        <w:br/>
        <w:t>хлоп'ячі радощі та бурі.&lt;br /&gt;</w:t>
        <w:br/>
        <w:t>Швидкіш струмує в жилах кров,&lt;br /&gt;</w:t>
        <w:br/>
        <w:t>і сяють щастям очі хмурі,&lt;br /&gt;</w:t>
        <w:br/>
        <w:t>в долоні легшає перо.</w:t>
      </w:r>
    </w:p>
    <w:p>
      <w:r>
        <w:br/>
        <w:t>На кичерах сивасті трави,&lt;br /&gt;</w:t>
        <w:br/>
        <w:t>черлений камінь у ріці.&lt;br /&gt;</w:t>
        <w:br/>
        <w:t>Смолиста ніч, і день смуглявий,&lt;br /&gt;</w:t>
        <w:br/>
        <w:t>немов циганка на лиці.&lt;br /&gt;</w:t>
        <w:br/>
        <w:t>Розсміяні палкі потоки,&lt;br /&gt;</w:t>
        <w:br/>
        <w:t>немов коханці до дівчат,&lt;br /&gt;</w:t>
        <w:br/>
        <w:t>злітають до долин глибоких,&lt;br /&gt;</w:t>
        <w:br/>
        <w:t>що в сивій мряці тихо сплять,&lt;br /&gt;</w:t>
        <w:br/>
        <w:t>і куриться із квітів запах,&lt;br /&gt;</w:t>
        <w:br/>
        <w:t>немов з люльок барвистих дим.&lt;br /&gt;</w:t>
        <w:br/>
        <w:t>Дрижать ялиці в вітру лапах,&lt;br /&gt;</w:t>
        <w:br/>
        <w:t>голосять шепотом дрібним,&lt;br /&gt;</w:t>
        <w:br/>
        <w:t>течуть униз краплини шуму,&lt;br /&gt;</w:t>
        <w:br/>
        <w:t>немов з гарячих пнів смола.&lt;br /&gt;</w:t>
        <w:br/>
        <w:t>Сповитий в зелень і задуму,&lt;br /&gt;</w:t>
        <w:br/>
        <w:t>п'є олень воду з джерела.&lt;br /&gt;</w:t>
        <w:br/>
        <w:t>Квітчасте сонце спить в криниці&lt;br /&gt;</w:t>
        <w:br/>
        <w:t>на мохом стеленому дні.&lt;br /&gt;</w:t>
        <w:br/>
        <w:t>Кущем горючим таємниці&lt;br /&gt;</w:t>
        <w:br/>
        <w:t>виходить ранком з глибині.&lt;br /&gt;</w:t>
        <w:br/>
        <w:t>Співає пуща сном кудлатим,&lt;br /&gt;</w:t>
        <w:br/>
        <w:t>прадавнім шумом загуло.&lt;br /&gt;</w:t>
        <w:br/>
        <w:t>На схилі гір, неначе лата,&lt;br /&gt;</w:t>
        <w:br/>
        <w:t>пришите до лісів село.</w:t>
      </w:r>
    </w:p>
    <w:p>
      <w:r>
        <w:br/>
        <w:t>Корчма, мов кущ, що родить зорі,&lt;br /&gt;</w:t>
        <w:br/>
        <w:t>свічками палиться в ночі.&lt;br /&gt;</w:t>
        <w:br/>
        <w:t>З горілки б'ють дими прозорі,&lt;br /&gt;</w:t>
        <w:br/>
        <w:t>скриплять іржавії ключі.&lt;br /&gt;</w:t>
        <w:br/>
        <w:t>Смичком вогнистим тнуть цигани,&lt;br /&gt;</w:t>
        <w:br/>
        <w:t>розкотисто співає бас.&lt;br /&gt;</w:t>
        <w:br/>
        <w:t>Пече музика, й голос тьмяний,&lt;br /&gt;</w:t>
        <w:br/>
        <w:t>і струн сп'янілих лютий бряз.&lt;br /&gt;</w:t>
        <w:br/>
        <w:t>Тремтить на флейті пальців десять,&lt;br /&gt;</w:t>
        <w:br/>
        <w:t>музичне дерево горить.&lt;br /&gt;</w:t>
        <w:br/>
        <w:t>Із бубна, мов із дзбана, ллється&lt;br /&gt;</w:t>
        <w:br/>
        <w:t>роздзвонений, гарячий крик.&lt;br /&gt;</w:t>
        <w:br/>
        <w:t>Палає скрипка, тихне, в'яне,&lt;br /&gt;</w:t>
        <w:br/>
        <w:t>і серце бубна співом п'яне.&lt;br /&gt;</w:t>
        <w:br/>
        <w:t>І про опришків в сотий раз&lt;br /&gt;</w:t>
        <w:br/>
        <w:t>оповідає в пісні бас:&lt;br /&gt;</w:t>
        <w:br/>
        <w:t>свячені кулі, литий пояс,&lt;br /&gt;</w:t>
        <w:br/>
        <w:t>таємне зілля, дика борть,&lt;br /&gt;</w:t>
        <w:br/>
        <w:t>заклята ніч і смерть в напоях,&lt;br /&gt;</w:t>
        <w:br/>
        <w:t>що їх коханцям варить чорт.&lt;br /&gt;</w:t>
        <w:br/>
        <w:t>Шалений місяць — мрійний тенор&lt;br /&gt;</w:t>
        <w:br/>
        <w:t>веде містичну пісню тьми.&lt;br /&gt;</w:t>
        <w:br/>
        <w:t>Дівчина, наче веретено,&lt;br /&gt;</w:t>
        <w:br/>
        <w:t>в танку спідницями шумить.</w:t>
      </w:r>
    </w:p>
    <w:p>
      <w:r>
        <w:br/>
        <w:t>Ще пам'ятаю: на воді&lt;br /&gt;</w:t>
        <w:br/>
        <w:t>дрижачі іскри ранок сіє.&lt;br /&gt;</w:t>
        <w:br/>
        <w:t>Ще пам'ятаю: білий дім,&lt;br /&gt;</w:t>
        <w:br/>
        <w:t>де стіни з дерева та мрії.&lt;br /&gt;</w:t>
        <w:br/>
        <w:t>Ще пам'ятаю: в сонці міст&lt;br /&gt;</w:t>
        <w:br/>
        <w:t>рудий хребет ліниво гріє,&lt;br /&gt;</w:t>
        <w:br/>
        <w:t>неначе велетенський кіт,&lt;br /&gt;</w:t>
        <w:br/>
        <w:t>що в сні ледачім очі щулить.&lt;br /&gt;</w:t>
        <w:br/>
        <w:t>І дім і міст, мабуть, стоять,&lt;br /&gt;</w:t>
        <w:br/>
        <w:t>але для мене вже минули&lt;br /&gt;</w:t>
        <w:br/>
        <w:t>і тільки спомином горять.&lt;br /&gt;</w:t>
        <w:br/>
        <w:t>Неситий крук над мостом крякав,&lt;br /&gt;</w:t>
        <w:br/>
        <w:t>плило рікою сонце в світ.&lt;br /&gt;</w:t>
        <w:br/>
        <w:t>Туди ходив ловити раки,&lt;br /&gt;</w:t>
        <w:br/>
        <w:t>коли мені було п'ять літ.&lt;br /&gt;</w:t>
        <w:br/>
        <w:t>Колола пальчики шипшина,&lt;br /&gt;</w:t>
        <w:br/>
        <w:t>устами ссав солодку кров.&lt;br /&gt;</w:t>
        <w:br/>
        <w:t>На зорі задививсь хлопчина,&lt;br /&gt;</w:t>
        <w:br/>
        <w:t>але своєї не знайшов.</w:t>
      </w:r>
    </w:p>
    <w:p>
      <w:r>
        <w:br/>
        <w:t>Тут сиве небо й сиві очі&lt;br /&gt;</w:t>
        <w:br/>
        <w:t>у затурбованих людей.&lt;br /&gt;</w:t>
        <w:br/>
        <w:t>Сльота дуднить і шиби мочить,&lt;br /&gt;</w:t>
        <w:br/>
        <w:t>розмови стишені веде.&lt;br /&gt;</w:t>
        <w:br/>
        <w:t>Під сивим небом розстелилась&lt;br /&gt;</w:t>
        <w:br/>
        <w:t>земля вівса та ялівцю.&lt;br /&gt;</w:t>
        <w:br/>
        <w:t>Скорбота мохом оповила&lt;br /&gt;</w:t>
        <w:br/>
        <w:t>задуману країну цю.&lt;br /&gt;</w:t>
        <w:br/>
        <w:t>Як символ злиднів виростає&lt;br /&gt;</w:t>
        <w:br/>
        <w:t>голодне зілля — лобода.&lt;br /&gt;</w:t>
        <w:br/>
        <w:t>Відвічне небо і безкрає,&lt;br /&gt;</w:t>
        <w:br/>
        <w:t>відвічна лемківська нужда.&lt;br /&gt;</w:t>
        <w:br/>
        <w:t>В таємних кручах давня Лада&lt;br /&gt;</w:t>
        <w:br/>
        <w:t>ворожить хлопцям молодим.&lt;br /&gt;</w:t>
        <w:br/>
        <w:t>В церквах горить Христовий ладан&lt;br /&gt;</w:t>
        <w:br/>
        <w:t>і куриться молитви дим.&lt;br /&gt;</w:t>
        <w:br/>
        <w:t>На небі тільки сині зорі&lt;br /&gt;</w:t>
        <w:br/>
        <w:t>вислухують благальний спів&lt;br /&gt;</w:t>
        <w:br/>
        <w:t>людей, що, прості та безкрилі,&lt;br /&gt;</w:t>
        <w:br/>
        <w:t>цілуючи в німій покорі&lt;br /&gt;</w:t>
        <w:br/>
        <w:t>брудні обніжки вівтарів&lt;br /&gt;</w:t>
        <w:br/>
        <w:t>устами, чорними від пилу,&lt;br /&gt;</w:t>
        <w:br/>
        <w:t>що їхні губи припорошить,&lt;br /&gt;</w:t>
        <w:br/>
        <w:t>моління шлють Христу і Духу,&lt;br /&gt;</w:t>
        <w:br/>
        <w:t>щоб допоміг здобути гроші&lt;br /&gt;</w:t>
        <w:br/>
        <w:t>на хліб, на сіль і на сивуху.</w:t>
      </w:r>
    </w:p>
    <w:p>
      <w:r>
        <w:br/>
        <w:t>Земля не родить, віє вітер,&lt;br /&gt;</w:t>
        <w:br/>
        <w:t>на полі мох, мов теплий одяг,&lt;br /&gt;</w:t>
        <w:br/>
        <w:t>а люди, як в усьому світі,&lt;br /&gt;</w:t>
        <w:br/>
        <w:t>все родяться, терплять, вмирають.&lt;br /&gt;</w:t>
        <w:br/>
        <w:t>Пожежі й повені проходять,&lt;br /&gt;</w:t>
        <w:br/>
        <w:t>лишаючи лиш пустирі,&lt;br /&gt;</w:t>
        <w:br/>
        <w:t>рокочуть війни і минають,&lt;br /&gt;</w:t>
        <w:br/>
        <w:t>зміняються володарі,&lt;br /&gt;</w:t>
        <w:br/>
        <w:t>літа пливуть, мов гірські води,&lt;br /&gt;</w:t>
        <w:br/>
        <w:t>і про опришків дощ осінній&lt;br /&gt;</w:t>
        <w:br/>
        <w:t>вже тільки спомини виводить.&lt;br /&gt;</w:t>
        <w:br/>
        <w:t>Чимало бур так прогуло.&lt;br /&gt;</w:t>
        <w:br/>
        <w:t>Лиш ти однакове й незмінне,&lt;br /&gt;</w:t>
        <w:br/>
        <w:t>далеке лемківське село.</w:t>
      </w:r>
    </w:p>
    <w:p>
      <w:r>
        <w:br/>
        <w:t>Туди, мов стріли, шлю слова,&lt;br /&gt;</w:t>
        <w:br/>
        <w:t>туди крилата пісня лине.&lt;br /&gt;</w:t>
        <w:br/>
        <w:t>З села такого вийшов я,&lt;br /&gt;</w:t>
        <w:br/>
        <w:t>життя звеличник — верховинець.&lt;br /&gt;</w:t>
        <w:br/>
        <w:t>З людей, що, щирі та звичайні,&lt;br /&gt;</w:t>
        <w:br/>
        <w:t>приймали смирно долі пай&lt;br /&gt;</w:t>
        <w:br/>
        <w:t>і поклонялись неба тайні&lt;br /&gt;</w:t>
        <w:br/>
        <w:t>під знаком співного серпа.&lt;br /&gt;</w:t>
        <w:br/>
        <w:t>І , може, був би тут остався,&lt;br /&gt;</w:t>
        <w:br/>
        <w:t>як інші, покорився сам&lt;br /&gt;</w:t>
        <w:br/>
        <w:t>і, до землі німий припавши,&lt;br /&gt;</w:t>
        <w:br/>
        <w:t>молився радісним вівсам,&lt;br /&gt;</w:t>
        <w:br/>
        <w:t>та Той, що легкість дав сарні,&lt;br /&gt;</w:t>
        <w:br/>
        <w:t>а бджолам квіти золоті&lt;br /&gt;</w:t>
        <w:br/>
        <w:t>і кігті сталені для рися,&lt;br /&gt;</w:t>
        <w:br/>
        <w:t>слова співучі дав мені&lt;br /&gt;</w:t>
        <w:br/>
        <w:t>і гострі зуби, щоб в житті&lt;br /&gt;</w:t>
        <w:br/>
        <w:t>я твердо й просто боронився.</w:t>
      </w:r>
    </w:p>
    <w:p>
      <w:r>
        <w:br/>
        <w:t>Широкий світ, від серця ширший&lt;br /&gt;</w:t>
        <w:br/>
        <w:t>і ширший вітер на селі.&lt;br /&gt;</w:t>
        <w:br/>
        <w:t>Не помістити в цьому вірші&lt;br /&gt;</w:t>
        <w:br/>
        <w:t>ні зір, ні неба, ні землі.&lt;br /&gt;</w:t>
        <w:br/>
        <w:t>Шляхи широкі у безкрає,&lt;br /&gt;</w:t>
        <w:br/>
        <w:t>поїхав хлопцем я у світ.&lt;br /&gt;</w:t>
        <w:br/>
        <w:t>Насправді стриму час не має,&lt;br /&gt;</w:t>
        <w:br/>
        <w:t>хоч важко це нам зрозуміть.&lt;br /&gt;</w:t>
        <w:br/>
        <w:t>Турботи, радощі, омани,&lt;br /&gt;</w:t>
        <w:br/>
        <w:t>кохання, зрада, ночі тьмяні&lt;br /&gt;</w:t>
        <w:br/>
        <w:t>і сіроокеє дівча.&lt;br /&gt;</w:t>
        <w:br/>
        <w:t>Одчаю шал, і пал любовний,&lt;br /&gt;</w:t>
        <w:br/>
        <w:t>і хмільність щастя, і печаль,&lt;br /&gt;</w:t>
        <w:br/>
        <w:t>нестямний захват молитовний,&lt;br /&gt;</w:t>
        <w:br/>
        <w:t>доглибна знеохоти їдь&lt;br /&gt;</w:t>
        <w:br/>
        <w:t>і ласка творчості найвища —&lt;br /&gt;</w:t>
        <w:br/>
        <w:t>це все дало мені життя.&lt;br /&gt;</w:t>
        <w:br/>
        <w:t>Його звеличую тут я&lt;br /&gt;</w:t>
        <w:br/>
        <w:t>і кличу дням: мене п'яніть,&lt;br /&gt;</w:t>
        <w:br/>
        <w:t>п'яніть мене! Хай смерті ближче,&lt;br /&gt;</w:t>
        <w:br/>
        <w:t>хай на минулому іржа,&lt;br /&gt;</w:t>
        <w:br/>
        <w:t>хай снігова спливе пороша,&lt;br /&gt;</w:t>
        <w:br/>
        <w:t>думки нестримано дрижать,&lt;br /&gt;</w:t>
        <w:br/>
        <w:t>а кожна, мов кришталь, ясна.&lt;br /&gt;</w:t>
        <w:br/>
        <w:t>О, молодосте, ти одна&lt;br /&gt;</w:t>
        <w:br/>
        <w:t>не заплямована й хороша.</w:t>
      </w:r>
    </w:p>
    <w:p>
      <w:r>
        <w:br/>
        <w:t>Співуча тінь, крислатий явір&lt;br /&gt;</w:t>
        <w:br/>
        <w:t>і тесаний, дзвінкий поріг.&lt;br /&gt;</w:t>
        <w:br/>
        <w:t>Отак змальовує уява&lt;br /&gt;</w:t>
        <w:br/>
        <w:t>місця хлоп'ячих мрій та втіх.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співучі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