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Enfant perdu</w:t>
      </w:r>
    </w:p>
    <w:p>
      <w:r>
        <w:br/>
        <w:t xml:space="preserve"> В боях за волю вірно я тримався&lt;br /&gt;</w:t>
        <w:br/>
        <w:t>Геть з тридцять літ — забутий вартовий.&lt;br /&gt;</w:t>
        <w:br/>
        <w:t>На перемогу я не сподівався,&lt;br /&gt;</w:t>
        <w:br/>
        <w:t>Я знав, що з бою не вернусь живий.</w:t>
      </w:r>
    </w:p>
    <w:p>
      <w:r>
        <w:br/>
        <w:t>Я день і ніч не спав — не міг я спати,&lt;br /&gt;</w:t>
        <w:br/>
        <w:t>Коли усе навкруг, бувало, спить.&lt;br /&gt;</w:t>
        <w:br/>
        <w:t>(Бійці хропінням вміли розганяти&lt;br /&gt;</w:t>
        <w:br/>
        <w:t>Мій сон, як я дрімав коротку мить).</w:t>
      </w:r>
    </w:p>
    <w:p>
      <w:r>
        <w:br/>
        <w:t>Вночі, траплялось, острах серце стисне&lt;br /&gt;</w:t>
        <w:br/>
        <w:t>(Не знає страху лиш дурний мов пень),-&lt;br /&gt;</w:t>
        <w:br/>
        <w:t>Щоб розігнать його, дошкульну пісню&lt;br /&gt;</w:t>
        <w:br/>
        <w:t>Свищу, бувало,— знав я тих пісень!</w:t>
      </w:r>
    </w:p>
    <w:p>
      <w:r>
        <w:br/>
        <w:t>Стискаю зброю, а коли побачу —&lt;br /&gt;</w:t>
        <w:br/>
        <w:t>Підкрався підлий ворог крізь пітьму,&lt;br /&gt;</w:t>
        <w:br/>
        <w:t>Зведу курок і зажену гарячу,&lt;br /&gt;</w:t>
        <w:br/>
        <w:t>Добрячу кулю в черево йому.</w:t>
      </w:r>
    </w:p>
    <w:p>
      <w:r>
        <w:br/>
        <w:t>Та часом, знають це старі солдати,&lt;br /&gt;</w:t>
        <w:br/>
        <w:t>І підлий ворог не погано міг&lt;br /&gt;</w:t>
        <w:br/>
        <w:t>Стрілять з рушниці — ох, чи слід брехати,&lt;br /&gt;</w:t>
        <w:br/>
        <w:t>Одкрились рани — кров струмує з них.</w:t>
      </w:r>
    </w:p>
    <w:p>
      <w:r>
        <w:br/>
        <w:t>Одкрились рани... Що ж, підходьте сміло&lt;br /&gt;</w:t>
        <w:br/>
        <w:t>Мені на зміну, дужі вояки,-&lt;br /&gt;</w:t>
        <w:br/>
        <w:t>Я впав нездоланий, і зброя ціла,&lt;br /&gt;</w:t>
        <w:br/>
        <w:t>От тільки серце в грудях — на шматки!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Enfant perdu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