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Фабула про тантала</w:t>
      </w:r>
    </w:p>
    <w:p>
      <w:r>
        <w:br/>
        <w:t xml:space="preserve"> Цар Тантал якось на бенкет великий&lt;br /&gt;</w:t>
        <w:br/>
        <w:t>Цехмістра з богів до себе покликав.&lt;br /&gt;</w:t>
        <w:br/>
        <w:t>Йовиш добре знав політичні нрави,&lt;br /&gt;</w:t>
        <w:br/>
        <w:t>Кличе Тантала на небесні страви.&lt;br /&gt;</w:t>
        <w:br/>
        <w:t>І що було там! Небеснеє зало&lt;br /&gt;</w:t>
        <w:br/>
        <w:t>Зовсім Тантала перехверцювало.&lt;br /&gt;</w:t>
        <w:br/>
        <w:t>Йовиш тоді свого дорогого гостя&lt;br /&gt;</w:t>
        <w:br/>
        <w:t>Не хотів пустити без дарів, так просто.&lt;br /&gt;</w:t>
        <w:br/>
        <w:t>"Проси,— каже він,— що хоч по відході".&lt;br /&gt;</w:t>
        <w:br/>
        <w:t>"Дозволь мені їсти тут вічнії годи",-&lt;br /&gt;</w:t>
        <w:br/>
        <w:t>Відповів Тантал. Йовиш аж образивсь:&lt;br /&gt;</w:t>
        <w:br/>
        <w:t>Тантал аж таке просити наваживсь.&lt;br /&gt;</w:t>
        <w:br/>
        <w:t>Та знав він і силу шляхетному слову.&lt;br /&gt;</w:t>
        <w:br/>
        <w:t>"Хай буде,— сказав,— приходь сюди знову".&lt;br /&gt;</w:t>
        <w:br/>
        <w:t>Став Тантал відтоді їжу в небі мати,&lt;br /&gt;</w:t>
        <w:br/>
        <w:t>А там — що лиш хочеш, все можна взяти.&lt;br /&gt;</w:t>
        <w:br/>
        <w:t>Нектар там солодкий, вина чудесні,&lt;br /&gt;</w:t>
        <w:br/>
        <w:t>Тут горло смаки солодять небесні,&lt;br /&gt;</w:t>
        <w:br/>
        <w:t>Тут буйнеє свято, страв різні види,&lt;br /&gt;</w:t>
        <w:br/>
        <w:t>Що проти них усі панські обіди!&lt;br /&gt;</w:t>
        <w:br/>
        <w:t>Скрізь тут троянди розкішно пашіють,&lt;br /&gt;</w:t>
        <w:br/>
        <w:t>Чудні фіміами в повітрі мліють.&lt;br /&gt;</w:t>
        <w:br/>
        <w:t>У залах тих музи солодкогласні,&lt;br /&gt;</w:t>
        <w:br/>
        <w:t>Все сам підносить Ганімед прекрасний.&lt;br /&gt;</w:t>
        <w:br/>
        <w:t>Бахуса момсик танцює пресмішно,&lt;br /&gt;</w:t>
        <w:br/>
        <w:t>Блазні тут пики корчать превтішно.&lt;br /&gt;</w:t>
        <w:br/>
        <w:t>І хоч у тім хорі не бував Далольо,&lt;br /&gt;</w:t>
        <w:br/>
        <w:t>Однак за таких тут кращий Аполло.&lt;br /&gt;</w:t>
        <w:br/>
        <w:t>Коротко сказавши: чуття тілесні&lt;br /&gt;</w:t>
        <w:br/>
        <w:t>Тішили млостю ласощі чудесні.&lt;br /&gt;</w:t>
        <w:br/>
        <w:t>Тантал на все те дивиться свято,&lt;br /&gt;</w:t>
        <w:br/>
        <w:t>Зітхає тяжко, хоч всього багато.&lt;br /&gt;</w:t>
        <w:br/>
        <w:t>Корчиться з муки, страхом залитий,&lt;br /&gt;</w:t>
        <w:br/>
        <w:t>Трясцею наче лютою битий.&lt;br /&gt;</w:t>
        <w:br/>
        <w:t>Що ж таке сталось? Зверху, крізь хороми,&lt;br /&gt;</w:t>
        <w:br/>
        <w:t>Спущений камінь завис до сіроми.&lt;br /&gt;</w:t>
        <w:br/>
        <w:t>Висить важезно над головою&lt;br /&gt;</w:t>
        <w:br/>
        <w:t>І не дає посидіти в спокою.&lt;br /&gt;</w:t>
        <w:br/>
        <w:t>Боїться Тантал — як тільки він зрушить,&lt;br /&gt;</w:t>
        <w:br/>
        <w:t>Зірветься на нього тягар і роздушить.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Фабула про тантала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