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Федько Зошит</w:t>
      </w:r>
    </w:p>
    <w:p>
      <w:r>
        <w:br/>
        <w:t xml:space="preserve"> &lt;p&gt;(Сумний жарт)</w:t>
      </w:r>
    </w:p>
    <w:p>
      <w:r>
        <w:br/>
        <w:t>Федько Луговий учився не дуже... Йому нелегко було дійти до сьомого класу.</w:t>
      </w:r>
    </w:p>
    <w:p>
      <w:r>
        <w:br/>
        <w:t>Він із класу в клас переходив, ніби на Ельбрус видирався: "візьме" наступний клас, аж упріє, бідолаха, аж голова йому йде обертом. Так ото йому було трудно "брати" цей крутий підйом.</w:t>
      </w:r>
    </w:p>
    <w:p>
      <w:r>
        <w:br/>
        <w:t>Як переходив у перший раз Федько Луговий з четвертого класу в п'ятий, він так, сердега, заморився, що довелося аж цілий рік у четвертому класі перепочивати, ніби на туристській базі.</w:t>
      </w:r>
    </w:p>
    <w:p>
      <w:r>
        <w:br/>
        <w:t>У сьомому класі вже ясно виявилося, що Федько Луговий— шатен і що вуса і баки в нього чорняві.</w:t>
      </w:r>
    </w:p>
    <w:p>
      <w:r>
        <w:br/>
        <w:t>Вуса, хоч вони й чорняві, Федько рішуче голив, баки, хоч отакенькі, а попускав, і коли в нього парикмахер ввічливо запитував: "Вам рівно чи косо?",— Федько, не дивлячись на парикмахера, тихо відповідав:</w:t>
      </w:r>
    </w:p>
    <w:p>
      <w:r>
        <w:br/>
        <w:t>— Косо! Тільки трішечки!</w:t>
      </w:r>
    </w:p>
    <w:p>
      <w:r>
        <w:br/>
        <w:t>Чуба Федько зачісував на лівий бік і на лоб напускав. Чуб у його був густий і кучерявий, це спереду, а на потилиці голо: "бокс!"</w:t>
      </w:r>
    </w:p>
    <w:p>
      <w:r>
        <w:br/>
        <w:t>У сьомому класі Федько не так зрадів новим підручникам, як новим хромовим чобіткам, з м'якими халявками на білій підклейці.</w:t>
      </w:r>
    </w:p>
    <w:p>
      <w:r>
        <w:br/>
        <w:t>Як же він прохав у мами і як він благав:</w:t>
      </w:r>
    </w:p>
    <w:p>
      <w:r>
        <w:br/>
        <w:t>— Мамо, чоботи! Тільки чоботи!</w:t>
      </w:r>
    </w:p>
    <w:p>
      <w:r>
        <w:br/>
        <w:t>— А чому ти не хочеш черевиків?</w:t>
      </w:r>
    </w:p>
    <w:p>
      <w:r>
        <w:br/>
        <w:t>Вони дешеві, та й добрі тепер роблять у нас черевики. Куплю я тобі черевики! — говорила мати.</w:t>
      </w:r>
    </w:p>
    <w:p>
      <w:r>
        <w:br/>
        <w:t>— Ма-а-мо, чоботи! — аж плакав Федько.</w:t>
      </w:r>
    </w:p>
    <w:p>
      <w:r>
        <w:br/>
        <w:t>— Чого тобі ті чоботи! Он і Оленці треба, вона теж почала в школу ходити!</w:t>
      </w:r>
    </w:p>
    <w:p>
      <w:r>
        <w:br/>
        <w:t>Чоботи дорогі, за ті гроші я тобі й Оленці черевики куплю.</w:t>
      </w:r>
    </w:p>
    <w:p>
      <w:r>
        <w:br/>
        <w:t>— Ма-а-мо, чоботи! — ридав Федько.</w:t>
      </w:r>
    </w:p>
    <w:p>
      <w:r>
        <w:br/>
        <w:t>Оленка, сестричка Федькова, дуже любила свого брата, вона обняла матір:</w:t>
      </w:r>
    </w:p>
    <w:p>
      <w:r>
        <w:br/>
        <w:t>— Мамуню! Купи Федькові чоботи, а я в стареньких черевичках походжу, вони ще в мене добрі!</w:t>
      </w:r>
    </w:p>
    <w:p>
      <w:r>
        <w:br/>
        <w:t>Купила мати Федькові чоботи.</w:t>
      </w:r>
    </w:p>
    <w:p>
      <w:r>
        <w:br/>
        <w:t>Цілий вечір Федько сидів й одвертав халяви, щоб було видно білу підклейку, а штани все випрасовував — щоб із "напуском".</w:t>
      </w:r>
    </w:p>
    <w:p>
      <w:r>
        <w:br/>
        <w:t>— І навіщо ото чоботи псувати? — дивувалась мати. — Та некрасиво ж!</w:t>
      </w:r>
    </w:p>
    <w:p>
      <w:r>
        <w:br/>
        <w:t>А Оленка:</w:t>
      </w:r>
    </w:p>
    <w:p>
      <w:r>
        <w:br/>
        <w:t>— Мамуню! Всі хлопці тепер так ходять... От і Федя так ходе.</w:t>
      </w:r>
    </w:p>
    <w:p>
      <w:r>
        <w:br/>
        <w:t>— А чи всі оті, що з вивернутими халявами, трійки, а іноді й двійки додому приносять? — хитала головою мати!</w:t>
      </w:r>
    </w:p>
    <w:p>
      <w:r>
        <w:br/>
        <w:t>— Він виправиться, мамуню,— захищала Оленка Федька.</w:t>
      </w:r>
    </w:p>
    <w:p>
      <w:r>
        <w:br/>
        <w:t>— Ти все, Оленко, його захищаєш! — говорила мати.</w:t>
      </w:r>
    </w:p>
    <w:p>
      <w:r>
        <w:br/>
        <w:t>— Бо він мій братік!</w:t>
      </w:r>
    </w:p>
    <w:p>
      <w:r>
        <w:br/>
        <w:t>Оленка була відмінниця і частенько глузувала з Феді:</w:t>
      </w:r>
    </w:p>
    <w:p>
      <w:r>
        <w:br/>
        <w:t>— Сьогодні на парі чи на трійці приїхав?</w:t>
      </w:r>
    </w:p>
    <w:p>
      <w:r>
        <w:br/>
        <w:t>Федько не дуже сердився на Оленку. Один тільки раз він сильно розгнівався, коли Оленка сказала матері:</w:t>
      </w:r>
    </w:p>
    <w:p>
      <w:r>
        <w:br/>
        <w:t>— А в нашого Федька палітурки в книжках так позадиралися, як халяви в чоботях! А із зоології вчитель таку якусь йому двійку вивів, ніби з "напуском", як штани в халявах!</w:t>
      </w:r>
    </w:p>
    <w:p>
      <w:r>
        <w:br/>
        <w:t>Федько крикнув: "Замовч!", підбіг і замахнувся на Оленку кулаком.</w:t>
      </w:r>
    </w:p>
    <w:p>
      <w:r>
        <w:br/>
        <w:t>Оленка зблідла й завмерла. Губи в неї засмикались, а не заплакала — стрималась. Тільки промовила:</w:t>
      </w:r>
    </w:p>
    <w:p>
      <w:r>
        <w:br/>
        <w:t>— Отакий ти! Із зоології двійка, а замахуєшся!</w:t>
      </w:r>
    </w:p>
    <w:p>
      <w:r>
        <w:br/>
        <w:t>А мати йому:</w:t>
      </w:r>
    </w:p>
    <w:p>
      <w:r>
        <w:br/>
        <w:t>— Стидайся! Парубок уже: на голові "бокс", халяви одгорнуті, штани з напуском, а маленьку сестричку хотів ударить. А вона тебе так любить.</w:t>
      </w:r>
    </w:p>
    <w:p>
      <w:r>
        <w:br/>
        <w:t>— А чого вона двійкою очі коле? Хай спробує сама зоологію...</w:t>
      </w:r>
    </w:p>
    <w:p>
      <w:r>
        <w:br/>
        <w:t>— А що там такого, в зоології! Що тебе спитали?</w:t>
      </w:r>
    </w:p>
    <w:p>
      <w:r>
        <w:br/>
        <w:t>— Про корову!</w:t>
      </w:r>
    </w:p>
    <w:p>
      <w:r>
        <w:br/>
        <w:t>— Що ж ти, корови не бачив? — підскочила Оленка.</w:t>
      </w:r>
    </w:p>
    <w:p>
      <w:r>
        <w:br/>
        <w:t>— Про коров'ячий шлунок спитали! А він — трудний! — прогув Федько.</w:t>
      </w:r>
    </w:p>
    <w:p>
      <w:r>
        <w:br/>
        <w:t>— Чим трудний?</w:t>
      </w:r>
    </w:p>
    <w:p>
      <w:r>
        <w:br/>
        <w:t>— Складний дуже! Аж чотири частини має! Я три пригадав, а четверту забув...</w:t>
      </w:r>
    </w:p>
    <w:p>
      <w:r>
        <w:br/>
        <w:t>— Як? — зацікавилася мати.</w:t>
      </w:r>
    </w:p>
    <w:p>
      <w:r>
        <w:br/>
        <w:t>— Та як? Сказав про рубець, про сітку, про сичуг, а про книжку в коров'ячому шлунку забув. А Петько Чорний хотів підказати та й показав мені книжку, а я думав, що зошит, і бовкнув: "зошит!". Ну й — двійка!</w:t>
      </w:r>
    </w:p>
    <w:p>
      <w:r>
        <w:br/>
        <w:t>Мати сумно похитала головою:</w:t>
      </w:r>
    </w:p>
    <w:p>
      <w:r>
        <w:br/>
        <w:t>— Частіше треба у книжку дивитися!</w:t>
      </w:r>
    </w:p>
    <w:p>
      <w:r>
        <w:br/>
        <w:t>— Ат! — махнув рукою Федько.</w:t>
      </w:r>
    </w:p>
    <w:p>
      <w:r>
        <w:br/>
        <w:t>А Оленка приснула й у подушку головою:</w:t>
      </w:r>
    </w:p>
    <w:p>
      <w:r>
        <w:br/>
        <w:t>— Федько Зошит!</w:t>
      </w:r>
    </w:p>
    <w:p>
      <w:r>
        <w:br/>
        <w:t>Федько дуже не любить, коли його Оленка зошитом обзиває.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Федько Зошит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