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Фронтові поезії</w:t>
      </w:r>
    </w:p>
    <w:p>
      <w:r>
        <w:br/>
        <w:t xml:space="preserve"> АТАКА</w:t>
      </w:r>
    </w:p>
    <w:p>
      <w:r>
        <w:br/>
        <w:t>Скрегоче залізом округа,&lt;br /&gt;</w:t>
        <w:br/>
        <w:t>Смертю повітря фурчить.&lt;br /&gt;</w:t>
        <w:br/>
        <w:t>Я знаю той ступінь напруги.&lt;br /&gt;</w:t>
        <w:br/>
        <w:t>Коли вже ніщо не страшить.&lt;br /&gt;</w:t>
        <w:br/>
        <w:t>Святе божевілля атаки&lt;br /&gt;</w:t>
        <w:br/>
        <w:t>В тобі поглинає все.&lt;br /&gt;</w:t>
        <w:br/>
        <w:t>Через яри і байраки&lt;br /&gt;</w:t>
        <w:br/>
        <w:t>Незнавана сила несе.&lt;br /&gt;</w:t>
        <w:br/>
        <w:t>Немає ні рідних, ні любих,&lt;br /&gt;</w:t>
        <w:br/>
        <w:t>Нема ні жалю, ні тривог.&lt;br /&gt;</w:t>
        <w:br/>
        <w:t>Байдужим стаєш до згуби,&lt;br /&gt;</w:t>
        <w:br/>
        <w:t>Могутнім стаєш, як бог.&lt;br /&gt;</w:t>
        <w:br/>
        <w:t>1942</w:t>
      </w:r>
    </w:p>
    <w:p>
      <w:r>
        <w:br/>
        <w:t>ВІХОЛА&lt;br /&gt;</w:t>
        <w:br/>
        <w:t>Нагадала мені віхола,&lt;br /&gt;</w:t>
        <w:br/>
        <w:t>Що окоп мій заміта,&lt;br /&gt;</w:t>
        <w:br/>
        <w:t>Як ти в госпіталь приїхала,&lt;br /&gt;</w:t>
        <w:br/>
        <w:t>Вся від сонця золота.&lt;br /&gt;</w:t>
        <w:br/>
        <w:t>Вся в цвіту пругкої зрілості,&lt;br /&gt;</w:t>
        <w:br/>
        <w:t>Смаглощока і тута,&lt;br /&gt;</w:t>
        <w:br/>
        <w:t>Від дівочої невмілості&lt;br /&gt;</w:t>
        <w:br/>
        <w:t>Іще більше дорога.&lt;br /&gt;</w:t>
        <w:br/>
        <w:t>Чи й тобі оця хурделиця&lt;br /&gt;</w:t>
        <w:br/>
        <w:t>Хоч що-небудь нагада?&lt;br /&gt;</w:t>
        <w:br/>
        <w:t>...Сніг сухий степами стелеться&lt;br /&gt;</w:t>
        <w:br/>
        <w:t>І окоп мій заміта.&lt;br /&gt;</w:t>
        <w:br/>
        <w:t>1943</w:t>
      </w:r>
    </w:p>
    <w:p>
      <w:r>
        <w:br/>
        <w:t>НАД БУГОМ</w:t>
      </w:r>
    </w:p>
    <w:p>
      <w:r>
        <w:br/>
        <w:t>Сядем тут відпочинемо, друже,&lt;br /&gt;</w:t>
        <w:br/>
        <w:t>Розіславши на камінь шинель.&lt;br /&gt;</w:t>
        <w:br/>
        <w:t>Ой широко розлився ти, Буже,&lt;br /&gt;</w:t>
        <w:br/>
        <w:t>Ой далеко плисти до тих скель!&lt;br /&gt;</w:t>
        <w:br/>
        <w:t>Кожен раз, як кисет добуваю,&lt;br /&gt;</w:t>
        <w:br/>
        <w:t>Що її вишивала рука,&lt;br /&gt;</w:t>
        <w:br/>
        <w:t>Пригадаю, усе пригадаю,&lt;br /&gt;</w:t>
        <w:br/>
        <w:t>Поруч мене вона виника.&lt;br /&gt;</w:t>
        <w:br/>
        <w:t>Біла шия в разках намиста.&lt;br /&gt;</w:t>
        <w:br/>
        <w:t>Наче шовк, шелестять слова.&lt;br /&gt;</w:t>
        <w:br/>
        <w:t>Де ти, зірко моя промениста,&lt;br /&gt;</w:t>
        <w:br/>
        <w:t>Українко моя степова?&lt;br /&gt;</w:t>
        <w:br/>
        <w:t>Зберігай, бережи свої чари,&lt;br /&gt;</w:t>
        <w:br/>
        <w:t>Хай міцніють щодень, як вино.&lt;br /&gt;</w:t>
        <w:br/>
        <w:t>...Багрягііє на заході хмара,&lt;br /&gt;</w:t>
        <w:br/>
        <w:t>Як високе моє знамено.&lt;br /&gt;</w:t>
        <w:br/>
        <w:t>1944</w:t>
      </w:r>
    </w:p>
    <w:p>
      <w:r>
        <w:br/>
        <w:t>Моя ти зоре, румунські гори&lt;br /&gt;</w:t>
        <w:br/>
        <w:t>Стоять кругом, кругом.&lt;br /&gt;</w:t>
        <w:br/>
        <w:t>А думи вільні, а думи хвильні&lt;br /&gt;</w:t>
        <w:br/>
        <w:t>Витають десь поза Дніпром.&lt;br /&gt;</w:t>
        <w:br/>
        <w:t>Сіріють доти чужі навпроти.&lt;br /&gt;</w:t>
        <w:br/>
        <w:t>Нічого більш нема.&lt;br /&gt;</w:t>
        <w:br/>
        <w:t>А там десь дома весна знайома&lt;br /&gt;</w:t>
        <w:br/>
        <w:t>Зелені руки підійма.&lt;br /&gt;</w:t>
        <w:br/>
        <w:t>Зі сходу вітер духмяних квітів&lt;br /&gt;</w:t>
        <w:br/>
        <w:t>Довіяв аромат.&lt;br /&gt;</w:t>
        <w:br/>
        <w:t>Чиє кохання, чиї зітхання&lt;br /&gt;</w:t>
        <w:br/>
        <w:t>Донеслись вітром до Карпат?&lt;br /&gt;</w:t>
        <w:br/>
        <w:t>Моя ти зоре, високі гори&lt;br /&gt;</w:t>
        <w:br/>
        <w:t>Нас не розлучать, ні!&lt;br /&gt;</w:t>
        <w:br/>
        <w:t>Як вірна поміч, зі мною поруч&lt;br /&gt;</w:t>
        <w:br/>
        <w:t>Ідеш ти завжди на війні.&lt;br /&gt;</w:t>
        <w:br/>
        <w:t>1944</w:t>
      </w:r>
    </w:p>
    <w:p>
      <w:r>
        <w:br/>
        <w:t>ДУМИ ПРО БАТЬКІВЩИНУ</w:t>
      </w:r>
    </w:p>
    <w:p>
      <w:r>
        <w:br/>
        <w:t>Здрастуй, мій сонячний краю,&lt;br /&gt;</w:t>
        <w:br/>
        <w:t>Ти снишся мені і тут,&lt;br /&gt;</w:t>
        <w:br/>
        <w:t>Серцем щодня я літаю&lt;br /&gt;</w:t>
        <w:br/>
        <w:t>До тебе, за бистрий Прут.&lt;br /&gt;</w:t>
        <w:br/>
        <w:t>Як пишуть листи солдати,&lt;br /&gt;</w:t>
        <w:br/>
        <w:t>Тужливо стає мені.&lt;br /&gt;</w:t>
        <w:br/>
        <w:t>Кому ж мені написати,&lt;br /&gt;</w:t>
        <w:br/>
        <w:t>Якій догукнути рідні?&lt;br /&gt;</w:t>
        <w:br/>
        <w:t>Той — мамі, а той — дружині,&lt;br /&gt;</w:t>
        <w:br/>
        <w:t>Той — сестрам, а той — братам.&lt;br /&gt;</w:t>
        <w:br/>
        <w:t>А я напишу — Україні!&lt;br /&gt;</w:t>
        <w:br/>
        <w:t>Сонцю її і степам,&lt;br /&gt;</w:t>
        <w:br/>
        <w:t>Сивим, як згадки, могилам,&lt;br /&gt;</w:t>
        <w:br/>
        <w:t>Що тонуть в імлі голубій,&lt;br /&gt;</w:t>
        <w:br/>
        <w:t>Шляхам, окутаним пилом,&lt;br /&gt;</w:t>
        <w:br/>
        <w:t>Якими пішли ми в бій.&lt;br /&gt;</w:t>
        <w:br/>
        <w:t>Бачу далекі вершини&lt;br /&gt;</w:t>
        <w:br/>
        <w:t>В тумани повитих Карпат.&lt;br /&gt;</w:t>
        <w:br/>
        <w:t>Може, моя то Вкраїна&lt;br /&gt;</w:t>
        <w:br/>
        <w:t>Біліє черідкою хат?&lt;br /&gt;</w:t>
        <w:br/>
        <w:t>Слово, в бою огрубіле,&lt;br /&gt;</w:t>
        <w:br/>
        <w:t>У тому краю забрини,&lt;br /&gt;</w:t>
        <w:br/>
        <w:t>Де вишні в убранні білім&lt;br /&gt;</w:t>
        <w:br/>
        <w:t>Мене виглядають з війни.&lt;br /&gt;</w:t>
        <w:br/>
        <w:t>1944</w:t>
      </w:r>
    </w:p>
    <w:p>
      <w:r>
        <w:br/>
        <w:t>МЕНЕ ВІЙНА ВЕДЕ ВСЕ ДАЛІ</w:t>
      </w:r>
    </w:p>
    <w:p>
      <w:r>
        <w:br/>
        <w:t>Мене війна веде все далі&lt;br /&gt;</w:t>
        <w:br/>
        <w:t>Просторами чужих земель.&lt;br /&gt;</w:t>
        <w:br/>
        <w:t>Де й наші птиці не літали,&lt;br /&gt;</w:t>
        <w:br/>
        <w:t>Іду, мов давній менестрель.&lt;br /&gt;</w:t>
        <w:br/>
        <w:t>Я вірю в пісню, як в молитву,&lt;br /&gt;</w:t>
        <w:br/>
        <w:t>І смерть, здається, на війні&lt;br /&gt;</w:t>
        <w:br/>
        <w:t>Щадить мене в найтяжчих битвах&lt;br /&gt;</w:t>
        <w:br/>
        <w:t>За... недоспівані пісні.&lt;br /&gt;</w:t>
        <w:br/>
        <w:t>Коли при спалахах заграви&lt;br /&gt;</w:t>
        <w:br/>
        <w:t>Вночі, ввірвавшися у дзот,&lt;br /&gt;</w:t>
        <w:br/>
        <w:t>Я дістаю із-за халяви&lt;br /&gt;</w:t>
        <w:br/>
        <w:t>З піснями вольними блокнот&lt;br /&gt;</w:t>
        <w:br/>
        <w:t>І на трофейному папері&lt;br /&gt;</w:t>
        <w:br/>
        <w:t>Лягає туга і печаль,—&lt;br /&gt;</w:t>
        <w:br/>
        <w:t>Я наче відкриваю двері&lt;br /&gt;</w:t>
        <w:br/>
        <w:t>У рідний дім, у рідну даль...&lt;br /&gt;</w:t>
        <w:br/>
        <w:t>І, як сновиддя золоте,&lt;br /&gt;</w:t>
        <w:br/>
        <w:t>Мені тоді снується&lt;br /&gt;</w:t>
        <w:br/>
        <w:t>Про давнє і дзвінке! Про те,&lt;br /&gt;</w:t>
        <w:br/>
        <w:t>Що плаче і сміється...&lt;br /&gt;</w:t>
        <w:br/>
        <w:t>Наказ: "Вперед!" Я знов ховаю&lt;br /&gt;</w:t>
        <w:br/>
        <w:t>Окопну лірику свою.&lt;br /&gt;</w:t>
        <w:br/>
        <w:t>І в повен зріст — до того краю,&lt;br /&gt;</w:t>
        <w:br/>
        <w:t>Де знову бути нам в бою.&lt;br /&gt;</w:t>
        <w:br/>
        <w:t>1944</w:t>
      </w:r>
    </w:p>
    <w:p>
      <w:r>
        <w:br/>
        <w:t>НІЧ У КАРПАТАХ</w:t>
      </w:r>
    </w:p>
    <w:p>
      <w:r>
        <w:br/>
        <w:t>Красива ніч, велика ніч,&lt;br /&gt;</w:t>
        <w:br/>
        <w:t>Як марево сторіч.&lt;br /&gt;</w:t>
        <w:br/>
        <w:t>Достиглий місяць з висоти&lt;br /&gt;</w:t>
        <w:br/>
        <w:t>Освітлює хребти.&lt;br /&gt;</w:t>
        <w:br/>
        <w:t>По каменю мій кінь ступа,&lt;br /&gt;</w:t>
        <w:br/>
        <w:t>Вузька моя тропа!&lt;br /&gt;</w:t>
        <w:br/>
        <w:t>Внизу озера білі хмар&lt;br /&gt;</w:t>
        <w:br/>
        <w:t>І сторожкий мадяр.&lt;br /&gt;</w:t>
        <w:br/>
        <w:t>З собою я везу в сідлі&lt;br /&gt;</w:t>
        <w:br/>
        <w:t>Пісні моїй землі:&lt;br /&gt;</w:t>
        <w:br/>
        <w:t>"Якщо убитий в цих горах,&lt;br /&gt;</w:t>
        <w:br/>
        <w:t>Мій коню, буду я,&lt;br /&gt;</w:t>
        <w:br/>
        <w:t>Лети на схід, лети, мов птах,&lt;br /&gt;</w:t>
        <w:br/>
        <w:t>Домівка там моя.&lt;br /&gt;</w:t>
        <w:br/>
        <w:t>Помчиш ти в куряві доріг,&lt;br /&gt;</w:t>
        <w:br/>
        <w:t>В закровленім сідлі&lt;br /&gt;</w:t>
        <w:br/>
        <w:t>Усе, що зберегти я зміг&lt;br /&gt;</w:t>
        <w:br/>
        <w:t>Для-рідної землі:&lt;br /&gt;</w:t>
        <w:br/>
        <w:t>Й мою любов, і серця кров,&lt;br /&gt;</w:t>
        <w:br/>
        <w:t>І трепетні пісні,&lt;br /&gt;</w:t>
        <w:br/>
        <w:t>Що, їх складаючи, ішов&lt;br /&gt;</w:t>
        <w:br/>
        <w:t>В чужій я стороні..."&lt;br /&gt;</w:t>
        <w:br/>
        <w:t>Висока ніч, велика ніч,&lt;br /&gt;</w:t>
        <w:br/>
        <w:t>Як марево сторіч.&lt;br /&gt;</w:t>
        <w:br/>
        <w:t>І, скільки мій засягне зір,—&lt;br /&gt;</w:t>
        <w:br/>
        <w:t>Стоять вершини гір.&lt;br /&gt;</w:t>
        <w:br/>
        <w:t>1944</w:t>
      </w:r>
    </w:p>
    <w:p>
      <w:r>
        <w:br/>
        <w:t>ТРАНСІЛЬВАНСЬКИЙ&lt;br /&gt;</w:t>
        <w:br/>
        <w:t>МАРШ</w:t>
      </w:r>
    </w:p>
    <w:p>
      <w:r>
        <w:br/>
        <w:t>Запасні в'яжу підкови&lt;br /&gt;</w:t>
        <w:br/>
        <w:t>До луки сідла.&lt;br /&gt;</w:t>
        <w:br/>
        <w:t>В чужі гори нам дорога.&lt;br /&gt;</w:t>
        <w:br/>
        <w:t>Ніби меч, лягла.&lt;br /&gt;</w:t>
        <w:br/>
        <w:t>Рвуться коні.&lt;br /&gt;</w:t>
        <w:br/>
        <w:t>Камінь дзвонить.&lt;br /&gt;</w:t>
        <w:br/>
        <w:t>Віддає луна,&lt;br /&gt;</w:t>
        <w:br/>
        <w:t>В межигір'ях, у бескеттях&lt;br /&gt;</w:t>
        <w:br/>
        <w:t>Гоготить війна.&lt;br /&gt;</w:t>
        <w:br/>
        <w:t>Буреломи та потоки,&lt;br /&gt;</w:t>
        <w:br/>
        <w:t>Та дзвінкі мости.&lt;br /&gt;</w:t>
        <w:br/>
        <w:t>Крешуть іскри на всі боки&lt;br /&gt;</w:t>
        <w:br/>
        <w:t>Чорні копити.&lt;br /&gt;</w:t>
        <w:br/>
        <w:t>Не впадуть на камінь роси,&lt;br /&gt;</w:t>
        <w:br/>
        <w:t>Бо ми вище хмар.&lt;br /&gt;</w:t>
        <w:br/>
        <w:t>В мене кінь не буде босий —&lt;br /&gt;</w:t>
        <w:br/>
        <w:t>Підкує мадяр.&lt;br /&gt;</w:t>
        <w:br/>
        <w:t>А не знайдеться мадяра —&lt;br /&gt;</w:t>
        <w:br/>
        <w:t>Підкуєм самі.&lt;br /&gt;</w:t>
        <w:br/>
        <w:t>Гори день і ніч говорять,&lt;br /&gt;</w:t>
        <w:br/>
        <w:t>А були німі.&lt;br /&gt;</w:t>
        <w:br/>
        <w:t>1944</w:t>
      </w:r>
    </w:p>
    <w:p>
      <w:r>
        <w:br/>
        <w:t>В ГОРИ</w:t>
      </w:r>
    </w:p>
    <w:p>
      <w:r>
        <w:br/>
        <w:t>Угору та вгору, один за одним.&lt;br /&gt;</w:t>
        <w:br/>
        <w:t>Тисне нам сонце важке на плечі.&lt;br /&gt;</w:t>
        <w:br/>
        <w:t>І сонце здіймаєм! Катовані цим,&lt;br /&gt;</w:t>
        <w:br/>
        <w:t>Його ми возносим, його ми предтечі.&lt;br /&gt;</w:t>
        <w:br/>
        <w:t>У плечі солоні уївся станкач.&lt;br /&gt;</w:t>
        <w:br/>
        <w:t>Коней останніх покинули вчора.&lt;br /&gt;</w:t>
        <w:br/>
        <w:t>Не в силі впіймати уже передач&lt;br /&gt;</w:t>
        <w:br/>
        <w:t>Віддалених рація наша. А гори&lt;br /&gt;</w:t>
        <w:br/>
        <w:t>Зімкнулись, як вежі тяжкі, навкруги.&lt;br /&gt;</w:t>
        <w:br/>
        <w:t>Мало в нас неба! Мало блакиті!&lt;br /&gt;</w:t>
        <w:br/>
        <w:t>Впрігшись у зброю, немов у плуги,&lt;br /&gt;</w:t>
        <w:br/>
        <w:t>Тягнем до неба, потом облиті.&lt;br /&gt;</w:t>
        <w:br/>
        <w:t>А хочеться степу. Скоріше б із гір&lt;br /&gt;</w:t>
        <w:br/>
        <w:t>На вольну зелену рівнину!&lt;br /&gt;</w:t>
        <w:br/>
        <w:t>...Потріскані губи, запалений зір,&lt;br /&gt;</w:t>
        <w:br/>
        <w:t>І в ньому — готовність іти до загину.&lt;br /&gt;</w:t>
        <w:br/>
        <w:t>Трансільванія,&lt;br /&gt;</w:t>
        <w:br/>
        <w:t>1944</w:t>
      </w:r>
    </w:p>
    <w:p>
      <w:r>
        <w:br/>
        <w:t>СПЕКА В ГОРАХ</w:t>
      </w:r>
    </w:p>
    <w:p>
      <w:r>
        <w:br/>
        <w:t>Батьківщино, для нас підійми&lt;br /&gt;</w:t>
        <w:br/>
        <w:t>Чорну хмару далеку.&lt;br /&gt;</w:t>
        <w:br/>
        <w:t>На безводді потріскались ми,&lt;br /&gt;</w:t>
        <w:br/>
        <w:t>Ніби камінь у спеку.&lt;br /&gt;</w:t>
        <w:br/>
        <w:t>Батьківщино, здалека пошли,&lt;br /&gt;</w:t>
        <w:br/>
        <w:t>Хоч у хмарах, вологи.&lt;br /&gt;</w:t>
        <w:br/>
        <w:t>Потемніли твої соколи&lt;br /&gt;</w:t>
        <w:br/>
        <w:t>У горах від знемоги!&lt;br /&gt;</w:t>
        <w:br/>
        <w:t>І вставала одна з-за Дніпра,&lt;br /&gt;</w:t>
        <w:br/>
        <w:t>А друга — із Дунаю.&lt;br /&gt;</w:t>
        <w:br/>
        <w:t>Котру мати, а котру сестра&lt;br /&gt;</w:t>
        <w:br/>
        <w:t>Посилала — не знаю...&lt;br /&gt;</w:t>
        <w:br/>
        <w:t>1944</w:t>
      </w:r>
    </w:p>
    <w:p>
      <w:r>
        <w:br/>
        <w:t>ГІРСЬКИЙ ЕТЮД</w:t>
      </w:r>
    </w:p>
    <w:p>
      <w:r>
        <w:br/>
        <w:t>Мов дівчата худенькі, ялини&lt;br /&gt;</w:t>
        <w:br/>
        <w:t>Розбрелись по безплоддю гір.&lt;br /&gt;</w:t>
        <w:br/>
        <w:t>Дерев'яна гірська хатина,&lt;br /&gt;</w:t>
        <w:br/>
        <w:t>Чорних буйволів повен двір,&lt;br /&gt;</w:t>
        <w:br/>
        <w:t>І хазяйська дочка маДярка&lt;br /&gt;</w:t>
        <w:br/>
        <w:t>Виносить мені молока.&lt;br /&gt;</w:t>
        <w:br/>
        <w:t>Усміхнулась до мене жарко,&lt;br /&gt;</w:t>
        <w:br/>
        <w:t>Та усмішка її не така,&lt;br /&gt;</w:t>
        <w:br/>
        <w:t>Як у тої, що десь у школі&lt;br /&gt;</w:t>
        <w:br/>
        <w:t>Перед дітьми сумна стоїть,—&lt;br /&gt;</w:t>
        <w:br/>
        <w:t>Від мене, від скель цих голих&lt;br /&gt;</w:t>
        <w:br/>
        <w:t>На відстані цілих століть.&lt;br /&gt;</w:t>
        <w:br/>
        <w:t>Трансільванія,&lt;br /&gt;</w:t>
        <w:br/>
        <w:t>1944</w:t>
      </w:r>
    </w:p>
    <w:p>
      <w:r>
        <w:br/>
        <w:t>ЗЕМЛЯЧКА</w:t>
      </w:r>
    </w:p>
    <w:p>
      <w:r>
        <w:br/>
        <w:t>В країні скелястій, країні убогій,&lt;br /&gt;</w:t>
        <w:br/>
        <w:t>У горах високих, найближче до бога,&lt;br /&gt;</w:t>
        <w:br/>
        <w:t>Де жити не хочуть і сірі тумани,&lt;br /&gt;</w:t>
        <w:br/>
        <w:t>Де тільки гуляють вітри та бурани&lt;br /&gt;</w:t>
        <w:br/>
        <w:t>Та, гір цих самотніх самотня цариця,&lt;br /&gt;</w:t>
        <w:br/>
        <w:t>У небі ясному кружляє орлиця,—&lt;br /&gt;</w:t>
        <w:br/>
        <w:t>Сьогодні, як видиво рідних степів,&lt;br /&gt;</w:t>
        <w:br/>
        <w:t>Тебе я на скелі зустрів.&lt;br /&gt;</w:t>
        <w:br/>
        <w:t>Косинка біленька, з пакетами сумка,&lt;br /&gt;</w:t>
        <w:br/>
        <w:t>Подряпані руки в засохлій крові.&lt;br /&gt;</w:t>
        <w:br/>
        <w:t>Втомившись, присіла, сухар собі хрумка,&lt;br /&gt;</w:t>
        <w:br/>
        <w:t>Як білка горіхи свої лісові.&lt;br /&gt;</w:t>
        <w:br/>
        <w:t>Дивлюся на тебе, а бачу Украйну,&lt;br /&gt;</w:t>
        <w:br/>
        <w:t>Сміюся до тебе, а плачу в душі.&lt;br /&gt;</w:t>
        <w:br/>
        <w:t>Усі мої втрати, і болі, і тайни&lt;br /&gt;</w:t>
        <w:br/>
        <w:t>Ти в сумці принесла в ці гори чужі.&lt;br /&gt;</w:t>
        <w:br/>
        <w:t>Трансільванія,&lt;br /&gt;</w:t>
        <w:br/>
        <w:t>1944</w:t>
      </w:r>
    </w:p>
    <w:p>
      <w:r>
        <w:br/>
        <w:t>ПЛАЦДАРМ</w:t>
      </w:r>
    </w:p>
    <w:p>
      <w:r>
        <w:br/>
        <w:t>Ми вночі підійшли до ріки,&lt;br /&gt;</w:t>
        <w:br/>
        <w:t>Форсували із ходу її.&lt;br /&gt;</w:t>
        <w:br/>
        <w:t>У підхмар'ї заграв маяки&lt;br /&gt;</w:t>
        <w:br/>
        <w:t>Нам горять в несходимі краї.&lt;br /&gt;</w:t>
        <w:br/>
        <w:t>Ким ти зміряна, збройна пітьма?&lt;br /&gt;</w:t>
        <w:br/>
        <w:t>Де твої причаїлись пости?&lt;br /&gt;</w:t>
        <w:br/>
        <w:t>Повороту з плацдарму нема,&lt;br /&gt;</w:t>
        <w:br/>
        <w:t>Не настелені нам ще мости,&lt;br /&gt;</w:t>
        <w:br/>
        <w:t>І не треба! З цієї землі&lt;br /&gt;</w:t>
        <w:br/>
        <w:t>До своїх не зійдем переправ.&lt;br /&gt;</w:t>
        <w:br/>
        <w:t>Капітане! Пали кораблі,&lt;br /&gt;</w:t>
        <w:br/>
        <w:t>Тільки мужність у серці зостав.&lt;br /&gt;</w:t>
        <w:br/>
        <w:t>Тиса — Пюшпекі,&lt;br /&gt;</w:t>
        <w:br/>
        <w:t>1944&lt;br /&gt;</w:t>
        <w:br/>
        <w:t>Без краю топкі болота,&lt;br /&gt;</w:t>
        <w:br/>
        <w:t>Без краю пагубні озерця.&lt;br /&gt;</w:t>
        <w:br/>
        <w:t>Перед очима встала та,&lt;br /&gt;</w:t>
        <w:br/>
        <w:t>Що рицар звав би: дама серця.&lt;br /&gt;</w:t>
        <w:br/>
        <w:t>Не у сталевім сяйві лат,&lt;br /&gt;</w:t>
        <w:br/>
        <w:t>Як рицарі століть далеких,&lt;br /&gt;</w:t>
        <w:br/>
        <w:t>їде із лайкою солдат,&lt;br /&gt;</w:t>
        <w:br/>
        <w:t>Розхристаний, на небезпеки.&lt;br /&gt;</w:t>
        <w:br/>
        <w:t>І тільки вірність в^ серці чистім,&lt;br /&gt;</w:t>
        <w:br/>
        <w:t>Як давні рицарі, несем&lt;br /&gt;</w:t>
        <w:br/>
        <w:t>В непроходимості багнисті&lt;br /&gt;</w:t>
        <w:br/>
        <w:t>По трасах, мощених вогнем.&lt;br /&gt;</w:t>
        <w:br/>
        <w:t>Терексентміклош,&lt;br /&gt;</w:t>
        <w:br/>
        <w:t>1944</w:t>
      </w:r>
    </w:p>
    <w:p>
      <w:r>
        <w:br/>
        <w:t>ТАНКІСТ&lt;br /&gt;</w:t>
        <w:br/>
        <w:t>Сніги! Не сніги, а ріллі,&lt;br /&gt;</w:t>
        <w:br/>
        <w:t>Наорані смертю за мить.&lt;br /&gt;</w:t>
        <w:br/>
        <w:t>І хлопець — одне вугілля —&lt;br /&gt;</w:t>
        <w:br/>
        <w:t>Біля танка свого лежить.&lt;br /&gt;</w:t>
        <w:br/>
        <w:t>Руку підняв до неба.&lt;br /&gt;</w:t>
        <w:br/>
        <w:t>Крик занімів на вустах.&lt;br /&gt;</w:t>
        <w:br/>
        <w:t>Бо жити б йому ще треба&lt;br /&gt;</w:t>
        <w:br/>
        <w:t>В незайманих десь містах,&lt;br /&gt;</w:t>
        <w:br/>
        <w:t>Ще б чути довкола себе&lt;br /&gt;</w:t>
        <w:br/>
        <w:t>Той гомін прекрасних міст.&lt;br /&gt;</w:t>
        <w:br/>
        <w:t>Бунтуючи, зняв до неба&lt;br /&gt;</w:t>
        <w:br/>
        <w:t>Чорний кулак танкіст.&lt;br /&gt;</w:t>
        <w:br/>
        <w:t>І руки його обгорілі&lt;br /&gt;</w:t>
        <w:br/>
        <w:t>Не хочуть такого кінця!&lt;br /&gt;</w:t>
        <w:br/>
        <w:t>І зуби аж сяють білі&lt;br /&gt;</w:t>
        <w:br/>
        <w:t>На спаленій масці лиця!&lt;br /&gt;</w:t>
        <w:br/>
        <w:t>Бо то ж недомріяна мрія,&lt;br /&gt;</w:t>
        <w:br/>
        <w:t>То ж вірність його комусь —&lt;br /&gt;</w:t>
        <w:br/>
        <w:t>Напис на танку біліє:&lt;br /&gt;</w:t>
        <w:br/>
        <w:t>"Жди —&lt;br /&gt;</w:t>
        <w:br/>
        <w:t>я вернусь!"&lt;br /&gt;</w:t>
        <w:br/>
        <w:t>Секешфехервар,&lt;br /&gt;</w:t>
        <w:br/>
        <w:t>1945</w:t>
      </w:r>
    </w:p>
    <w:p>
      <w:r>
        <w:br/>
        <w:t>Слово про Мате Залку</w:t>
      </w:r>
    </w:p>
    <w:p>
      <w:r>
        <w:br/>
        <w:t>За Тисою я питав:&lt;br /&gt;</w:t>
        <w:br/>
        <w:t>Чи чули про нього ви?&lt;br /&gt;</w:t>
        <w:br/>
        <w:t>Чи мужній до вас долітав&lt;br /&gt;</w:t>
        <w:br/>
        <w:t>Голос його з Москви?&lt;br /&gt;</w:t>
        <w:br/>
        <w:t>Чи знаєте, як за вас&lt;br /&gt;</w:t>
        <w:br/>
        <w:t>Славний ваш син-генерал&lt;br /&gt;</w:t>
        <w:br/>
        <w:t>В гарячій Іспанії згас&lt;br /&gt;</w:t>
        <w:br/>
        <w:t>Серед потрісканих скал?&lt;br /&gt;</w:t>
        <w:br/>
        <w:t>Скажи, покажи, мадяр,&lt;br /&gt;</w:t>
        <w:br/>
        <w:t>Де він блукав юнаком:&lt;br /&gt;</w:t>
        <w:br/>
        <w:t>Чи в горах оцих до хмар&lt;br /&gt;</w:t>
        <w:br/>
        <w:t>Здіймався із рюкзаком,&lt;br /&gt;</w:t>
        <w:br/>
        <w:t>Чи, може, отут ходив,&lt;br /&gt;</w:t>
        <w:br/>
        <w:t>Де я проїжджаю конем,&lt;br /&gt;</w:t>
        <w:br/>
        <w:t>Може, степи ці любив,&lt;br /&gt;</w:t>
        <w:br/>
        <w:t>Що я освітив вогнем.&lt;br /&gt;</w:t>
        <w:br/>
        <w:t>Може, пішов на війну&lt;br /&gt;</w:t>
        <w:br/>
        <w:t>Від тихих оцих озер,&lt;br /&gt;</w:t>
        <w:br/>
        <w:t>В подвижницьку путь земну,&lt;br /&gt;</w:t>
        <w:br/>
        <w:t>Що випала нам тепер.&lt;br /&gt;</w:t>
        <w:br/>
        <w:t>Скажи, покажи, мадяр,&lt;br /&gt;</w:t>
        <w:br/>
        <w:t>Мені Лукача слід —&lt;br /&gt;</w:t>
        <w:br/>
        <w:t>Того, хто за тебе вмирав,&lt;br /&gt;</w:t>
        <w:br/>
        <w:t>Вмираючи за Мадрід.&lt;br /&gt;</w:t>
        <w:br/>
        <w:t>Здається, він з нами йде&lt;br /&gt;</w:t>
        <w:br/>
        <w:t>У гуркоті, у диму,&lt;br /&gt;</w:t>
        <w:br/>
        <w:t>Ракети сяйво бліде&lt;br /&gt;</w:t>
        <w:br/>
        <w:t>Стелять до ніг йому.&lt;br /&gt;</w:t>
        <w:br/>
        <w:t>Ніч, а війна гримить,&lt;br /&gt;</w:t>
        <w:br/>
        <w:t>Довкрла гуде в горах.&lt;br /&gt;</w:t>
        <w:br/>
        <w:t>Місяць крізь хмари летить,&lt;br /&gt;</w:t>
        <w:br/>
        <w:t>Розіп'ятий на вітрах.&lt;br /&gt;</w:t>
        <w:br/>
        <w:t>Залаба,&lt;br /&gt;</w:t>
        <w:br/>
        <w:t>1945</w:t>
      </w:r>
    </w:p>
    <w:p>
      <w:r>
        <w:br/>
        <w:t>БРАТИ&lt;br /&gt;</w:t>
        <w:br/>
        <w:t>Свою землю, далеку, святу,&lt;br /&gt;</w:t>
        <w:br/>
        <w:t>Не забудем до згуби.&lt;br /&gt;</w:t>
        <w:br/>
        <w:t>Як матроси в чужому порту,&lt;br /&gt;</w:t>
        <w:br/>
        <w:t>Ми тримаємось купи.&lt;br /&gt;</w:t>
        <w:br/>
        <w:t>Став і я чомусь ніжний такий&lt;br /&gt;</w:t>
        <w:br/>
        <w:t>В цім краю невеселім.&lt;br /&gt;</w:t>
        <w:br/>
        <w:t>І для мене тут всі земляки,&lt;br /&gt;</w:t>
        <w:br/>
        <w:t>Хто у сірій шинелі.&lt;br /&gt;</w:t>
        <w:br/>
        <w:t>І для мене усі тут брати,&lt;br /&gt;</w:t>
        <w:br/>
        <w:t>Із дитинства знайомі.&lt;br /&gt;</w:t>
        <w:br/>
        <w:t>Чи не батько єдиний ростив&lt;br /&gt;</w:t>
        <w:br/>
        <w:t>Нас в єдиному домі?&lt;br /&gt;</w:t>
        <w:br/>
        <w:t>Чи не мати єдина малих,&lt;br /&gt;</w:t>
        <w:br/>
        <w:t>Як орлиця орлята,&lt;br /&gt;</w:t>
        <w:br/>
        <w:t>Боронила від бід і від лих,&lt;br /&gt;</w:t>
        <w:br/>
        <w:t>Доки зможем літати!&lt;br /&gt;</w:t>
        <w:br/>
        <w:t>Тим-то й землю, далеку, святу,&lt;br /&gt;</w:t>
        <w:br/>
        <w:t>Не забудем до згуби.&lt;br /&gt;</w:t>
        <w:br/>
        <w:t>Як матроси в чужому порту,&lt;br /&gt;</w:t>
        <w:br/>
        <w:t>Ми тримаємось купи.&lt;br /&gt;</w:t>
        <w:br/>
        <w:t>Камендін,&lt;br /&gt;</w:t>
        <w:br/>
        <w:t>1945</w:t>
      </w:r>
    </w:p>
    <w:p>
      <w:r>
        <w:br/>
        <w:t>СЛОВАЦЬКИЙ ПАРТИЗАН</w:t>
      </w:r>
    </w:p>
    <w:p>
      <w:r>
        <w:br/>
        <w:t>Привезли,&lt;br /&gt;</w:t>
        <w:br/>
        <w:t>Щоб вішати, його.&lt;br /&gt;</w:t>
        <w:br/>
        <w:t>І зійшов він сам на поміст.&lt;br /&gt;</w:t>
        <w:br/>
        <w:t>І видно було його&lt;br /&gt;</w:t>
        <w:br/>
        <w:t>Людям далеких міст.&lt;br /&gt;</w:t>
        <w:br/>
        <w:t>Навшпиньки&lt;br /&gt;</w:t>
        <w:br/>
        <w:t>Словаччина підвелась,&lt;br /&gt;</w:t>
        <w:br/>
        <w:t>І кожен бачити міг:&lt;br /&gt;</w:t>
        <w:br/>
        <w:t>Квітка,&lt;br /&gt;</w:t>
        <w:br/>
        <w:t>Ніби зоря, пронеслась&lt;br /&gt;</w:t>
        <w:br/>
        <w:t>І впала йому до ніг.&lt;br /&gt;</w:t>
        <w:br/>
        <w:t>Заметушилася варта кругом,&lt;br /&gt;</w:t>
        <w:br/>
        <w:t>Ридаючих била жінок.&lt;br /&gt;</w:t>
        <w:br/>
        <w:t>А над його високим чолом&lt;br /&gt;</w:t>
        <w:br/>
        <w:t>Злипся чуб,&lt;br /&gt;</w:t>
        <w:br/>
        <w:t>Як вінок.&lt;br /&gt;</w:t>
        <w:br/>
        <w:t>Потім вирок чужинець читав&lt;br /&gt;</w:t>
        <w:br/>
        <w:t>Про його прекрасне життя.&lt;br /&gt;</w:t>
        <w:br/>
        <w:t>Затинався німець,&lt;br /&gt;</w:t>
        <w:br/>
        <w:t>Бо знав:&lt;br /&gt;</w:t>
        <w:br/>
        <w:t>На помості стоїть суддя.&lt;br /&gt;</w:t>
        <w:br/>
        <w:t>Читати скінчив.&lt;br /&gt;</w:t>
        <w:br/>
        <w:t>І в тишу дзвінку&lt;br /&gt;</w:t>
        <w:br/>
        <w:t>Шугнуло,&lt;br /&gt;</w:t>
        <w:br/>
        <w:t>Ніби орел з висоти,&lt;br /&gt;</w:t>
        <w:br/>
        <w:t>Мовлене тим, що в вінку:&lt;br /&gt;</w:t>
        <w:br/>
        <w:t>— Брати! —&lt;br /&gt;</w:t>
        <w:br/>
        <w:t>І зляканий кат застиг&lt;br /&gt;</w:t>
        <w:br/>
        <w:t>Біля своєї петлі,&lt;br /&gt;</w:t>
        <w:br/>
        <w:t>І чути було в цей змиг,&lt;br /&gt;</w:t>
        <w:br/>
        <w:t>Як стукає серце землі.&lt;br /&gt;</w:t>
        <w:br/>
        <w:t>1944</w:t>
      </w:r>
    </w:p>
    <w:p>
      <w:r>
        <w:br/>
        <w:t>В КОРОЛІВСЬКОМУ ПАЛАЦІ</w:t>
      </w:r>
    </w:p>
    <w:p>
      <w:r>
        <w:br/>
        <w:t>Бронзовий вершник й досі на плаці&lt;br /&gt;</w:t>
        <w:br/>
        <w:t>Конає з розірваними грудьми.&lt;br /&gt;</w:t>
        <w:br/>
        <w:t>Я знову у Буді. Я знов у палаці.&lt;br /&gt;</w:t>
        <w:br/>
        <w:t>Як давні знайомі, зустрілися ми.&lt;br /&gt;</w:t>
        <w:br/>
        <w:t>Лишилася фреска тут блідо-рожева&lt;br /&gt;</w:t>
        <w:br/>
        <w:t>На закуреній димом стіні.&lt;br /&gt;</w:t>
        <w:br/>
        <w:t>Чого ти всміхнулась, чужа королево,&lt;br /&gt;</w:t>
        <w:br/>
        <w:t>Що хочеш сказати мені?&lt;br /&gt;</w:t>
        <w:br/>
        <w:t>Чи, може, і справді впізнала мене ти,&lt;br /&gt;</w:t>
        <w:br/>
        <w:t>Запам'ятавши, як в зали оці&lt;br /&gt;</w:t>
        <w:br/>
        <w:t>Влетів я, людина з другої планети,&lt;br /&gt;</w:t>
        <w:br/>
        <w:t>З гранатою у руці!&lt;br /&gt;</w:t>
        <w:br/>
        <w:t>Коли ми явились, нові й незборні,&lt;br /&gt;</w:t>
        <w:br/>
        <w:t>В розбомблене пекло твоїх палат.&lt;br /&gt;</w:t>
        <w:br/>
        <w:t>І хлопець в куфайці, вмостившись на троні,&lt;br /&gt;</w:t>
        <w:br/>
        <w:t>Чистив свій теплий іще автомат.&lt;br /&gt;</w:t>
        <w:br/>
        <w:t>Будапешт,&lt;br /&gt;</w:t>
        <w:br/>
        <w:t>1945</w:t>
      </w:r>
    </w:p>
    <w:p>
      <w:r>
        <w:br/>
        <w:t>СОЛДАТСЬКА ГОРДІСТЬ</w:t>
      </w:r>
    </w:p>
    <w:p>
      <w:r>
        <w:br/>
        <w:t>Опалений полум'ям бою,&lt;br /&gt;</w:t>
        <w:br/>
        <w:t>В диму прокоптілий гіркім.&lt;br /&gt;</w:t>
        <w:br/>
        <w:t>Гордись, піхотинцю, собою,&lt;br /&gt;</w:t>
        <w:br/>
        <w:t>Солдатським званням своїм.&lt;br /&gt;</w:t>
        <w:br/>
        <w:t>Гордися, що в бурю й негоду&lt;br /&gt;</w:t>
        <w:br/>
        <w:t>Женеш ти прокляту орду,&lt;br /&gt;</w:t>
        <w:br/>
        <w:t>Що спиш у тяжких походах&lt;br /&gt;</w:t>
        <w:br/>
        <w:t>Кілька хвилин на ходу.&lt;br /&gt;</w:t>
        <w:br/>
        <w:t>Що гори землі скопала&lt;br /&gt;</w:t>
        <w:br/>
        <w:t>Твоя лопатка мала.&lt;br /&gt;</w:t>
        <w:br/>
        <w:t>Що втома тебе валяла,&lt;br /&gt;</w:t>
        <w:br/>
        <w:t>А повалить не могла.&lt;br /&gt;</w:t>
        <w:br/>
        <w:t>Що в чорній окопній постелі&lt;br /&gt;</w:t>
        <w:br/>
        <w:t>Ніч обіймає глуха.&lt;br /&gt;</w:t>
        <w:br/>
        <w:t>Що, змокши, твоя шинеля&lt;br /&gt;</w:t>
        <w:br/>
        <w:t>Так на тобі й висиха.&lt;br /&gt;</w:t>
        <w:br/>
        <w:t>Що біль поразок і горе&lt;br /&gt;</w:t>
        <w:br/>
        <w:t>Найперше на себе приймав.&lt;br /&gt;</w:t>
        <w:br/>
        <w:t>Гордись, що в найтяжчу пору&lt;br /&gt;</w:t>
        <w:br/>
        <w:t>Надію в серці мав.&lt;br /&gt;</w:t>
        <w:br/>
        <w:t>Що й чорту було б не під силу,—&lt;br /&gt;</w:t>
        <w:br/>
        <w:t>Усе ти витримать зміг.&lt;br /&gt;</w:t>
        <w:br/>
        <w:t>Ти пекла пройшов горнило&lt;br /&gt;</w:t>
        <w:br/>
        <w:t>І все-таки — переміг!&lt;br /&gt;</w:t>
        <w:br/>
        <w:t>1945</w:t>
      </w:r>
    </w:p>
    <w:p>
      <w:r>
        <w:br/>
        <w:t>НА ЗОЛОТИХ ПАРУСАХ</w:t>
      </w:r>
    </w:p>
    <w:p>
      <w:r>
        <w:br/>
        <w:t>Красуня задумана осінь&lt;br /&gt;</w:t>
        <w:br/>
        <w:t>Золоті паруси нап'яла.&lt;br /&gt;</w:t>
        <w:br/>
        <w:t>І сонце променем косим&lt;br /&gt;</w:t>
        <w:br/>
        <w:t>Мене протяло, мов стріла.&lt;br /&gt;</w:t>
        <w:br/>
        <w:t>Із прекрасним на серці болем,&lt;br /&gt;</w:t>
        <w:br/>
        <w:t>Із осколком у серці ясним&lt;br /&gt;</w:t>
        <w:br/>
        <w:t>Я на кряж по камінню голім&lt;br /&gt;</w:t>
        <w:br/>
        <w:t>Лісом іду багряним.&lt;br /&gt;</w:t>
        <w:br/>
        <w:t>Заберусь на саму вершину,&lt;br /&gt;</w:t>
        <w:br/>
        <w:t>Подивлюся — відомо куди!&lt;br /&gt;</w:t>
        <w:br/>
        <w:t>Немов невгамовному сину,&lt;br /&gt;</w:t>
        <w:br/>
        <w:t>Я серцю скажу: лети!&lt;br /&gt;</w:t>
        <w:br/>
        <w:t>Крізь осінь оцю золотаву,&lt;br /&gt;</w:t>
        <w:br/>
        <w:t>Через кряжів гірських моноліт&lt;br /&gt;</w:t>
        <w:br/>
        <w:t>Лети у мою державу,&lt;br /&gt;</w:t>
        <w:br/>
        <w:t>В молодий мій стомовний світ.&lt;br /&gt;</w:t>
        <w:br/>
        <w:t>І спитається осінь: хто це&lt;br /&gt;</w:t>
        <w:br/>
        <w:t>По горах стрімких та лісах&lt;br /&gt;</w:t>
        <w:br/>
        <w:t>Пролітає, прострілений сонцем,&lt;br /&gt;</w:t>
        <w:br/>
        <w:t>На моїх золотих парусах?&lt;br /&gt;</w:t>
        <w:br/>
        <w:t>Балатон,&lt;br /&gt;</w:t>
        <w:br/>
        <w:t>1945</w:t>
      </w:r>
    </w:p>
    <w:p>
      <w:r>
        <w:br/>
        <w:t>ЗНАМЕНО ПОЛКУ</w:t>
      </w:r>
    </w:p>
    <w:p>
      <w:r>
        <w:br/>
        <w:t>Я завтра їду в Україну,&lt;br /&gt;</w:t>
        <w:br/>
        <w:t>Яку покинув так давно.&lt;br /&gt;</w:t>
        <w:br/>
        <w:t>Цілую, ставши на коліна,&lt;br /&gt;</w:t>
        <w:br/>
        <w:t>Своє полкове знамено.&lt;br /&gt;</w:t>
        <w:br/>
        <w:t>Дивлюсь на нього я востаннє&lt;br /&gt;</w:t>
        <w:br/>
        <w:t>В прощальній мовчазній журбі.&lt;br /&gt;</w:t>
        <w:br/>
        <w:t>Всю кров мою, мої скитания&lt;br /&gt;</w:t>
        <w:br/>
        <w:t>Воно зібрало у собі.&lt;br /&gt;</w:t>
        <w:br/>
        <w:t>Мій стяг! Моя червона птице,&lt;br /&gt;</w:t>
        <w:br/>
        <w:t>Усе з тобою ожива.&lt;br /&gt;</w:t>
        <w:br/>
        <w:t>Вже бачу: хмарою куриться&lt;br /&gt;</w:t>
        <w:br/>
        <w:t>Шляхів нестямних курява.&lt;br /&gt;</w:t>
        <w:br/>
        <w:t>Вже бачу: стоїмо по груди&lt;br /&gt;</w:t>
        <w:br/>
        <w:t>В траншеях в крижаній воді.&lt;br /&gt;</w:t>
        <w:br/>
        <w:t>Ані хвороби, ні простуди,&lt;br /&gt;</w:t>
        <w:br/>
        <w:t>Ні сталь — не брали нас тоді.&lt;br /&gt;</w:t>
        <w:br/>
        <w:t>Звитягу нашу, наші болі,&lt;br /&gt;</w:t>
        <w:br/>
        <w:t>Загиблих друзів імена&lt;br /&gt;</w:t>
        <w:br/>
        <w:t>Читаю на шовковім полі&lt;br /&gt;</w:t>
        <w:br/>
        <w:t>Свого ясного знамена.&lt;br /&gt;</w:t>
        <w:br/>
        <w:t>Прощай, мій стяг, і не тьмарися:&lt;br /&gt;</w:t>
        <w:br/>
        <w:t>Н багрянім твоїм крилі&lt;br /&gt;</w:t>
        <w:br/>
        <w:t>у дзвоні, в зойках пронеслися&lt;br /&gt;</w:t>
        <w:br/>
        <w:t>Моїх поривів кораблі.&lt;br /&gt;</w:t>
        <w:br/>
        <w:t>Усе, що разом пережито,&lt;br /&gt;</w:t>
        <w:br/>
        <w:t>В походах вистраждано,— все,&lt;br /&gt;</w:t>
        <w:br/>
        <w:t>Я знаю, інший гордовито&lt;br /&gt;</w:t>
        <w:br/>
        <w:t>Прапороносець понесе!&lt;br /&gt;</w:t>
        <w:br/>
        <w:t>1945&lt;br /&gt;</w:t>
        <w:br/>
        <w:t>листопад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Фронтові поезії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