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Гадки на межі</w:t>
      </w:r>
    </w:p>
    <w:p>
      <w:r>
        <w:br/>
        <w:t xml:space="preserve"> 1&lt;br /&gt;</w:t>
        <w:br/>
        <w:t>Ся нитка зелена, що, мов тота гадина,&lt;br /&gt;</w:t>
        <w:br/>
        <w:t>Отеє здовж загону снує, —&lt;br /&gt;</w:t>
        <w:br/>
        <w:t>Се Terminus наш, се межа, перекладина,&lt;br /&gt;</w:t>
        <w:br/>
        <w:t>Знак, поки "моє" і "твоє".&lt;br /&gt;</w:t>
        <w:br/>
        <w:t>По сей бік чотири загони Трохимові,&lt;br /&gt;</w:t>
        <w:br/>
        <w:t>По той бік Михайлові три:&lt;br /&gt;</w:t>
        <w:br/>
        <w:t>Жий кождий на своїм, уплачуй дачки нові,&lt;br /&gt;</w:t>
        <w:br/>
        <w:t>Чужого ж і п'ядь не бериї&lt;br /&gt;</w:t>
        <w:br/>
        <w:t>І що кому в тім, що Михайло й Трохим&lt;br /&gt;</w:t>
        <w:br/>
        <w:t>На своїх загонах криваво бідують,&lt;br /&gt;</w:t>
        <w:br/>
        <w:t>Хоч рук собі й ніг від роботи не чують,&lt;br /&gt;</w:t>
        <w:br/>
        <w:t>Прийде передновок-занестись нічим?&lt;br /&gt;</w:t>
        <w:br/>
        <w:t>І що кому в тім, що худібчиня їх&lt;br /&gt;</w:t>
        <w:br/>
        <w:t>"Чомусь" не держиться, чахліє, марніє,&lt;br /&gt;</w:t>
        <w:br/>
        <w:t>Що поле їх рік в рік гіршіє, пустіє,&lt;br /&gt;</w:t>
        <w:br/>
        <w:t>Хоч орють і полють не гірше від всіх?&lt;br /&gt;</w:t>
        <w:br/>
        <w:t>І нию кому в тім, що вже руки у них&lt;br /&gt;</w:t>
        <w:br/>
        <w:t>В розпуці безпомічній вниз опускаються?&lt;br /&gt;</w:t>
        <w:br/>
        <w:t>"Замало землиці! В часах тих трудних&lt;br /&gt;</w:t>
        <w:br/>
        <w:t>Довги вже дверима і вікнами пхаються.&lt;br /&gt;</w:t>
        <w:br/>
        <w:t>Прийдеться пропасти... Мов риба в саку,&lt;br /&gt;</w:t>
        <w:br/>
        <w:t>Так б'ємся, і годі що вдати!"&lt;br /&gt;</w:t>
        <w:br/>
        <w:t>Аж слухати важко тих слів, та яку&lt;br /&gt;</w:t>
        <w:br/>
        <w:t>Пораду їм дати — не знати.&lt;br /&gt;</w:t>
        <w:br/>
        <w:t>А станеш у полі отак на межі —&lt;br /&gt;</w:t>
        <w:br/>
        <w:t>В обох сім загонів, і вдовж є куди дивить!&lt;br /&gt;</w:t>
        <w:br/>
        <w:t>Ну, нивка незгірша, що хоч, тс й кажи,-&lt;br /&gt;</w:t>
        <w:br/>
        <w:t>При добрій роботі і вісім душ виживить...&lt;br /&gt;</w:t>
        <w:br/>
        <w:t>А в них обох шість душ! І що б за завада&lt;br /&gt;</w:t>
        <w:br/>
        <w:t>Зложитися полем докупи обом,&lt;br /&gt;</w:t>
        <w:br/>
        <w:t>Зложитись хатами, знаряддям, тяглом?&lt;br /&gt;</w:t>
        <w:br/>
        <w:t>І, може, для них се єдиная рада.&lt;br /&gt;</w:t>
        <w:br/>
        <w:t>Та ба, ось межа! Ся попруга вузька&lt;br /&gt;</w:t>
        <w:br/>
        <w:t>Несильну їх силу роздерла на части,&lt;br /&gt;</w:t>
        <w:br/>
        <w:t>І де в спільній праці жили б довіка,&lt;br /&gt;</w:t>
        <w:br/>
        <w:t>Там вроздріб прийдесь їм лиш спільно пропасти.&lt;br /&gt;</w:t>
        <w:br/>
        <w:t>2&lt;br /&gt;</w:t>
        <w:br/>
        <w:t>Малим ще, тямую, всі межі я знав:&lt;br /&gt;</w:t>
        <w:br/>
        <w:t>За мамою літом щодень тупцював,&lt;br /&gt;</w:t>
        <w:br/>
        <w:t>Коли для дійної корови вона&lt;br /&gt;</w:t>
        <w:br/>
        <w:t>Трави узбирати надвечір ішла.&lt;br /&gt;</w:t>
        <w:br/>
        <w:t>То межі й па ступінь широкі були,&lt;br /&gt;</w:t>
        <w:br/>
        <w:t>3 одної нажнеш дві вереті трави.&lt;br /&gt;</w:t>
        <w:br/>
        <w:t>А я неміцними ногами межею&lt;br /&gt;</w:t>
        <w:br/>
        <w:t>Безпечно ступаю м'якою стернею.&lt;br /&gt;</w:t>
        <w:br/>
        <w:t>А нині погляну на межі: невже ж?&lt;br /&gt;</w:t>
        <w:br/>
        <w:t>Нема стародавніх, широких тих меж!&lt;br /&gt;</w:t>
        <w:br/>
        <w:t>Всі нині тоненькі, як нитка,отак,&lt;br /&gt;</w:t>
        <w:br/>
        <w:t>Чужий ледве б здужав намацати знак,&lt;br /&gt;</w:t>
        <w:br/>
        <w:t>Сей з того, той з того їх боку підтяв,&lt;br /&gt;</w:t>
        <w:br/>
        <w:t>Рад кождий, що лишнюю скибу дістав.&lt;br /&gt;</w:t>
        <w:br/>
        <w:t>І чом кождий так тої скиби бажить?&lt;br /&gt;</w:t>
        <w:br/>
        <w:t>Чом тісно так в світі, нелюдяно жить?&lt;br /&gt;</w:t>
        <w:br/>
        <w:t>Чи люду замного наплодилось нам,&lt;br /&gt;</w:t>
        <w:br/>
        <w:t>Чи більш до життя потребує він сам?&lt;br /&gt;</w:t>
        <w:br/>
        <w:t>Ні люду за много на нашій рілли,&lt;br /&gt;</w:t>
        <w:br/>
        <w:t>Ні в нього самого потреби зросли,&lt;br /&gt;</w:t>
        <w:br/>
        <w:t>А більш його дома стіснили чужії,&lt;br /&gt;</w:t>
        <w:br/>
        <w:t>На рук його працю, мов трутні, падкії.&lt;br /&gt;</w:t>
        <w:br/>
        <w:t>І дарма то дехто незрячий не раз&lt;br /&gt;</w:t>
        <w:br/>
        <w:t>Говорить: "Війна би здалася у нас,&lt;br /&gt;</w:t>
        <w:br/>
        <w:t>Замного людей, світ тісний всім, мов сак,-&lt;br /&gt;</w:t>
        <w:br/>
        <w:t>Просікли б, вільніше би стало відтак".&lt;br /&gt;</w:t>
        <w:br/>
        <w:t>Вільніше, ее так! Та, крім знищення й мук,&lt;br /&gt;</w:t>
        <w:br/>
        <w:t>Не стало б до праці щонайкращих рук,&lt;br /&gt;</w:t>
        <w:br/>
        <w:t>А джерело нужди як било, так било б,&lt;br /&gt;</w:t>
        <w:br/>
        <w:t>Лиш що до старого нове причинило б.&lt;br /&gt;</w:t>
        <w:br/>
        <w:t>А люд через межі, котрі го тіснять,&lt;br /&gt;</w:t>
        <w:br/>
        <w:t>Не може добачити тих всіх завад,&lt;br /&gt;</w:t>
        <w:br/>
        <w:t>Добачить всіх сплетених коренів лиха.&lt;br /&gt;</w:t>
        <w:br/>
        <w:t>Що сили його підлоточує стиха,&lt;br /&gt;</w:t>
        <w:br/>
        <w:t>Ей, межі, ви, межі, вузенькі, куці!&lt;br /&gt;</w:t>
        <w:br/>
        <w:t>В які бездоріжжя, в які манівці&lt;br /&gt;</w:t>
        <w:br/>
        <w:t>Ви втисли незрілий ще погляд суспільний!&lt;br /&gt;</w:t>
        <w:br/>
        <w:t>Хто шлях нам покаже широкий і вільний?&lt;br /&gt;</w:t>
        <w:br/>
        <w:t>З&lt;br /&gt;</w:t>
        <w:br/>
        <w:t>Приходить до мене один чоловік:&lt;br /&gt;</w:t>
        <w:br/>
        <w:t>"Порадьте, що маю робити?&lt;br /&gt;</w:t>
        <w:br/>
        <w:t>Ось тут, на тім полі, мій дід прожив вік,&lt;br /&gt;</w:t>
        <w:br/>
        <w:t>Хоч, правду сказавши, нема чим і жити.&lt;br /&gt;</w:t>
        <w:br/>
        <w:t>Три прути! Та ну, якось, певно, тоді&lt;br /&gt;</w:t>
        <w:br/>
        <w:t>Не так було тісно, як нині,-&lt;br /&gt;</w:t>
        <w:br/>
        <w:t>Досить, що отак ні в добрі, ні в біді&lt;br /&gt;</w:t>
        <w:br/>
        <w:t>Пройшов цілий вік старовині.&lt;br /&gt;</w:t>
        <w:br/>
        <w:t>Мав дід два сини, поженив їх, і враз&lt;br /&gt;</w:t>
        <w:br/>
        <w:t>Жили в одній хаті з дітками.&lt;br /&gt;</w:t>
        <w:br/>
        <w:t>Все дід, було, каже: "Ділив би я вас&lt;br /&gt;</w:t>
        <w:br/>
        <w:t>Тим полем, та й б'юся з гадками.&lt;br /&gt;</w:t>
        <w:br/>
        <w:t>Тепер воно ледве живить нас, а іго ж&lt;br /&gt;</w:t>
        <w:br/>
        <w:t>Тоді, як ту дрібку надвоє роздерти?&lt;br /&gt;</w:t>
        <w:br/>
        <w:t>Ні, я вас не буду ділити! Як мож,&lt;br /&gt;</w:t>
        <w:br/>
        <w:t>Так жийте прикупі, а схочете тож&lt;br /&gt;</w:t>
        <w:br/>
        <w:t>Ділитись-діліться по моїй аж смерти".&lt;br /&gt;</w:t>
        <w:br/>
        <w:t>Та сталося, бачте, що дід і сини&lt;br /&gt;</w:t>
        <w:br/>
        <w:t>Померли на тифус одної весни,&lt;br /&gt;</w:t>
        <w:br/>
        <w:t>Лишивши по двоє дітей малолітніх.&lt;br /&gt;</w:t>
        <w:br/>
        <w:t>Я найстарший був, мав три роки з весни,&lt;br /&gt;</w:t>
        <w:br/>
        <w:t>Стриків хлопець — півтора; в мами й стрийни&lt;br /&gt;</w:t>
        <w:br/>
        <w:t>При грудях дівчатка-були. По бездітних&lt;br /&gt;</w:t>
        <w:br/>
        <w:t>Багатших сусідах мами роздали&lt;br /&gt;</w:t>
        <w:br/>
        <w:t>Нас, хлопчиків,— бач, не було з чого жити.&lt;br /&gt;</w:t>
        <w:br/>
        <w:t>Дістодьто, годуйте, допоки малий,&lt;br /&gt;</w:t>
        <w:br/>
        <w:t>А виросте, мусить за се відслужити.&lt;br /&gt;</w:t>
        <w:br/>
        <w:t>І ми наслужились, назнались біди!&lt;br /&gt;</w:t>
        <w:br/>
        <w:t>Мами повмирали. Мені вже тогди&lt;br /&gt;</w:t>
        <w:br/>
        <w:t>Було двадцять літ, я покинув служити,&lt;br /&gt;</w:t>
        <w:br/>
        <w:t>До хати пішов, оженивсь і, як слід,&lt;br /&gt;</w:t>
        <w:br/>
        <w:t>Обняв усе поле, що нам лишив дід,&lt;br /&gt;</w:t>
        <w:br/>
        <w:t>І став на нім в бідності жити.&lt;br /&gt;</w:t>
        <w:br/>
        <w:t>Гадав я: сплачу малолітнім тамтим,&lt;br /&gt;</w:t>
        <w:br/>
        <w:t>І поле по дідовій волі&lt;br /&gt;</w:t>
        <w:br/>
        <w:t>Останесь ціле, то хоч я на тім полі&lt;br /&gt;</w:t>
        <w:br/>
        <w:t>Вдержусь, а то впадесь у руки чужим.&lt;br /&gt;</w:t>
        <w:br/>
        <w:t>Дівчат повіную, а старший братій&lt;br /&gt;</w:t>
        <w:br/>
        <w:t>Пристане де-будь до вдової...&lt;br /&gt;</w:t>
        <w:br/>
        <w:t>То так, як би двом у сорочці тісній:&lt;br /&gt;</w:t>
        <w:br/>
        <w:t>Волить хоч один, та ходити в цілій,&lt;br /&gt;</w:t>
        <w:br/>
        <w:t>Ніж дерти сорочку надвоє,&lt;br /&gt;</w:t>
        <w:br/>
        <w:t>Бо жаден тоді не буде мав що вбрать.&lt;br /&gt;</w:t>
        <w:br/>
        <w:t>Отак я, бувало, частенько&lt;br /&gt;</w:t>
        <w:br/>
        <w:t>Говорю тамтому. Та ба, любий брат&lt;br /&gt;</w:t>
        <w:br/>
        <w:t>Лиш вислухав все те чистенько&lt;br /&gt;</w:t>
        <w:br/>
        <w:t>Та й зараз до суду. Списать зажадав,&lt;br /&gt;</w:t>
        <w:br/>
        <w:t>Що там на всі діти лишилось,&lt;br /&gt;</w:t>
        <w:br/>
        <w:t>І щоб все напів поміж них поділилось&lt;br /&gt;</w:t>
        <w:br/>
        <w:t>Так, як би їх тато окремо вмирав.&lt;br /&gt;</w:t>
        <w:br/>
        <w:t>Я вчув се, і сумно зробилося. Шлю&lt;br /&gt;</w:t>
        <w:br/>
        <w:t>До нього людей, щоб згодились на сплату;&lt;br /&gt;</w:t>
        <w:br/>
        <w:t>Сам ходжу за ним і благаю-цвілю:&lt;br /&gt;</w:t>
        <w:br/>
        <w:t>"Вважай, переділимо поле і хату,&lt;br /&gt;</w:t>
        <w:br/>
        <w:t>То що ж на тих кусниках будем робить?&lt;br /&gt;</w:t>
        <w:br/>
        <w:t>Вважай, дід-небіжчик не хтіли ділить,&lt;br /&gt;</w:t>
        <w:br/>
        <w:t>А ти хочеш дідову волю ламати?"&lt;br /&gt;</w:t>
        <w:br/>
        <w:t>Дарма, він про сплату не хоче і знати!&lt;br /&gt;</w:t>
        <w:br/>
        <w:t>Минуло два роки, і з суду ми нині&lt;br /&gt;</w:t>
        <w:br/>
        <w:t>Декрети дістали: усе, що дід мав,&lt;br /&gt;</w:t>
        <w:br/>
        <w:t>Між нас поділити по рівній частині,&lt;br /&gt;</w:t>
        <w:br/>
        <w:t>А кождий щоб з того сестру звінував.&lt;br /&gt;</w:t>
        <w:br/>
        <w:t>І що тут робити, порадьте, сли ласка!&lt;br /&gt;</w:t>
        <w:br/>
        <w:t>Зруйнують дочиста, як вкроять отак&lt;br /&gt;</w:t>
        <w:br/>
        <w:t>Півгрунту! Моя вже задбвжена частка.&lt;br /&gt;</w:t>
        <w:br/>
        <w:t>Сестри не звіную, і сам я жебрак.&lt;br /&gt;</w:t>
        <w:br/>
        <w:t>Я думаю свідків до суду вести,&lt;br /&gt;</w:t>
        <w:br/>
        <w:t>Що дід не хотів ділить поля, —&lt;br /&gt;</w:t>
        <w:br/>
        <w:t>То, чень, йому скажуть на сплату піти,&lt;br /&gt;</w:t>
        <w:br/>
        <w:t>А ні, га! — то дійсь божа воля!"&lt;br /&gt;</w:t>
        <w:br/>
        <w:t>4&lt;br /&gt;</w:t>
        <w:br/>
        <w:t>Я думав про людське братерство нове,&lt;br /&gt;</w:t>
        <w:br/>
        <w:t>І думав, чи в світ воно швидко прийде?&lt;br /&gt;</w:t>
        <w:br/>
        <w:t>І бачив я в думці безмежні поля:&lt;br /&gt;</w:t>
        <w:br/>
        <w:t>Управлена спільним трудом, та рілля&lt;br /&gt;</w:t>
        <w:br/>
        <w:t>Народ годувала щасливий, свобідний.&lt;br /&gt;</w:t>
        <w:br/>
        <w:t>Чи се ж Україна, чи се край мій рідний,&lt;br /&gt;</w:t>
        <w:br/>
        <w:t>Обдертий чужими і світом забутий?&lt;br /&gt;</w:t>
        <w:br/>
        <w:t>Так, се Україна, свобідна, нова!&lt;br /&gt;</w:t>
        <w:br/>
        <w:t>І в мойому серці біль втишувавсь лютий.&lt;br /&gt;</w:t>
        <w:br/>
        <w:t>Щез привид. Я глянув довкола. Он там&lt;br /&gt;</w:t>
        <w:br/>
        <w:t>За зорану межу б'єсь з Грицем Степан;&lt;br /&gt;</w:t>
        <w:br/>
        <w:t>Там дід оре поле, старенький, як гриб,&lt;br /&gt;</w:t>
        <w:br/>
        <w:t>І плаче за сином, що в Боснії згиб;&lt;br /&gt;</w:t>
        <w:br/>
        <w:t>Там батько за сином з дрюком уганяєсь;&lt;br /&gt;</w:t>
        <w:br/>
        <w:t>Там мачухи лютий проклін розлягаєсь...&lt;br /&gt;</w:t>
        <w:br/>
        <w:t>О краю мій рідний, недолею гнутий,&lt;br /&gt;</w:t>
        <w:br/>
        <w:t>Пропасти би радше тобі, ніж коли б&lt;br /&gt;</w:t>
        <w:br/>
        <w:t>Така твоя доля повік мала бути!&lt;br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Гадки на межі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