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Гайдамаки</w:t>
      </w:r>
    </w:p>
    <w:p>
      <w:r>
        <w:t>&lt;div class="youtube-embed-wrapper" style="height:0; overflow:hidden; padding-bottom:56.25%; padding-top:30px; position:relative"&gt;&lt;iframe frameborder="0" height="360" src="https://www.youtube.com/embed/M-UVidM4Gbg?rel=0" style="position:absolute;top:0;left:0;width:100%;height:100%" width="640"&gt;&lt;/iframe&gt;&lt;/div&gt;</w:t>
      </w:r>
    </w:p>
    <w:p>
      <w:r>
        <w:t>Василию Ивановичу Григоровичу&lt;br /&gt;</w:t>
        <w:br/>
        <w:br/>
        <w:t>на память 22 апреля 1838 года</w:t>
      </w:r>
    </w:p>
    <w:p>
      <w:r>
        <w:t>&lt;br /&gt;</w:t>
        <w:br/>
        <w:br/>
        <w:t>поема</w:t>
      </w:r>
    </w:p>
    <w:p>
      <w:r>
        <w:br/>
        <w:br/>
        <w:t>Все йде, все минає &amp;mdash; і краю немає.&lt;br /&gt;</w:t>
        <w:br/>
        <w:br/>
        <w:t>Куди ж воно ділось? відкіля взялось?&lt;br /&gt;</w:t>
        <w:br/>
        <w:br/>
        <w:t>І дурень, і мудрий нічого не знає.&lt;br /&gt;</w:t>
        <w:br/>
        <w:br/>
        <w:t>Живе... умирає... одно зацвіло,&lt;br /&gt;</w:t>
        <w:br/>
        <w:br/>
        <w:t>А друге зав&amp;#39;яло, навіки зав&amp;#39;яло...&lt;br /&gt;</w:t>
        <w:br/>
        <w:br/>
        <w:t>І листя пожовкле вітри рознесли.&lt;br /&gt;</w:t>
        <w:br/>
        <w:br/>
        <w:t>А сонечко встане, як перше вставало,&lt;br /&gt;</w:t>
        <w:br/>
        <w:br/>
        <w:t>І зорі червоні, як перше плили,&lt;br /&gt;</w:t>
        <w:br/>
        <w:br/>
        <w:t>Попливуть і потім, і ти, білолиций,&lt;br /&gt;</w:t>
        <w:br/>
        <w:br/>
        <w:t>По синьому небу вийдеш погулять,&lt;br /&gt;</w:t>
        <w:br/>
        <w:br/>
        <w:t>Вийдеш подивиться в жолобок, криницю&lt;br /&gt;</w:t>
        <w:br/>
        <w:br/>
        <w:t>І в море безкрає, і будеш сіять,&lt;br /&gt;</w:t>
        <w:br/>
        <w:br/>
        <w:t>Як над Вавілоном, над його садами&lt;br /&gt;</w:t>
        <w:br/>
        <w:br/>
        <w:t>І над тим, що буде з нашими синами.&lt;br /&gt;</w:t>
        <w:br/>
        <w:br/>
        <w:t>Ти вічний без краю!.. люблю розмовлять,&lt;br /&gt;</w:t>
        <w:br/>
        <w:br/>
        <w:t>Як з братом, з сестрою, розмовлять з тобою,&lt;br /&gt;</w:t>
        <w:br/>
        <w:br/>
        <w:t>Співать тобі думу, що ти ж нашептав.&lt;br /&gt;</w:t>
        <w:br/>
        <w:br/>
        <w:t>Порай мені ще раз, де дітись з журбою?&lt;br /&gt;</w:t>
        <w:br/>
        <w:br/>
        <w:t>Я не одинокий, я не сирота, &amp;mdash;&lt;br /&gt;</w:t>
        <w:br/>
        <w:br/>
        <w:t>Єсть у мене діти, та де їх подіти?&lt;br /&gt;</w:t>
        <w:br/>
        <w:br/>
        <w:t>Заховать з собою? &amp;mdash; гріх, душа жива!&lt;br /&gt;</w:t>
        <w:br/>
        <w:br/>
        <w:t>А може, їй легше буде на тім світі,&lt;br /&gt;</w:t>
        <w:br/>
        <w:br/>
        <w:t>Як хто прочитає ті сльози-слова,&lt;br /&gt;</w:t>
        <w:br/>
        <w:br/>
        <w:t>Що так вона щиро колись виливала,&lt;br /&gt;</w:t>
        <w:br/>
        <w:br/>
        <w:t>Що так вона нишком над ними ридала.&lt;br /&gt;</w:t>
        <w:br/>
        <w:br/>
        <w:t>Ні, не заховаю, бо дупіа жива.&lt;br /&gt;</w:t>
        <w:br/>
        <w:br/>
        <w:t>Як небо блакитне &amp;mdash; нема йому краю,&lt;br /&gt;</w:t>
        <w:br/>
        <w:br/>
        <w:t>Так душі почину і краю немає.&lt;br /&gt;</w:t>
        <w:br/>
        <w:br/>
        <w:t>А де вона буде? химерні слова!&lt;br /&gt;</w:t>
        <w:br/>
        <w:br/>
        <w:t>Згадай же хто-небудь її на сім світі, &amp;mdash;&lt;br /&gt;</w:t>
        <w:br/>
        <w:br/>
        <w:t>Безславному тяжко сей світ покидать.&lt;br /&gt;</w:t>
        <w:br/>
        <w:br/>
        <w:t>Згадайте, дівчата, &amp;mdash; вам треба згадать!&lt;br /&gt;</w:t>
        <w:br/>
        <w:br/>
        <w:t>Вона вас любила, рожевії квіти,&lt;br /&gt;</w:t>
        <w:br/>
        <w:br/>
        <w:t>І про вашу долю любила співать.&lt;br /&gt;</w:t>
        <w:br/>
        <w:br/>
        <w:t>Поки сонце встане, спочивайте, діти,&lt;br /&gt;</w:t>
        <w:br/>
        <w:br/>
        <w:t>А я поміркую, ватажка де взять.</w:t>
      </w:r>
    </w:p>
    <w:p>
      <w:r>
        <w:br/>
        <w:br/>
        <w:t>Сини мої, гайдамаки!&lt;br /&gt;</w:t>
        <w:br/>
        <w:br/>
        <w:t>Світ широкий, воля, &amp;mdash;&lt;br /&gt;</w:t>
        <w:br/>
        <w:br/>
        <w:t>Ідіть, сини, погуляйте,&lt;br /&gt;</w:t>
        <w:br/>
        <w:br/>
        <w:t>Пошукайте долі.&lt;br /&gt;</w:t>
        <w:br/>
        <w:br/>
        <w:t>Сини мої невеликі,&lt;br /&gt;</w:t>
        <w:br/>
        <w:br/>
        <w:t>Нерозумні діти,&lt;br /&gt;</w:t>
        <w:br/>
        <w:br/>
        <w:t>Хто вас щиро без матері&lt;br /&gt;</w:t>
        <w:br/>
        <w:br/>
        <w:t>Привітає в світі?&lt;br /&gt;</w:t>
        <w:br/>
        <w:br/>
        <w:t>Сини мої! орли мої!&lt;br /&gt;</w:t>
        <w:br/>
        <w:br/>
        <w:t>Летіть в Україну, &amp;mdash;&lt;br /&gt;</w:t>
        <w:br/>
        <w:br/>
        <w:t>Хоч і лихо зустрінеться,&lt;br /&gt;</w:t>
        <w:br/>
        <w:br/>
        <w:t>Так не на чужині.&lt;br /&gt;</w:t>
        <w:br/>
        <w:br/>
        <w:t>Там найдеться душа щира,&lt;br /&gt;</w:t>
        <w:br/>
        <w:br/>
        <w:t>Не дасть погибати,&lt;br /&gt;</w:t>
        <w:br/>
        <w:br/>
        <w:t>А тут... а тут... тяжко, діти!&lt;br /&gt;</w:t>
        <w:br/>
        <w:br/>
        <w:t>Коли пустять в хату,&lt;br /&gt;</w:t>
        <w:br/>
        <w:br/>
        <w:t>То, зустрівши, насміються,&lt;br /&gt;</w:t>
        <w:br/>
        <w:br/>
        <w:t>Такі, бачте, люди:&lt;br /&gt;</w:t>
        <w:br/>
        <w:br/>
        <w:t>Все письменні, друковані,&lt;br /&gt;</w:t>
        <w:br/>
        <w:br/>
        <w:t>Сонце навіть гудять:&lt;br /&gt;</w:t>
        <w:br/>
        <w:br/>
        <w:t>&amp;quot;Не відтіля, каже, &amp;mdash; сходить,&lt;br /&gt;</w:t>
        <w:br/>
        <w:br/>
        <w:t>Та не так і світить;&lt;br /&gt;</w:t>
        <w:br/>
        <w:br/>
        <w:t>Отак, &amp;mdash; каже, &amp;mdash; було б треба...&amp;quot;&lt;br /&gt;</w:t>
        <w:br/>
        <w:br/>
        <w:t>Що маєш робити?&lt;br /&gt;</w:t>
        <w:br/>
        <w:br/>
        <w:t>Треба слухать, може, й справді&lt;br /&gt;</w:t>
        <w:br/>
        <w:br/>
        <w:t>Не так сонце сходить,&lt;br /&gt;</w:t>
        <w:br/>
        <w:br/>
        <w:t>Як письменні начитали...&lt;br /&gt;</w:t>
        <w:br/>
        <w:br/>
        <w:t>Розумні, та й годі!&lt;br /&gt;</w:t>
        <w:br/>
        <w:br/>
        <w:t>А що ж на вас вони скажуть?&lt;br /&gt;</w:t>
        <w:br/>
        <w:br/>
        <w:t>Знаю вашу славу!&lt;br /&gt;</w:t>
        <w:br/>
        <w:br/>
        <w:t>Поглузують, покепкують&lt;br /&gt;</w:t>
        <w:br/>
        <w:br/>
        <w:t>Та й кинуть під лаву.&lt;br /&gt;</w:t>
        <w:br/>
        <w:br/>
        <w:t>&amp;quot;Нехай, &amp;mdash; скажуть, &amp;mdash; спочивають,&lt;br /&gt;</w:t>
        <w:br/>
        <w:br/>
        <w:t>Поки батько встане&lt;br /&gt;</w:t>
        <w:br/>
        <w:br/>
        <w:t>Та розкаже по-нашому&lt;br /&gt;</w:t>
        <w:br/>
        <w:br/>
        <w:t>Про свої гетьмани.&lt;br /&gt;</w:t>
        <w:br/>
        <w:br/>
        <w:t>А то дурень розказує&lt;br /&gt;</w:t>
        <w:br/>
        <w:br/>
        <w:t>Мертвими словами&lt;br /&gt;</w:t>
        <w:br/>
        <w:br/>
        <w:t>Та якогось-то Ярему&lt;br /&gt;</w:t>
        <w:br/>
        <w:br/>
        <w:t>Веде перед нами&lt;br /&gt;</w:t>
        <w:br/>
        <w:br/>
        <w:t>У постолах. Дурень! дурень!&lt;br /&gt;</w:t>
        <w:br/>
        <w:br/>
        <w:t>Били, а не вчили.&lt;br /&gt;</w:t>
        <w:br/>
        <w:br/>
        <w:t>Од козацтва, од гетьманства&lt;br /&gt;</w:t>
        <w:br/>
        <w:br/>
        <w:t>Високі могили &amp;mdash;&lt;br /&gt;</w:t>
        <w:br/>
        <w:br/>
        <w:t>Більш нічого не осталось,&lt;br /&gt;</w:t>
        <w:br/>
        <w:br/>
        <w:t>Та й ті розривають;&lt;br /&gt;</w:t>
        <w:br/>
        <w:br/>
        <w:t>А він хоче, щоб слухали,&lt;br /&gt;</w:t>
        <w:br/>
        <w:br/>
        <w:t>Як старці співають.&lt;br /&gt;</w:t>
        <w:br/>
        <w:br/>
        <w:t>Дарма праця, пане-брате:&lt;br /&gt;</w:t>
        <w:br/>
        <w:br/>
        <w:t>Коли хочеш грошей,&lt;br /&gt;</w:t>
        <w:br/>
        <w:br/>
        <w:t>Та ще й слави, того дива,&lt;br /&gt;</w:t>
        <w:br/>
        <w:br/>
        <w:t>Співай про Матрьошу,&lt;br /&gt;</w:t>
        <w:br/>
        <w:br/>
        <w:t>Про Парашу, радость нашу,&lt;br /&gt;</w:t>
        <w:br/>
        <w:br/>
        <w:t>Султан, паркет, шпори, &amp;mdash;&lt;br /&gt;</w:t>
        <w:br/>
        <w:br/>
        <w:t>От де слава!!! а то співа:&lt;br /&gt;</w:t>
        <w:br/>
        <w:br/>
        <w:t>&amp;quot;Грає синє море&amp;quot;,&lt;br /&gt;</w:t>
        <w:br/>
        <w:br/>
        <w:t>А дам плаче, за тобою&lt;br /&gt;</w:t>
        <w:br/>
        <w:br/>
        <w:t>І твоя громада&lt;br /&gt;</w:t>
        <w:br/>
        <w:br/>
        <w:t>У сіряках!..&amp;quot; Правда, мудрі!&lt;br /&gt;</w:t>
        <w:br/>
        <w:br/>
        <w:t>Спасибі за раду.&lt;br /&gt;</w:t>
        <w:br/>
        <w:br/>
        <w:t>Теплий кожух, тілько шкода &amp;mdash;&lt;br /&gt;</w:t>
        <w:br/>
        <w:br/>
        <w:t>Не на мене шитий,&lt;br /&gt;</w:t>
        <w:br/>
        <w:br/>
        <w:t>А розумне ваше слово&lt;br /&gt;</w:t>
        <w:br/>
        <w:br/>
        <w:t>Брехнею підбите.&lt;br /&gt;</w:t>
        <w:br/>
        <w:br/>
        <w:t>Вибачайте... кричіть собі,&lt;br /&gt;</w:t>
        <w:br/>
        <w:br/>
        <w:t>Я слухать не буду,&lt;br /&gt;</w:t>
        <w:br/>
        <w:br/>
        <w:t>Та й до себе не покличу:&lt;br /&gt;</w:t>
        <w:br/>
        <w:br/>
        <w:t>Ви розумні люди &amp;mdash;&lt;br /&gt;</w:t>
        <w:br/>
        <w:br/>
        <w:t>А я дурень; один собі,&lt;br /&gt;</w:t>
        <w:br/>
        <w:br/>
        <w:t>У моїй хатині&lt;br /&gt;</w:t>
        <w:br/>
        <w:br/>
        <w:t>Заспіваю, заридаю,&lt;br /&gt;</w:t>
        <w:br/>
        <w:br/>
        <w:t>Як мала дитина.&lt;br /&gt;</w:t>
        <w:br/>
        <w:br/>
        <w:t>Заспіваю, &amp;mdash; море грає,&lt;br /&gt;</w:t>
        <w:br/>
        <w:br/>
        <w:t>Вітер повівав,&lt;br /&gt;</w:t>
        <w:br/>
        <w:br/>
        <w:t>Степ чорніє, і могила&lt;br /&gt;</w:t>
        <w:br/>
        <w:br/>
        <w:t>З вітром розмовляє.&lt;br /&gt;</w:t>
        <w:br/>
        <w:br/>
        <w:t>Заспіваю, &amp;mdash; розвернулась&lt;br /&gt;</w:t>
        <w:br/>
        <w:br/>
        <w:t>Висока могила,&lt;br /&gt;</w:t>
        <w:br/>
        <w:br/>
        <w:t>Аж до моря запорожці&lt;br /&gt;</w:t>
        <w:br/>
        <w:br/>
        <w:t>Степ широкий крили.&lt;br /&gt;</w:t>
        <w:br/>
        <w:br/>
        <w:t>Отамани на вороних&lt;br /&gt;</w:t>
        <w:br/>
        <w:br/>
        <w:t>Перед бунчуками&lt;br /&gt;</w:t>
        <w:br/>
        <w:br/>
        <w:t>Вигравають... а пороги&lt;br /&gt;</w:t>
        <w:br/>
        <w:br/>
        <w:t>Меж очеретами&lt;br /&gt;</w:t>
        <w:br/>
        <w:br/>
        <w:t>Ревуть, стогнуть &amp;mdash; розсердились,&lt;br /&gt;</w:t>
        <w:br/>
        <w:br/>
        <w:t>Щось страшне співають.&lt;br /&gt;</w:t>
        <w:br/>
        <w:br/>
        <w:t>Послухаю, пожурюся,&lt;br /&gt;</w:t>
        <w:br/>
        <w:br/>
        <w:t>У старих спитаю:&lt;br /&gt;</w:t>
        <w:br/>
        <w:br/>
        <w:t>&amp;quot;Чого, батьки, сумуєте?&amp;quot;&lt;br /&gt;</w:t>
        <w:br/>
        <w:br/>
        <w:t>&amp;quot;Невесело, сину!&lt;br /&gt;</w:t>
        <w:br/>
        <w:br/>
        <w:t>Дніпро на нас розсердився,&lt;br /&gt;</w:t>
        <w:br/>
        <w:br/>
        <w:t>Плаче Україна...&amp;quot;&lt;br /&gt;</w:t>
        <w:br/>
        <w:br/>
        <w:t>І я плачу; а тим часом&lt;br /&gt;</w:t>
        <w:br/>
        <w:br/>
        <w:t>Пишними рядами&lt;br /&gt;</w:t>
        <w:br/>
        <w:br/>
        <w:t>Виступають отамани,&lt;br /&gt;</w:t>
        <w:br/>
        <w:br/>
        <w:t>Сотники з панами&lt;br /&gt;</w:t>
        <w:br/>
        <w:br/>
        <w:t>І гетьмани; всі в золоті&lt;br /&gt;</w:t>
        <w:br/>
        <w:br/>
        <w:t>У мою хатину&lt;br /&gt;</w:t>
        <w:br/>
        <w:br/>
        <w:t>Прийшли, сіли коло мене&lt;br /&gt;</w:t>
        <w:br/>
        <w:br/>
        <w:t>І про Україну&lt;br /&gt;</w:t>
        <w:br/>
        <w:br/>
        <w:t>Розмовляють, розказують,&lt;br /&gt;</w:t>
        <w:br/>
        <w:br/>
        <w:t>Як Січ будували,&lt;br /&gt;</w:t>
        <w:br/>
        <w:br/>
        <w:t>Як козаки на байдаках&lt;br /&gt;</w:t>
        <w:br/>
        <w:br/>
        <w:t>Пороги минали,&lt;br /&gt;</w:t>
        <w:br/>
        <w:br/>
        <w:t>Як гуляли по синьому,&lt;br /&gt;</w:t>
        <w:br/>
        <w:br/>
        <w:t>Грілися в Скутарі&lt;br /&gt;</w:t>
        <w:br/>
        <w:br/>
        <w:t>Та як, люльки закуривши&lt;br /&gt;</w:t>
        <w:br/>
        <w:br/>
        <w:t>В Польщі на пожарі,&lt;br /&gt;</w:t>
        <w:br/>
        <w:br/>
        <w:t>В Україну верталися,&lt;br /&gt;</w:t>
        <w:br/>
        <w:br/>
        <w:t>Як бенкетували.&lt;br /&gt;</w:t>
        <w:br/>
        <w:br/>
        <w:t>&amp;quot;Грай, кобзарю, лий, шинкарю!&amp;quot;&lt;br /&gt;</w:t>
        <w:br/>
        <w:br/>
        <w:t>Козаки гукали.&lt;br /&gt;</w:t>
        <w:br/>
        <w:br/>
        <w:t>Шинкар знає, наливає&lt;br /&gt;</w:t>
        <w:br/>
        <w:br/>
        <w:t>І не схаменеться;&lt;br /&gt;</w:t>
        <w:br/>
        <w:br/>
        <w:t>Кобзар вшкварив, а козаки &amp;mdash;&lt;br /&gt;</w:t>
        <w:br/>
        <w:br/>
        <w:t>Аж Хортиця гнеться&lt;br /&gt;</w:t>
        <w:br/>
        <w:br/>
        <w:t>Метелиці та гопака&lt;br /&gt;</w:t>
        <w:br/>
        <w:br/>
        <w:t>Гуртом оддирають;&lt;br /&gt;</w:t>
        <w:br/>
        <w:br/>
        <w:t>Кухоль ходить, переходить,&lt;br /&gt;</w:t>
        <w:br/>
        <w:br/>
        <w:t>Так і висихає.&lt;br /&gt;</w:t>
        <w:br/>
        <w:br/>
        <w:t>&amp;quot;Гуляй, пане, без жупана,&lt;br /&gt;</w:t>
        <w:br/>
        <w:br/>
        <w:t>Гуляй, вітре, полем;&lt;br /&gt;</w:t>
        <w:br/>
        <w:br/>
        <w:t>Грай, кобзарю, лий, шинкарю,&lt;br /&gt;</w:t>
        <w:br/>
        <w:br/>
        <w:t>Поки встане доля&amp;quot;.&lt;br /&gt;</w:t>
        <w:br/>
        <w:br/>
        <w:t>Взявшись в боки, навприсідки&lt;br /&gt;</w:t>
        <w:br/>
        <w:br/>
        <w:t>Парубки з дідами.&lt;br /&gt;</w:t>
        <w:br/>
        <w:br/>
        <w:t>&amp;quot;Отак, діти! добре, діти!&lt;br /&gt;</w:t>
        <w:br/>
        <w:br/>
        <w:t>Будете панами&amp;quot;.&lt;br /&gt;</w:t>
        <w:br/>
        <w:br/>
        <w:t>Отамани на бенкеті,&lt;br /&gt;</w:t>
        <w:br/>
        <w:br/>
        <w:t>Неначе на раді,&lt;br /&gt;</w:t>
        <w:br/>
        <w:br/>
        <w:t>Походжають, розмовляють;&lt;br /&gt;</w:t>
        <w:br/>
        <w:br/>
        <w:t>Вельможна громада&lt;br /&gt;</w:t>
        <w:br/>
        <w:br/>
        <w:t>Не втерпіла, ударила&lt;br /&gt;</w:t>
        <w:br/>
        <w:br/>
        <w:t>Старими ногами.&lt;br /&gt;</w:t>
        <w:br/>
        <w:br/>
        <w:t>А я дивлюсь, поглядаю,&lt;br /&gt;</w:t>
        <w:br/>
        <w:br/>
        <w:t>Сміюся сльозами.&lt;br /&gt;</w:t>
        <w:br/>
        <w:br/>
        <w:t>Дивлюся, сміюся, дрібні утираю, &amp;mdash;&lt;br /&gt;</w:t>
        <w:br/>
        <w:br/>
        <w:t>Я не одинокий, є з ким в світі жить;&lt;br /&gt;</w:t>
        <w:br/>
        <w:br/>
        <w:t>У моїй хатині, як в степу безкраїм,&lt;br /&gt;</w:t>
        <w:br/>
        <w:br/>
        <w:t>Козацтво гуляє, байрак гомонить;&lt;br /&gt;</w:t>
        <w:br/>
        <w:br/>
        <w:t>У моїй хатині синє море грає,&lt;br /&gt;</w:t>
        <w:br/>
        <w:br/>
        <w:t>Могила сумує, тополя шумить,&lt;br /&gt;</w:t>
        <w:br/>
        <w:br/>
        <w:t>Тихесенько Гриця дівчина співає,&lt;br /&gt;</w:t>
        <w:br/>
        <w:br/>
        <w:t>Я не одинокий, є з ким вік дожить.&lt;br /&gt;</w:t>
        <w:br/>
        <w:br/>
        <w:t>От де моє добро, гроші,&lt;br /&gt;</w:t>
        <w:br/>
        <w:br/>
        <w:t>От де моя слава,&lt;br /&gt;</w:t>
        <w:br/>
        <w:br/>
        <w:t>А за раду спасибі вам,&lt;br /&gt;</w:t>
        <w:br/>
        <w:br/>
        <w:t>За раду лукаву.&lt;br /&gt;</w:t>
        <w:br/>
        <w:br/>
        <w:t>Буде з мене, поки живу,&lt;br /&gt;</w:t>
        <w:br/>
        <w:br/>
        <w:t>І мертвого слова,&lt;br /&gt;</w:t>
        <w:br/>
        <w:br/>
        <w:t>Щоб виливать журбу, сльози.&lt;br /&gt;</w:t>
        <w:br/>
        <w:br/>
        <w:t>Бувайте здорові!&lt;br /&gt;</w:t>
        <w:br/>
        <w:br/>
        <w:t>Піду синів випроводжать&lt;br /&gt;</w:t>
        <w:br/>
        <w:br/>
        <w:t>В далеку дорогу.&lt;br /&gt;</w:t>
        <w:br/>
        <w:br/>
        <w:t>Нехай ідуть, &amp;mdash; може, найдуть&lt;br /&gt;</w:t>
        <w:br/>
        <w:br/>
        <w:t>Козака старого,&lt;br /&gt;</w:t>
        <w:br/>
        <w:br/>
        <w:t>Що привіта моїх діток&lt;br /&gt;</w:t>
        <w:br/>
        <w:br/>
        <w:t>Старими сльозами.&lt;br /&gt;</w:t>
        <w:br/>
        <w:br/>
        <w:t>Буде з мене. Скажу ще раз:&lt;br /&gt;</w:t>
        <w:br/>
        <w:br/>
        <w:t>Пан я над панами.</w:t>
      </w:r>
    </w:p>
    <w:p>
      <w:r>
        <w:br/>
        <w:br/>
        <w:t>Отак, сидя в кінці стола,&lt;br /&gt;</w:t>
        <w:br/>
        <w:br/>
        <w:t>Міркую, гадаю:&lt;br /&gt;</w:t>
        <w:br/>
        <w:br/>
        <w:t>Кого просить? хто поведе?&lt;br /&gt;</w:t>
        <w:br/>
        <w:br/>
        <w:t>Надворі світає;&lt;br /&gt;</w:t>
        <w:br/>
        <w:br/>
        <w:t>Погас місяць, горить сонце.&lt;br /&gt;</w:t>
        <w:br/>
        <w:br/>
        <w:t>Гайдамаки встали,&lt;br /&gt;</w:t>
        <w:br/>
        <w:br/>
        <w:t>Помолились, одяглися,&lt;br /&gt;</w:t>
        <w:br/>
        <w:br/>
        <w:t>Кругом мене стали,&lt;br /&gt;</w:t>
        <w:br/>
        <w:br/>
        <w:t>Сумно, сумно, як сироти,&lt;br /&gt;</w:t>
        <w:br/>
        <w:br/>
        <w:t>Мовчки похилились.&lt;br /&gt;</w:t>
        <w:br/>
        <w:br/>
        <w:t>&amp;quot;Благослови, &amp;mdash; кажуть, &amp;mdash; батьку,&lt;br /&gt;</w:t>
        <w:br/>
        <w:br/>
        <w:t>Поки маєм силу;&lt;br /&gt;</w:t>
        <w:br/>
        <w:br/>
        <w:t>Благослови шукать долю&lt;br /&gt;</w:t>
        <w:br/>
        <w:br/>
        <w:t>На широкім світі&amp;quot;.&lt;br /&gt;</w:t>
        <w:br/>
        <w:br/>
        <w:t>&amp;quot;Постривайте... світ не хата,&lt;br /&gt;</w:t>
        <w:br/>
        <w:br/>
        <w:t>А ви малі діти,&lt;br /&gt;</w:t>
        <w:br/>
        <w:br/>
        <w:t>Нерозумні. Хто ватажком&lt;br /&gt;</w:t>
        <w:br/>
        <w:br/>
        <w:t>Піде перед вами,&lt;br /&gt;</w:t>
        <w:br/>
        <w:br/>
        <w:t>Хто проведе? Лихо, діти,&lt;br /&gt;</w:t>
        <w:br/>
        <w:br/>
        <w:t>Лихо мені з вами!&lt;br /&gt;</w:t>
        <w:br/>
        <w:br/>
        <w:t>Викохав вас, вигодував,&lt;br /&gt;</w:t>
        <w:br/>
        <w:br/>
        <w:t>Виросли чималі,&lt;br /&gt;</w:t>
        <w:br/>
        <w:br/>
        <w:t>Йдете в люди, а там тепер&lt;br /&gt;</w:t>
        <w:br/>
        <w:br/>
        <w:t>Все письменне стало.&lt;br /&gt;</w:t>
        <w:br/>
        <w:br/>
        <w:t>Вибачайте, що не вивчив,&lt;br /&gt;</w:t>
        <w:br/>
        <w:br/>
        <w:t>Бо й мене хоч били,&lt;br /&gt;</w:t>
        <w:br/>
        <w:br/>
        <w:t>Добре били, а багато&lt;br /&gt;</w:t>
        <w:br/>
        <w:br/>
        <w:t>Дечому навчили!&lt;br /&gt;</w:t>
        <w:br/>
        <w:br/>
        <w:t>Тма, мна знаю, а оксію&lt;br /&gt;</w:t>
        <w:br/>
        <w:br/>
        <w:t>Не втну таки й досі.&lt;br /&gt;</w:t>
        <w:br/>
        <w:br/>
        <w:t>Що ж вам скажуть? Ходім, сини,&lt;br /&gt;</w:t>
        <w:br/>
        <w:br/>
        <w:t>Ходімо, попросим.&lt;br /&gt;</w:t>
        <w:br/>
        <w:br/>
        <w:t>Єсть у мене щирий батько&lt;br /&gt;</w:t>
        <w:br/>
        <w:br/>
        <w:t>(Рідного немає) &amp;mdash;&lt;br /&gt;</w:t>
        <w:br/>
        <w:br/>
        <w:t>Дасть він мені раду з вами,&lt;br /&gt;</w:t>
        <w:br/>
        <w:br/>
        <w:t>Бо сам здоров знає,&lt;br /&gt;</w:t>
        <w:br/>
        <w:br/>
        <w:t>Як то тяжко блукать в світі&lt;br /&gt;</w:t>
        <w:br/>
        <w:br/>
        <w:t>Сироті без роду;&lt;br /&gt;</w:t>
        <w:br/>
        <w:br/>
        <w:t>А до того &amp;mdash; душа щира,&lt;br /&gt;</w:t>
        <w:br/>
        <w:br/>
        <w:t>Козацького роду,&lt;br /&gt;</w:t>
        <w:br/>
        <w:br/>
        <w:t>Не одцуравсь того слова,&lt;br /&gt;</w:t>
        <w:br/>
        <w:br/>
        <w:t>Що мати співала,&lt;br /&gt;</w:t>
        <w:br/>
        <w:br/>
        <w:t>Як малого повивала,&lt;br /&gt;</w:t>
        <w:br/>
        <w:br/>
        <w:t>З малим розмовляла;&lt;br /&gt;</w:t>
        <w:br/>
        <w:br/>
        <w:t>Не одцуравсь того слова,&lt;br /&gt;</w:t>
        <w:br/>
        <w:br/>
        <w:t>Що про Україну&lt;br /&gt;</w:t>
        <w:br/>
        <w:br/>
        <w:t>Сліпий старець, сумуючи,&lt;br /&gt;</w:t>
        <w:br/>
        <w:br/>
        <w:t>Співає під тином.&lt;br /&gt;</w:t>
        <w:br/>
        <w:br/>
        <w:t>Любить її, думу правди,&lt;br /&gt;</w:t>
        <w:br/>
        <w:br/>
        <w:t>Козацькую славу,&lt;br /&gt;</w:t>
        <w:br/>
        <w:br/>
        <w:t>Любить її! Ходім, сини,&lt;br /&gt;</w:t>
        <w:br/>
        <w:br/>
        <w:t>На раду ласкаву.&lt;br /&gt;</w:t>
        <w:br/>
        <w:br/>
        <w:t>Якби не він спіткав мене&lt;br /&gt;</w:t>
        <w:br/>
        <w:br/>
        <w:t>При лихій годині,&lt;br /&gt;</w:t>
        <w:br/>
        <w:br/>
        <w:t>Давно б досі заховали&lt;br /&gt;</w:t>
        <w:br/>
        <w:br/>
        <w:t>В снігу на чужині,&lt;br /&gt;</w:t>
        <w:br/>
        <w:br/>
        <w:t>Заховали б та й сказали:&lt;br /&gt;</w:t>
        <w:br/>
        <w:br/>
        <w:t>&amp;quot;Так... якесь ледащо...&amp;quot;&lt;br /&gt;</w:t>
        <w:br/>
        <w:br/>
        <w:t>Тяжко, важко нудить світом,&lt;br /&gt;</w:t>
        <w:br/>
        <w:br/>
        <w:t>Не знаючи за що.&lt;br /&gt;</w:t>
        <w:br/>
        <w:br/>
        <w:t>Минулося, щоб не снилось!..&lt;br /&gt;</w:t>
        <w:br/>
        <w:br/>
        <w:t>Ходімо, хлоп&amp;#39;ята!&lt;br /&gt;</w:t>
        <w:br/>
        <w:br/>
        <w:t>Коли мені на чужині&lt;br /&gt;</w:t>
        <w:br/>
        <w:br/>
        <w:t>Не дав погибати,&lt;br /&gt;</w:t>
        <w:br/>
        <w:br/>
        <w:t>То й вас прийме, привітає,&lt;br /&gt;</w:t>
        <w:br/>
        <w:br/>
        <w:t>Як свою дитину.&lt;br /&gt;</w:t>
        <w:br/>
        <w:br/>
        <w:t>А од його, помолившись,&lt;br /&gt;</w:t>
        <w:br/>
        <w:br/>
        <w:t>Гайда в Україну!&amp;quot;&lt;br /&gt;</w:t>
        <w:br/>
        <w:br/>
        <w:t>Добридень же, тату, в хату!&lt;br /&gt;</w:t>
        <w:br/>
        <w:br/>
        <w:t>На твоїм порогу&lt;br /&gt;</w:t>
        <w:br/>
        <w:br/>
        <w:t>Благослови моїх діток&lt;br /&gt;</w:t>
        <w:br/>
        <w:br/>
        <w:t>В далеку дорогу.</w:t>
      </w:r>
    </w:p>
    <w:p>
      <w:r>
        <w:br/>
        <w:br/>
        <w:t>С.-Петербург,&lt;br /&gt;</w:t>
        <w:br/>
        <w:br/>
        <w:t>1841, апреля 7</w:t>
      </w:r>
    </w:p>
    <w:p>
      <w:r>
        <w:br/>
        <w:br/>
        <w:t>Інтродукція</w:t>
      </w:r>
    </w:p>
    <w:p>
      <w:r>
        <w:br/>
        <w:br/>
        <w:t>Була колись шляхетчина,&lt;br /&gt;</w:t>
        <w:br/>
        <w:br/>
        <w:t>Вельможная пані;&lt;br /&gt;</w:t>
        <w:br/>
        <w:br/>
        <w:t>Мірялася з москалями,&lt;br /&gt;</w:t>
        <w:br/>
        <w:br/>
        <w:t>З ордою, з султаном,&lt;br /&gt;</w:t>
        <w:br/>
        <w:br/>
        <w:t>З німотою... Було колись...&lt;br /&gt;</w:t>
        <w:br/>
        <w:br/>
        <w:t>Та що не минає?&lt;br /&gt;</w:t>
        <w:br/>
        <w:br/>
        <w:t>Було, шляхта, знай, чваниться,&lt;br /&gt;</w:t>
        <w:br/>
        <w:br/>
        <w:t>День і ніч гуляє&lt;br /&gt;</w:t>
        <w:br/>
        <w:br/>
        <w:t>Та королем коверзує...&lt;br /&gt;</w:t>
        <w:br/>
        <w:br/>
        <w:t>Не скажу Степаном&lt;br /&gt;</w:t>
        <w:br/>
        <w:br/>
        <w:t>Або Яном Собієським:&lt;br /&gt;</w:t>
        <w:br/>
        <w:br/>
        <w:t>Ті два незвичайні, &amp;mdash;&lt;br /&gt;</w:t>
        <w:br/>
        <w:br/>
        <w:t>А іншими. Небораки&lt;br /&gt;</w:t>
        <w:br/>
        <w:br/>
        <w:t>Мовчки панували.&lt;br /&gt;</w:t>
        <w:br/>
        <w:br/>
        <w:t>Сейми, сеймики ревіли,&lt;br /&gt;</w:t>
        <w:br/>
        <w:br/>
        <w:t>Сусіде мовчали,&lt;br /&gt;</w:t>
        <w:br/>
        <w:br/>
        <w:t>Дивилися, як королі&lt;br /&gt;</w:t>
        <w:br/>
        <w:br/>
        <w:t>Із Польщі втікають,&lt;br /&gt;</w:t>
        <w:br/>
        <w:br/>
        <w:t>Та слухали, як шляхетство&lt;br /&gt;</w:t>
        <w:br/>
        <w:br/>
        <w:t>Навісне гукає.&lt;br /&gt;</w:t>
        <w:br/>
        <w:br/>
        <w:t>&amp;quot;Nie pozwalam! nie pozwalam!&amp;quot;&lt;br /&gt;</w:t>
        <w:br/>
        <w:br/>
        <w:t>Шляхта репетує,&lt;br /&gt;</w:t>
        <w:br/>
        <w:br/>
        <w:t>А магнати палять хати,&lt;br /&gt;</w:t>
        <w:br/>
        <w:br/>
        <w:t>Шабельки гартують.&lt;br /&gt;</w:t>
        <w:br/>
        <w:br/>
        <w:t>Довго таке творилося,&lt;br /&gt;</w:t>
        <w:br/>
        <w:br/>
        <w:t>Поки не в Варшаві&lt;br /&gt;</w:t>
        <w:br/>
        <w:br/>
        <w:t>Запанував над ляхами&lt;br /&gt;</w:t>
        <w:br/>
        <w:br/>
        <w:t>Понятовський жвавий.&lt;br /&gt;</w:t>
        <w:br/>
        <w:br/>
        <w:t>Запанував, та й думав шляхту&lt;br /&gt;</w:t>
        <w:br/>
        <w:br/>
        <w:t>Приборкать трошки... не зумів!&lt;br /&gt;</w:t>
        <w:br/>
        <w:br/>
        <w:t>Добра хотів, як дітям мати,&lt;br /&gt;</w:t>
        <w:br/>
        <w:br/>
        <w:t>А може, й ще чого хотів.&lt;br /&gt;</w:t>
        <w:br/>
        <w:br/>
        <w:t>Єдине слово &amp;quot;nie pozwalam&amp;quot;&lt;br /&gt;</w:t>
        <w:br/>
        <w:br/>
        <w:t>У шляхти думав одібрать,&lt;br /&gt;</w:t>
        <w:br/>
        <w:br/>
        <w:t>А потім... Польща запалала,&lt;br /&gt;</w:t>
        <w:br/>
        <w:br/>
        <w:t>Панки сказилися... Кричать:&lt;br /&gt;</w:t>
        <w:br/>
        <w:br/>
        <w:t>&amp;quot;Гонору слово, дарма праця!&lt;br /&gt;</w:t>
        <w:br/>
        <w:br/>
        <w:t>Поганець, наймит москаля!&amp;quot;&lt;br /&gt;</w:t>
        <w:br/>
        <w:br/>
        <w:t>На гвалт Пулавського і Паца&lt;br /&gt;</w:t>
        <w:br/>
        <w:br/>
        <w:t>Встає шляхетськая земля,&lt;br /&gt;</w:t>
        <w:br/>
        <w:br/>
        <w:t>І &amp;mdash; разом сто конфедерацій.&lt;br /&gt;</w:t>
        <w:br/>
        <w:br/>
        <w:t>Розбрелись конфедерати&lt;br /&gt;</w:t>
        <w:br/>
        <w:br/>
        <w:t>По Польщі, Волині,&lt;br /&gt;</w:t>
        <w:br/>
        <w:br/>
        <w:t>По Литві, по Молдаванах&lt;br /&gt;</w:t>
        <w:br/>
        <w:br/>
        <w:t>І по Україні;&lt;br /&gt;</w:t>
        <w:br/>
        <w:br/>
        <w:t>Розбрелися та й забули&lt;br /&gt;</w:t>
        <w:br/>
        <w:br/>
        <w:t>Волю рятувати,&lt;br /&gt;</w:t>
        <w:br/>
        <w:br/>
        <w:t>Полигалися з жидами,&lt;br /&gt;</w:t>
        <w:br/>
        <w:br/>
        <w:t>Та й ну руйнувати.&lt;br /&gt;</w:t>
        <w:br/>
        <w:br/>
        <w:t>Руйнували, мордували,&lt;br /&gt;</w:t>
        <w:br/>
        <w:br/>
        <w:t>Церквами топили...&lt;br /&gt;</w:t>
        <w:br/>
        <w:br/>
        <w:t>А тим часом гайдамаки&lt;br /&gt;</w:t>
        <w:br/>
        <w:br/>
        <w:t>Ножі освятили.</w:t>
      </w:r>
    </w:p>
    <w:p>
      <w:r>
        <w:br/>
        <w:br/>
        <w:t>Ярема</w:t>
      </w:r>
    </w:p>
    <w:p>
      <w:r>
        <w:br/>
        <w:br/>
        <w:t>&amp;quot;Яремо! герш-ту, хамів сину?&lt;br /&gt;</w:t>
        <w:br/>
        <w:br/>
        <w:t>Піди кобилу приведи,&lt;br /&gt;</w:t>
        <w:br/>
        <w:br/>
        <w:t>Подай патинки господині&lt;br /&gt;</w:t>
        <w:br/>
        <w:br/>
        <w:t>Та принеси мені води,&lt;br /&gt;</w:t>
        <w:br/>
        <w:br/>
        <w:t>Вимети хату, внеси дрова,&lt;br /&gt;</w:t>
        <w:br/>
        <w:br/>
        <w:t>Посип індикам, гусям дай,&lt;br /&gt;</w:t>
        <w:br/>
        <w:br/>
        <w:t>Піди до льоху, до корови,&lt;br /&gt;</w:t>
        <w:br/>
        <w:br/>
        <w:t>Та швидше, хаме!.. Постривай!&lt;br /&gt;</w:t>
        <w:br/>
        <w:br/>
        <w:t>Упоравшись, біжи в Вільшану:&lt;br /&gt;</w:t>
        <w:br/>
        <w:br/>
        <w:t>Імості треба. Не барись&amp;quot;.&lt;br /&gt;</w:t>
        <w:br/>
        <w:br/>
        <w:t>Пішов Ярема, похиливсь.</w:t>
      </w:r>
    </w:p>
    <w:p>
      <w:r>
        <w:br/>
        <w:br/>
        <w:t>Отак уранці жид поганий&lt;br /&gt;</w:t>
        <w:br/>
        <w:br/>
        <w:t>Над козаком коверзував.&lt;br /&gt;</w:t>
        <w:br/>
        <w:br/>
        <w:t>Ярема гнувся, бо не знав,&lt;br /&gt;</w:t>
        <w:br/>
        <w:br/>
        <w:t>Не знав, сіромаха, що виросли крила,&lt;br /&gt;</w:t>
        <w:br/>
        <w:br/>
        <w:t>Що неба достане, коли полетить,&lt;br /&gt;</w:t>
        <w:br/>
        <w:br/>
        <w:t>Не знав, нагинався...</w:t>
      </w:r>
    </w:p>
    <w:p>
      <w:r>
        <w:br/>
        <w:br/>
        <w:t>О боже мій милий!&lt;br /&gt;</w:t>
        <w:br/>
        <w:br/>
        <w:t>Тяжко жить на світі, а хочеться жить:&lt;br /&gt;</w:t>
        <w:br/>
        <w:br/>
        <w:t>Хочеться дивитись, як сонечко сяє,&lt;br /&gt;</w:t>
        <w:br/>
        <w:br/>
        <w:t>Хочеться послухать, як море заграє,&lt;br /&gt;</w:t>
        <w:br/>
        <w:br/>
        <w:t>Як пташка щебече, байрак гомонить,&lt;br /&gt;</w:t>
        <w:br/>
        <w:br/>
        <w:t>Або чорнобрива в гаю заспіває...&lt;br /&gt;</w:t>
        <w:br/>
        <w:br/>
        <w:t>О боже мій милий, як весело жить!&lt;br /&gt;</w:t>
        <w:br/>
        <w:br/>
        <w:t>Сирота Ярема, сирота убогий:&lt;br /&gt;</w:t>
        <w:br/>
        <w:br/>
        <w:t>Ні сестри, ні брата, нікого нема!&lt;br /&gt;</w:t>
        <w:br/>
        <w:br/>
        <w:t>Попихач жидівський, виріс у порогу;&lt;br /&gt;</w:t>
        <w:br/>
        <w:br/>
        <w:t>А не клене долі, людей не займа.&lt;br /&gt;</w:t>
        <w:br/>
        <w:br/>
        <w:t>Та й за що їх лаять? хіба вони знають,&lt;br /&gt;</w:t>
        <w:br/>
        <w:br/>
        <w:t>Кого треба гладить, кого катувать?&lt;br /&gt;</w:t>
        <w:br/>
        <w:br/>
        <w:t>Нехай бенкетують... У їх доля дбає,&lt;br /&gt;</w:t>
        <w:br/>
        <w:br/>
        <w:t>А сироті треба самому придбать.&lt;br /&gt;</w:t>
        <w:br/>
        <w:br/>
        <w:t>Трапляється, часом тихенько заплаче,&lt;br /&gt;</w:t>
        <w:br/>
        <w:br/>
        <w:t>Та й то не од того, що серце болить:&lt;br /&gt;</w:t>
        <w:br/>
        <w:br/>
        <w:t>Що-небудь згадає або що побачить...&lt;br /&gt;</w:t>
        <w:br/>
        <w:br/>
        <w:t>Та й знову за працю. Отак треба жить!&lt;br /&gt;</w:t>
        <w:br/>
        <w:br/>
        <w:t>Нащо батько, мати, високі палати,&lt;br /&gt;</w:t>
        <w:br/>
        <w:br/>
        <w:t>Коли нема серця з серцем розмовлять?&lt;br /&gt;</w:t>
        <w:br/>
        <w:br/>
        <w:t>Сирота Ярема &amp;mdash; сирота багатий,&lt;br /&gt;</w:t>
        <w:br/>
        <w:br/>
        <w:t>Бо є з ким заплакать, є з ким заспівать:&lt;br /&gt;</w:t>
        <w:br/>
        <w:br/>
        <w:t>Єсть карії очі &amp;mdash; як зіроньки, сяють,&lt;br /&gt;</w:t>
        <w:br/>
        <w:br/>
        <w:t>Білі рученята &amp;mdash; мліють-обнімають,&lt;br /&gt;</w:t>
        <w:br/>
        <w:br/>
        <w:t>Єсть серце єдине, серденько дівоче,&lt;br /&gt;</w:t>
        <w:br/>
        <w:br/>
        <w:t>Що плаче, сміється, і мре, й оживає,&lt;br /&gt;</w:t>
        <w:br/>
        <w:br/>
        <w:t>Святим духом серед ночі&lt;br /&gt;</w:t>
        <w:br/>
        <w:br/>
        <w:t>Понад ним витає.&lt;br /&gt;</w:t>
        <w:br/>
        <w:br/>
        <w:t>Отакий-то мій Ярема,&lt;br /&gt;</w:t>
        <w:br/>
        <w:br/>
        <w:t>Сирота багатий.&lt;br /&gt;</w:t>
        <w:br/>
        <w:br/>
        <w:t>Таким і я колись-то був.&lt;br /&gt;</w:t>
        <w:br/>
        <w:br/>
        <w:t>Минуло, дівчата...&lt;br /&gt;</w:t>
        <w:br/>
        <w:br/>
        <w:t>Минулося, розійшлося,&lt;br /&gt;</w:t>
        <w:br/>
        <w:br/>
        <w:t>І сліду не стало.&lt;br /&gt;</w:t>
        <w:br/>
        <w:br/>
        <w:t>Серце мліє, як згадаю...&lt;br /&gt;</w:t>
        <w:br/>
        <w:br/>
        <w:t>Чому не осталось?&lt;br /&gt;</w:t>
        <w:br/>
        <w:br/>
        <w:t>Чому не осталось, чому не витало?&lt;br /&gt;</w:t>
        <w:br/>
        <w:br/>
        <w:t>Легше було б сльози, журбу виливать.&lt;br /&gt;</w:t>
        <w:br/>
        <w:br/>
        <w:t>Люде одібрали, бо їм було мало.&lt;br /&gt;</w:t>
        <w:br/>
        <w:br/>
        <w:t>&amp;quot;Нащо йому доля? треба закопать:&lt;br /&gt;</w:t>
        <w:br/>
        <w:br/>
        <w:t>Він і так багатий...&amp;quot;&lt;br /&gt;</w:t>
        <w:br/>
        <w:br/>
        <w:t>Багатий на лати&lt;br /&gt;</w:t>
        <w:br/>
        <w:br/>
        <w:t>Та на дрібні сльози &amp;mdash; бодай не втирать!&lt;br /&gt;</w:t>
        <w:br/>
        <w:br/>
        <w:t>Доле моя, доле! де тебе шукать?&lt;br /&gt;</w:t>
        <w:br/>
        <w:br/>
        <w:t>Вернися до мене, до моєї хати,&lt;br /&gt;</w:t>
        <w:br/>
        <w:br/>
        <w:t>Або хоч приснися... не хочеться спать.&lt;br /&gt;</w:t>
        <w:br/>
        <w:br/>
        <w:t>Вибачайте, люде добрі:&lt;br /&gt;</w:t>
        <w:br/>
        <w:br/>
        <w:t>Може, не до ладу,&lt;br /&gt;</w:t>
        <w:br/>
        <w:br/>
        <w:t>Та прокляте лихо-злидні&lt;br /&gt;</w:t>
        <w:br/>
        <w:br/>
        <w:t>Кому не завадить?&lt;br /&gt;</w:t>
        <w:br/>
        <w:br/>
        <w:t>Може, ще раз зустрінемось,&lt;br /&gt;</w:t>
        <w:br/>
        <w:br/>
        <w:t>Поки шкандибаю&lt;br /&gt;</w:t>
        <w:br/>
        <w:br/>
        <w:t>За Яремою по світу,&lt;br /&gt;</w:t>
        <w:br/>
        <w:br/>
        <w:t>А може... й не знаю.&lt;br /&gt;</w:t>
        <w:br/>
        <w:br/>
        <w:t>Лихо, люде, всюди лихо,&lt;br /&gt;</w:t>
        <w:br/>
        <w:br/>
        <w:t>Нігде пригорнуться:&lt;br /&gt;</w:t>
        <w:br/>
        <w:br/>
        <w:t>Куди, каже, хилить доля,&lt;br /&gt;</w:t>
        <w:br/>
        <w:br/>
        <w:t>Туди й треба гнуться, &amp;mdash;&lt;br /&gt;</w:t>
        <w:br/>
        <w:br/>
        <w:t>Гнуться мовчки, усміхаться,&lt;br /&gt;</w:t>
        <w:br/>
        <w:br/>
        <w:t>Щоб люде не знали,&lt;br /&gt;</w:t>
        <w:br/>
        <w:br/>
        <w:t>Що на серці заховано,&lt;br /&gt;</w:t>
        <w:br/>
        <w:br/>
        <w:t>Щоб не привітали.&lt;br /&gt;</w:t>
        <w:br/>
        <w:br/>
        <w:t>Бо їх ласка... нехай сниться&lt;br /&gt;</w:t>
        <w:br/>
        <w:br/>
        <w:t>Тому, в кого доля,&lt;br /&gt;</w:t>
        <w:br/>
        <w:br/>
        <w:t>А сироті щоб не снилась,&lt;br /&gt;</w:t>
        <w:br/>
        <w:br/>
        <w:t>Не снилась ніколи!&lt;br /&gt;</w:t>
        <w:br/>
        <w:br/>
        <w:t>Тяжко, нудно розказувать,&lt;br /&gt;</w:t>
        <w:br/>
        <w:br/>
        <w:t>А мовчать не вмію.&lt;br /&gt;</w:t>
        <w:br/>
        <w:br/>
        <w:t>Виливайся ж, слово-сльози:&lt;br /&gt;</w:t>
        <w:br/>
        <w:br/>
        <w:t>Сонечко не гріє,&lt;br /&gt;</w:t>
        <w:br/>
        <w:br/>
        <w:t>Не висушить. Поділюся&lt;br /&gt;</w:t>
        <w:br/>
        <w:br/>
        <w:t>Моїми сльозами...&lt;br /&gt;</w:t>
        <w:br/>
        <w:br/>
        <w:t>Та не з братом, не з сестрою&lt;br /&gt;</w:t>
        <w:br/>
        <w:br/>
        <w:t>З німими стінами&lt;br /&gt;</w:t>
        <w:br/>
        <w:br/>
        <w:t>На чужині... А поки що &amp;mdash;&lt;br /&gt;</w:t>
        <w:br/>
        <w:br/>
        <w:t>До корчми вернуся,&lt;br /&gt;</w:t>
        <w:br/>
        <w:br/>
        <w:t>Що там робиться.&lt;br /&gt;</w:t>
        <w:br/>
        <w:br/>
        <w:t>Жидюга&lt;br /&gt;</w:t>
        <w:br/>
        <w:br/>
        <w:t>Дрижить, ізігнувшись&lt;br /&gt;</w:t>
        <w:br/>
        <w:br/>
        <w:t>Над каганцем: лічить гроші&lt;br /&gt;</w:t>
        <w:br/>
        <w:br/>
        <w:t>Коло ліжка, клятий.&lt;br /&gt;</w:t>
        <w:br/>
        <w:br/>
        <w:t>А на ліжку... ох, аж душно!..&lt;br /&gt;</w:t>
        <w:br/>
        <w:br/>
        <w:t>Білі рученята&lt;br /&gt;</w:t>
        <w:br/>
        <w:br/>
        <w:t>Розкидала, розкрилася...&lt;br /&gt;</w:t>
        <w:br/>
        <w:br/>
        <w:t>Як квіточка в гаю,&lt;br /&gt;</w:t>
        <w:br/>
        <w:br/>
        <w:t>Червоніє; а пазуха...&lt;br /&gt;</w:t>
        <w:br/>
        <w:br/>
        <w:t>Пазухи немає &amp;mdash;&lt;br /&gt;</w:t>
        <w:br/>
        <w:br/>
        <w:t>Розірвана... Мабуть, душно&lt;br /&gt;</w:t>
        <w:br/>
        <w:br/>
        <w:t>На перині спати&lt;br /&gt;</w:t>
        <w:br/>
        <w:br/>
        <w:t>Одинокій, молоденькій;&lt;br /&gt;</w:t>
        <w:br/>
        <w:br/>
        <w:t>Ні з ким розмовляти, &amp;mdash;&lt;br /&gt;</w:t>
        <w:br/>
        <w:br/>
        <w:t>Одна шепче. Несказанно&lt;br /&gt;</w:t>
        <w:br/>
        <w:br/>
        <w:t>Гарна нехрещена!&lt;br /&gt;</w:t>
        <w:br/>
        <w:br/>
        <w:t>Ото дочка, а то батько &amp;mdash;&lt;br /&gt;</w:t>
        <w:br/>
        <w:br/>
        <w:t>Чортова кишеня.&lt;br /&gt;</w:t>
        <w:br/>
        <w:br/>
        <w:t>Стара Хайка лежить долі,&lt;br /&gt;</w:t>
        <w:br/>
        <w:br/>
        <w:t>В перинах поганих.&lt;br /&gt;</w:t>
        <w:br/>
        <w:br/>
        <w:t>Де ж Ярема? Взявши торбу,&lt;br /&gt;</w:t>
        <w:br/>
        <w:br/>
        <w:t>Потяг у Вільшану.</w:t>
      </w:r>
    </w:p>
    <w:p>
      <w:r>
        <w:br/>
        <w:br/>
        <w:t>Конфедерати</w:t>
      </w:r>
    </w:p>
    <w:p>
      <w:r>
        <w:br/>
        <w:br/>
        <w:t>&amp;quot;Одчиняй, проклятий жиде!&lt;br /&gt;</w:t>
        <w:br/>
        <w:br/>
        <w:t>Бо будеш битий... одчиняй!&lt;br /&gt;</w:t>
        <w:br/>
        <w:br/>
        <w:t>Ламайте двері, пики вийде&lt;br /&gt;</w:t>
        <w:br/>
        <w:br/>
        <w:t>Старий паскуда!&amp;quot;&lt;br /&gt;</w:t>
        <w:br/>
        <w:br/>
        <w:t>&amp;quot;Постривай!&lt;br /&gt;</w:t>
        <w:br/>
        <w:br/>
        <w:t>Стривайте, зараз!&amp;quot;&lt;br /&gt;</w:t>
        <w:br/>
        <w:br/>
        <w:t>&amp;quot;Нагаями&lt;br /&gt;</w:t>
        <w:br/>
        <w:br/>
        <w:t>Свиняче ухо! Жартувать,&lt;br /&gt;</w:t>
        <w:br/>
        <w:br/>
        <w:t>Чи що, ти хочеш?&amp;quot;&lt;br /&gt;</w:t>
        <w:br/>
        <w:br/>
        <w:t>&amp;quot;Я? з панами?&lt;br /&gt;</w:t>
        <w:br/>
        <w:br/>
        <w:t>Крий боже! зараз, дайте встать,&lt;br /&gt;</w:t>
        <w:br/>
        <w:br/>
        <w:t>Ясновельможні (нишком &amp;mdash; свині)&amp;quot;.&lt;br /&gt;</w:t>
        <w:br/>
        <w:br/>
        <w:t>&amp;quot;Пане полковнику, ламай!&amp;quot;&lt;br /&gt;</w:t>
        <w:br/>
        <w:br/>
        <w:t>Упали двері... а нагай&lt;br /&gt;</w:t>
        <w:br/>
        <w:br/>
        <w:t>Малює вздовж жидівську спину.&lt;br /&gt;</w:t>
        <w:br/>
        <w:br/>
        <w:t>&amp;quot;Здоров, свине, здоров, жиде,&lt;br /&gt;</w:t>
        <w:br/>
        <w:br/>
        <w:t>Здоров, чортів сину!&amp;quot;&lt;br /&gt;</w:t>
        <w:br/>
        <w:br/>
        <w:t>Та нагаєм, та нагаєм.&lt;br /&gt;</w:t>
        <w:br/>
        <w:br/>
        <w:t>А жид зогнув спину:&lt;br /&gt;</w:t>
        <w:br/>
        <w:br/>
        <w:t>&amp;quot;Не жартуйте, мості-пане!&amp;quot;&lt;br /&gt;</w:t>
        <w:br/>
        <w:br/>
        <w:t>&amp;quot;Добривечір в хату!&lt;br /&gt;</w:t>
        <w:br/>
        <w:br/>
        <w:t>Ще раз шельму! ще раз!.. годі!&lt;br /&gt;</w:t>
        <w:br/>
        <w:br/>
        <w:t>Вибачай, проклятий!&lt;br /&gt;</w:t>
        <w:br/>
        <w:br/>
        <w:t>Добривечір! а де дочка?&amp;quot;&lt;br /&gt;</w:t>
        <w:br/>
        <w:br/>
        <w:t>&amp;quot;Умерла, панове&amp;quot;.&lt;br /&gt;</w:t>
        <w:br/>
        <w:br/>
        <w:t>&amp;quot;Лжеш, Іудо! нагаями!&amp;quot;&lt;br /&gt;</w:t>
        <w:br/>
        <w:br/>
        <w:t>Посипались знову.&lt;br /&gt;</w:t>
        <w:br/>
        <w:br/>
        <w:t>&amp;quot;Ой паночки-голубчики,&lt;br /&gt;</w:t>
        <w:br/>
        <w:br/>
        <w:t>Єй-богу, немає!&amp;quot;&lt;br /&gt;</w:t>
        <w:br/>
        <w:br/>
        <w:t>&amp;quot;Брешеш, шельмо!&amp;quot;&lt;br /&gt;</w:t>
        <w:br/>
        <w:br/>
        <w:t>&amp;quot;Коли брешу,&lt;br /&gt;</w:t>
        <w:br/>
        <w:br/>
        <w:t>Нехай бог карає!&amp;quot;&lt;br /&gt;</w:t>
        <w:br/>
        <w:br/>
        <w:t>&amp;quot;Не бог, а ми. Признавайся!&amp;quot;&lt;br /&gt;</w:t>
        <w:br/>
        <w:br/>
        <w:t>&amp;quot;Нащо б мав ховати,&lt;br /&gt;</w:t>
        <w:br/>
        <w:br/>
        <w:t>Якби жива? Нехай, боже,&lt;br /&gt;</w:t>
        <w:br/>
        <w:br/>
        <w:t>Щоб я був проклятий!..&amp;quot;&lt;br /&gt;</w:t>
        <w:br/>
        <w:br/>
        <w:t>&amp;quot;Ха-ха-ха-ха!.. Чорт, панове,&lt;br /&gt;</w:t>
        <w:br/>
        <w:br/>
        <w:t>Літаню співає.&lt;br /&gt;</w:t>
        <w:br/>
        <w:br/>
        <w:t>Перехрестись!&amp;quot;&lt;br /&gt;</w:t>
        <w:br/>
        <w:br/>
        <w:t>&amp;quot;Як же воно?&lt;br /&gt;</w:t>
        <w:br/>
        <w:br/>
        <w:t>Далебі, не знаю&amp;quot;.&lt;br /&gt;</w:t>
        <w:br/>
        <w:br/>
        <w:t>&amp;quot;Отак, дивись...&amp;quot;&lt;br /&gt;</w:t>
        <w:br/>
        <w:br/>
        <w:t>Лях хреститься,&lt;br /&gt;</w:t>
        <w:br/>
        <w:br/>
        <w:t>А за ним Іуда,&lt;br /&gt;</w:t>
        <w:br/>
        <w:br/>
        <w:t>&amp;quot;Браво! браво! охрестили.&lt;br /&gt;</w:t>
        <w:br/>
        <w:br/>
        <w:t>Ну, за таке чудо&lt;br /&gt;</w:t>
        <w:br/>
        <w:br/>
        <w:t>Могоричу, мості-пане!&lt;br /&gt;</w:t>
        <w:br/>
        <w:br/>
        <w:t>Чуєш, охрещений?&lt;br /&gt;</w:t>
        <w:br/>
        <w:br/>
        <w:t>Могоричу!&amp;quot;&lt;br /&gt;</w:t>
        <w:br/>
        <w:br/>
        <w:t>&amp;quot;Зараз, зараз!&amp;quot;&lt;br /&gt;</w:t>
        <w:br/>
        <w:br/>
        <w:t>Ревуть, мов скажені,&lt;br /&gt;</w:t>
        <w:br/>
        <w:br/>
        <w:t>Ревуть ляхи, а поставець&lt;br /&gt;</w:t>
        <w:br/>
        <w:br/>
        <w:t>По столу гуляє.&lt;br /&gt;</w:t>
        <w:br/>
        <w:br/>
        <w:t>&amp;quot;Єще Польща не згінела!&amp;quot; &amp;mdash;&lt;br /&gt;</w:t>
        <w:br/>
        <w:br/>
        <w:t>Хто куди гукає.&lt;br /&gt;</w:t>
        <w:br/>
        <w:br/>
        <w:t>&amp;quot;Давай, жиде!&amp;quot;&lt;br /&gt;</w:t>
        <w:br/>
        <w:br/>
        <w:t>Охрещений&lt;br /&gt;</w:t>
        <w:br/>
        <w:br/>
        <w:t>Із льоху та в хату,&lt;br /&gt;</w:t>
        <w:br/>
        <w:br/>
        <w:t>Знай, шмигляє, наливає;&lt;br /&gt;</w:t>
        <w:br/>
        <w:br/>
        <w:t>А конфедерати,&lt;br /&gt;</w:t>
        <w:br/>
        <w:br/>
        <w:t>Знай, гукають: &amp;quot;Жиде! меду!&amp;quot;&lt;br /&gt;</w:t>
        <w:br/>
        <w:br/>
        <w:t>Жид не схаменеться.&lt;br /&gt;</w:t>
        <w:br/>
        <w:br/>
        <w:t>&amp;quot;Де цимбали? грай, псявіро!&amp;quot;&lt;br /&gt;</w:t>
        <w:br/>
        <w:br/>
        <w:t>Аж корчма трясеться &amp;mdash;&lt;br /&gt;</w:t>
        <w:br/>
        <w:br/>
        <w:t>Краков&amp;#39;яка оддирають,&lt;br /&gt;</w:t>
        <w:br/>
        <w:br/>
        <w:t>Вальса та мазура.&lt;br /&gt;</w:t>
        <w:br/>
        <w:br/>
        <w:t>І жид гляне, та нищечком:&lt;br /&gt;</w:t>
        <w:br/>
        <w:br/>
        <w:t>&amp;quot;Шляхетська натура!&amp;quot;&lt;br /&gt;</w:t>
        <w:br/>
        <w:br/>
        <w:t>&amp;quot;Добре, годі! тепер співай!&amp;quot;&lt;br /&gt;</w:t>
        <w:br/>
        <w:br/>
        <w:t>&amp;quot;Не вмію, єй-богу!&amp;quot;&lt;br /&gt;</w:t>
        <w:br/>
        <w:br/>
        <w:t>&amp;quot;Не божись, собача шкуро!&amp;quot;&lt;br /&gt;</w:t>
        <w:br/>
        <w:br/>
        <w:t>&amp;quot;Яку ж вам? Небог у?&amp;quot;&lt;br /&gt;</w:t>
        <w:br/>
        <w:br/>
        <w:t>&amp;quot;Була собі Гандзя,&lt;br /&gt;</w:t>
        <w:br/>
        <w:br/>
        <w:t>Каліка небога,&lt;br /&gt;</w:t>
        <w:br/>
        <w:br/>
        <w:t>Божилася,&lt;br /&gt;</w:t>
        <w:br/>
        <w:br/>
        <w:t>Молилася,&lt;br /&gt;</w:t>
        <w:br/>
        <w:br/>
        <w:t>Що боліли ноги;&lt;br /&gt;</w:t>
        <w:br/>
        <w:br/>
        <w:t>На панщину не ходила,&lt;br /&gt;</w:t>
        <w:br/>
        <w:br/>
        <w:t>А за парубками&lt;br /&gt;</w:t>
        <w:br/>
        <w:br/>
        <w:t>Тихесенько,&lt;br /&gt;</w:t>
        <w:br/>
        <w:br/>
        <w:t>Гарнесенько&lt;br /&gt;</w:t>
        <w:br/>
        <w:br/>
        <w:t>Поміж бур&amp;#39;янами&amp;quot;.&lt;br /&gt;</w:t>
        <w:br/>
        <w:br/>
        <w:t>&amp;quot;Годі! годі! це погана:&lt;br /&gt;</w:t>
        <w:br/>
        <w:br/>
        <w:t>Схизмати співають&amp;quot;.&lt;br /&gt;</w:t>
        <w:br/>
        <w:br/>
        <w:t>&amp;quot;Якої ж вам? хіба оцю?&lt;br /&gt;</w:t>
        <w:br/>
        <w:br/>
        <w:t>Стривайте, згадаю...&amp;quot;&lt;br /&gt;</w:t>
        <w:br/>
        <w:br/>
        <w:t>&amp;quot;Перед паном Хведором&lt;br /&gt;</w:t>
        <w:br/>
        <w:br/>
        <w:t>Ходить жид ходором,&lt;br /&gt;</w:t>
        <w:br/>
        <w:br/>
        <w:t>І задком,&lt;br /&gt;</w:t>
        <w:br/>
        <w:br/>
        <w:t>І передком&lt;br /&gt;</w:t>
        <w:br/>
        <w:br/>
        <w:t>Перед паном Хведірком&amp;quot;.&lt;br /&gt;</w:t>
        <w:br/>
        <w:br/>
        <w:t>&amp;quot;Добре, годі! тепер плати!&amp;quot;&lt;br /&gt;</w:t>
        <w:br/>
        <w:br/>
        <w:t>&amp;quot;Жартуєте, пане:&lt;br /&gt;</w:t>
        <w:br/>
        <w:br/>
        <w:t>За що платить?&amp;quot;&lt;br /&gt;</w:t>
        <w:br/>
        <w:br/>
        <w:t>&amp;quot;Що слухали.&lt;br /&gt;</w:t>
        <w:br/>
        <w:br/>
        <w:t>Не кривись, поганий!&lt;br /&gt;</w:t>
        <w:br/>
        <w:br/>
        <w:t>Не жартуєм. Давай гроші!&amp;quot;&lt;br /&gt;</w:t>
        <w:br/>
        <w:br/>
        <w:t>&amp;quot;Де мені їх взяти?&lt;br /&gt;</w:t>
        <w:br/>
        <w:br/>
        <w:t>Ні шеляга, я панською&lt;br /&gt;</w:t>
        <w:br/>
        <w:br/>
        <w:t>Ласкою багатий&amp;quot;.&lt;br /&gt;</w:t>
        <w:br/>
        <w:br/>
        <w:t>&amp;quot;Лжеш, собако! признавайся!&lt;br /&gt;</w:t>
        <w:br/>
        <w:br/>
        <w:t>А нуте, панове,&lt;br /&gt;</w:t>
        <w:br/>
        <w:br/>
        <w:t>Батогами!&amp;quot;&lt;br /&gt;</w:t>
        <w:br/>
        <w:br/>
        <w:t>Засвистіли,&lt;br /&gt;</w:t>
        <w:br/>
        <w:br/>
        <w:t>Хрестять Лейбу знову.&lt;br /&gt;</w:t>
        <w:br/>
        <w:br/>
        <w:t>Періщили, періщили,&lt;br /&gt;</w:t>
        <w:br/>
        <w:br/>
        <w:t>Аж пір&amp;#39;я летіло...&lt;br /&gt;</w:t>
        <w:br/>
        <w:br/>
        <w:t>&amp;quot;Єй же богу, ні шеляга!&lt;br /&gt;</w:t>
        <w:br/>
        <w:br/>
        <w:t>їжте моє тіло!&lt;br /&gt;</w:t>
        <w:br/>
        <w:br/>
        <w:t>Ні шеляга! гвалт! рятуйте!&amp;quot;&lt;br /&gt;</w:t>
        <w:br/>
        <w:br/>
        <w:t>&amp;quot;Ось ми порятуєм&amp;quot;.&lt;br /&gt;</w:t>
        <w:br/>
        <w:br/>
        <w:t>&amp;quot;Постривайте, я щось скажу&amp;quot;.&lt;br /&gt;</w:t>
        <w:br/>
        <w:br/>
        <w:t>&amp;quot;Почуєм, почуєм,&lt;br /&gt;</w:t>
        <w:br/>
        <w:br/>
        <w:t>Та не бреши, бо, хоч здохни,&lt;br /&gt;</w:t>
        <w:br/>
        <w:br/>
        <w:t>Брехня не поможе&amp;quot;.&lt;br /&gt;</w:t>
        <w:br/>
        <w:br/>
        <w:t>&amp;quot;Ні, в Вільшаній...&amp;quot;&lt;br /&gt;</w:t>
        <w:br/>
        <w:br/>
        <w:t>&amp;quot;Твої гроші?&amp;quot;&lt;br /&gt;</w:t>
        <w:br/>
        <w:br/>
        <w:t>&amp;quot;Мої!.. ховай боже!&lt;br /&gt;</w:t>
        <w:br/>
        <w:br/>
        <w:t>Ні, я кажу, що в Вільшаній...&lt;br /&gt;</w:t>
        <w:br/>
        <w:br/>
        <w:t>Вільшанські схизмати&lt;br /&gt;</w:t>
        <w:br/>
        <w:br/>
        <w:t>По три сем&amp;#39;ї, по чотири&lt;br /&gt;</w:t>
        <w:br/>
        <w:br/>
        <w:t>Живуть в одній хаті&amp;quot;.&lt;br /&gt;</w:t>
        <w:br/>
        <w:br/>
        <w:t>&amp;quot;Ми це знаєм, бо ми сами&lt;br /&gt;</w:t>
        <w:br/>
        <w:br/>
        <w:t>Їх так очухрали&amp;quot;.&lt;br /&gt;</w:t>
        <w:br/>
        <w:br/>
        <w:t>&amp;quot;Та ні, не те... вибачайте...&lt;br /&gt;</w:t>
        <w:br/>
        <w:br/>
        <w:t>Щоб лиха не знали,&lt;br /&gt;</w:t>
        <w:br/>
        <w:br/>
        <w:t>Щоб вам гроші приснилися..&lt;br /&gt;</w:t>
        <w:br/>
        <w:br/>
        <w:t>Бачте, у Вільшаній&lt;br /&gt;</w:t>
        <w:br/>
        <w:br/>
        <w:t>У костьолі... у титаря...&lt;br /&gt;</w:t>
        <w:br/>
        <w:br/>
        <w:t>А дочка Оксана!&lt;br /&gt;</w:t>
        <w:br/>
        <w:br/>
        <w:t>Ховай боже! як панночка!&lt;br /&gt;</w:t>
        <w:br/>
        <w:br/>
        <w:t>Що-то за хороше!&lt;br /&gt;</w:t>
        <w:br/>
        <w:br/>
        <w:t>А червінців! хоч не його,&lt;br /&gt;</w:t>
        <w:br/>
        <w:br/>
        <w:t>Так що? аби гроші&amp;quot;.&lt;br /&gt;</w:t>
        <w:br/>
        <w:br/>
        <w:t>&amp;quot;Аби гроші, однаково!&lt;br /&gt;</w:t>
        <w:br/>
        <w:br/>
        <w:t>Правду Лейба каже;&lt;br /&gt;</w:t>
        <w:br/>
        <w:br/>
        <w:t>А щоб певна була правда,&lt;br /&gt;</w:t>
        <w:br/>
        <w:br/>
        <w:t>Нехай шлях покаже.&lt;br /&gt;</w:t>
        <w:br/>
        <w:br/>
        <w:t>Одягайся!&amp;quot;&lt;br /&gt;</w:t>
        <w:br/>
        <w:br/>
        <w:t>Поїхали&lt;br /&gt;</w:t>
        <w:br/>
        <w:br/>
        <w:t>Ляхи у Вільшану.&lt;br /&gt;</w:t>
        <w:br/>
        <w:br/>
        <w:t>Один тілько під лавою&lt;br /&gt;</w:t>
        <w:br/>
        <w:br/>
        <w:t>Конфедерат п&amp;#39;яний&lt;br /&gt;</w:t>
        <w:br/>
        <w:br/>
        <w:t>Не здужа встать, а курника,&lt;br /&gt;</w:t>
        <w:br/>
        <w:br/>
        <w:t>П&amp;#39;яний і веселий:&lt;br /&gt;</w:t>
        <w:br/>
        <w:br/>
        <w:t>&amp;quot;My zyjemy, my zyjemy,&lt;br /&gt;</w:t>
        <w:br/>
        <w:br/>
        <w:t>Polska nie zginela&amp;quot;.</w:t>
      </w:r>
    </w:p>
    <w:p>
      <w:r>
        <w:br/>
        <w:br/>
        <w:t>Титар</w:t>
      </w:r>
    </w:p>
    <w:p>
      <w:r>
        <w:br/>
        <w:br/>
        <w:t>&amp;quot;У гаю, гаю&lt;br /&gt;</w:t>
        <w:br/>
        <w:br/>
        <w:t>Вітру немає;&lt;br /&gt;</w:t>
        <w:br/>
        <w:br/>
        <w:t>Місяць високо,&lt;br /&gt;</w:t>
        <w:br/>
        <w:br/>
        <w:t>Зіроньки сяють.&lt;br /&gt;</w:t>
        <w:br/>
        <w:br/>
        <w:t>Вийди, серденько,&lt;br /&gt;</w:t>
        <w:br/>
        <w:br/>
        <w:t>Я виглядаю;&lt;br /&gt;</w:t>
        <w:br/>
        <w:br/>
        <w:t>Хоч на годину,&lt;br /&gt;</w:t>
        <w:br/>
        <w:br/>
        <w:t>Моя рибчино!&lt;br /&gt;</w:t>
        <w:br/>
        <w:br/>
        <w:t>Виглянь, голубко,&lt;br /&gt;</w:t>
        <w:br/>
        <w:br/>
        <w:t>Та поворкуєм,&lt;br /&gt;</w:t>
        <w:br/>
        <w:br/>
        <w:t>Та посумуєм;&lt;br /&gt;</w:t>
        <w:br/>
        <w:br/>
        <w:t>Бо я далеко&lt;br /&gt;</w:t>
        <w:br/>
        <w:br/>
        <w:t>Сю ніч мандрую.&lt;br /&gt;</w:t>
        <w:br/>
        <w:br/>
        <w:t>Виглянь же, пташко,&lt;br /&gt;</w:t>
        <w:br/>
        <w:br/>
        <w:t>Моє серденько,&lt;br /&gt;</w:t>
        <w:br/>
        <w:br/>
        <w:t>Поки близенько,&lt;br /&gt;</w:t>
        <w:br/>
        <w:br/>
        <w:t>Та поворкуєм...&lt;br /&gt;</w:t>
        <w:br/>
        <w:br/>
        <w:t>Ох, тяжко, важко!&amp;quot;&lt;br /&gt;</w:t>
        <w:br/>
        <w:br/>
        <w:t>Отак, ходя попід гаєм,&lt;br /&gt;</w:t>
        <w:br/>
        <w:br/>
        <w:t>Ярема співає,&lt;br /&gt;</w:t>
        <w:br/>
        <w:br/>
        <w:t>Виглядає; а Оксани&lt;br /&gt;</w:t>
        <w:br/>
        <w:br/>
        <w:t>Немає, немає.&lt;br /&gt;</w:t>
        <w:br/>
        <w:br/>
        <w:t>Зорі сяють; серед неба&lt;br /&gt;</w:t>
        <w:br/>
        <w:br/>
        <w:t>Горить білолиций;&lt;br /&gt;</w:t>
        <w:br/>
        <w:br/>
        <w:t>Верба слуха соловейка,&lt;br /&gt;</w:t>
        <w:br/>
        <w:br/>
        <w:t>Дивиться в криницю;&lt;br /&gt;</w:t>
        <w:br/>
        <w:br/>
        <w:t>На калині, над водою,&lt;br /&gt;</w:t>
        <w:br/>
        <w:br/>
        <w:t>Так і виливає,&lt;br /&gt;</w:t>
        <w:br/>
        <w:br/>
        <w:t>Неначе зна, що дівчину&lt;br /&gt;</w:t>
        <w:br/>
        <w:br/>
        <w:t>Козак виглядає.&lt;br /&gt;</w:t>
        <w:br/>
        <w:br/>
        <w:t>А Ярема по долині&lt;br /&gt;</w:t>
        <w:br/>
        <w:br/>
        <w:t>Ледве-ледве ходить,&lt;br /&gt;</w:t>
        <w:br/>
        <w:br/>
        <w:t>Не дивиться, не слухає...&lt;br /&gt;</w:t>
        <w:br/>
        <w:br/>
        <w:t>&amp;quot;Нащо мені врода,&lt;br /&gt;</w:t>
        <w:br/>
        <w:br/>
        <w:t>Коли нема долі, нема талану!&lt;br /&gt;</w:t>
        <w:br/>
        <w:br/>
        <w:t>Літа молодії марно пропадуть.&lt;br /&gt;</w:t>
        <w:br/>
        <w:br/>
        <w:t>Один я на світі без роду, і доля &amp;mdash;&lt;br /&gt;</w:t>
        <w:br/>
        <w:br/>
        <w:t>Стеблина-билина на чужому полі.&lt;br /&gt;</w:t>
        <w:br/>
        <w:br/>
        <w:t>Стеблину-билину вітри рознесуть:&lt;br /&gt;</w:t>
        <w:br/>
        <w:br/>
        <w:t>Так і мене люде не знають, де діти.&lt;br /&gt;</w:t>
        <w:br/>
        <w:br/>
        <w:t>За що ж одцурались? Що я сирота?&lt;br /&gt;</w:t>
        <w:br/>
        <w:br/>
        <w:t>Одно було серце, одно на всім світі,&lt;br /&gt;</w:t>
        <w:br/>
        <w:br/>
        <w:t>Одна душа щира, та бачу, що й та,&lt;br /&gt;</w:t>
        <w:br/>
        <w:br/>
        <w:t>Що й та одцуралась&amp;quot;.&lt;br /&gt;</w:t>
        <w:br/>
        <w:br/>
        <w:t>І хлинули сльози.&lt;br /&gt;</w:t>
        <w:br/>
        <w:br/>
        <w:t>Поплакав сердега, утер рукавом.&lt;br /&gt;</w:t>
        <w:br/>
        <w:br/>
        <w:t>&amp;quot;Оставайсь здорова. В далекій дорозі&lt;br /&gt;</w:t>
        <w:br/>
        <w:br/>
        <w:t>Найду або долю, або за Дніпром&lt;br /&gt;</w:t>
        <w:br/>
        <w:br/>
        <w:t>Ляжу головою... А ти не заплачеш,&lt;br /&gt;</w:t>
        <w:br/>
        <w:br/>
        <w:t>А ти не побачиш, як ворон клює&lt;br /&gt;</w:t>
        <w:br/>
        <w:br/>
        <w:t>Ті карії очі, ті очі козачі,&lt;br /&gt;</w:t>
        <w:br/>
        <w:br/>
        <w:t>Що ти цілувала, серденько моє!&lt;br /&gt;</w:t>
        <w:br/>
        <w:br/>
        <w:t>Забудь мої сльози, забудь сиротину,&lt;br /&gt;</w:t>
        <w:br/>
        <w:br/>
        <w:t>Забудь, що клялася; другого шукай;&lt;br /&gt;</w:t>
        <w:br/>
        <w:br/>
        <w:t>Я тобі не пара: я в сірій свитині,&lt;br /&gt;</w:t>
        <w:br/>
        <w:br/>
        <w:t>А ти титарівна. Кращого вітай, &amp;mdash;&lt;br /&gt;</w:t>
        <w:br/>
        <w:br/>
        <w:t>Вітай, кого знаєш... така моя доля.&lt;br /&gt;</w:t>
        <w:br/>
        <w:br/>
        <w:t>Забудь мене, пташко, забудь, не журись&lt;br /&gt;</w:t>
        <w:br/>
        <w:br/>
        <w:t>А коли почуєш, що на чужім полі&lt;br /&gt;</w:t>
        <w:br/>
        <w:br/>
        <w:t>Поляг головою, &amp;mdash; нишком помолись.&lt;br /&gt;</w:t>
        <w:br/>
        <w:br/>
        <w:t>Одна, серце, на всім світі&lt;br /&gt;</w:t>
        <w:br/>
        <w:br/>
        <w:t>Хоч ти помолися!&amp;quot;&lt;br /&gt;</w:t>
        <w:br/>
        <w:br/>
        <w:t>Та й заплакав сіромаха,&lt;br /&gt;</w:t>
        <w:br/>
        <w:br/>
        <w:t>На кий похилившись.&lt;br /&gt;</w:t>
        <w:br/>
        <w:br/>
        <w:t>Плаче собі тихесенько...&lt;br /&gt;</w:t>
        <w:br/>
        <w:br/>
        <w:t>Шелест!.. коли гляне:&lt;br /&gt;</w:t>
        <w:br/>
        <w:br/>
        <w:t>Попід гаєм, мов ласочка,&lt;br /&gt;</w:t>
        <w:br/>
        <w:br/>
        <w:t>Крадеться Оксана.&lt;br /&gt;</w:t>
        <w:br/>
        <w:br/>
        <w:t>Забув; побіг; обнялися.&lt;br /&gt;</w:t>
        <w:br/>
        <w:br/>
        <w:t>&amp;quot;Серце!&amp;quot; &amp;mdash; та й зомліли.&lt;br /&gt;</w:t>
        <w:br/>
        <w:br/>
        <w:t>Довго-довго тілько &amp;mdash; &amp;quot;серце&amp;quot;,&lt;br /&gt;</w:t>
        <w:br/>
        <w:br/>
        <w:t>Та й знову німіли.&lt;br /&gt;</w:t>
        <w:br/>
        <w:br/>
        <w:t>&amp;quot;Годі, пташко!&amp;quot;&lt;br /&gt;</w:t>
        <w:br/>
        <w:br/>
        <w:t>&amp;quot;Ще трошечки,&lt;br /&gt;</w:t>
        <w:br/>
        <w:br/>
        <w:t>Ще... ще... сизокрилий!&lt;br /&gt;</w:t>
        <w:br/>
        <w:br/>
        <w:t>Вийми душу!.. ще раз... ще раз.&lt;br /&gt;</w:t>
        <w:br/>
        <w:br/>
        <w:t>Ох, як я втомилась!&amp;quot;&lt;br /&gt;</w:t>
        <w:br/>
        <w:br/>
        <w:t>&amp;quot;Одпочинь, моя ти зоре!&lt;br /&gt;</w:t>
        <w:br/>
        <w:br/>
        <w:t>Ти з неба злетіла!&amp;quot;&lt;br /&gt;</w:t>
        <w:br/>
        <w:br/>
        <w:t>Послав свитку. Як ясочка,&lt;br /&gt;</w:t>
        <w:br/>
        <w:br/>
        <w:t>Усміхнулась, сіла.&lt;br /&gt;</w:t>
        <w:br/>
        <w:br/>
        <w:t>&amp;quot;Сідай же й ти коло мене&amp;quot;.&lt;br /&gt;</w:t>
        <w:br/>
        <w:br/>
        <w:t>Сів, та й обнялися.&lt;br /&gt;</w:t>
        <w:br/>
        <w:br/>
        <w:t>&amp;quot;Серце моє, зоре моя,&lt;br /&gt;</w:t>
        <w:br/>
        <w:br/>
        <w:t>Де це ти зоріла?&amp;quot;&lt;br /&gt;</w:t>
        <w:br/>
        <w:br/>
        <w:t>&amp;quot;Я сьогодні забарилась:&lt;br /&gt;</w:t>
        <w:br/>
        <w:br/>
        <w:t>Батько занедужав;&lt;br /&gt;</w:t>
        <w:br/>
        <w:br/>
        <w:t>Коло його все поралась...&amp;quot;&lt;br /&gt;</w:t>
        <w:br/>
        <w:br/>
        <w:t>&amp;quot;А мене й байдуже?&amp;quot;&lt;br /&gt;</w:t>
        <w:br/>
        <w:br/>
        <w:t>&amp;quot;Який-бо ти, єй же богу!&amp;quot;&lt;br /&gt;</w:t>
        <w:br/>
        <w:br/>
        <w:t>І сльози блиснули.&lt;br /&gt;</w:t>
        <w:br/>
        <w:br/>
        <w:t>&amp;quot;Не плач, серце, я жартую&amp;quot;.&lt;br /&gt;</w:t>
        <w:br/>
        <w:br/>
        <w:t>&amp;quot;Жарти!&amp;quot;&lt;br /&gt;</w:t>
        <w:br/>
        <w:br/>
        <w:t>Усміхнулась.&lt;br /&gt;</w:t>
        <w:br/>
        <w:br/>
        <w:t>Прихилилась головкою&lt;br /&gt;</w:t>
        <w:br/>
        <w:br/>
        <w:t>Та й ніби заснула.&lt;br /&gt;</w:t>
        <w:br/>
        <w:br/>
        <w:t>&amp;quot;Бач, Оксано, я жартую,&lt;br /&gt;</w:t>
        <w:br/>
        <w:br/>
        <w:t>А ти й справді плачеш.&lt;br /&gt;</w:t>
        <w:br/>
        <w:br/>
        <w:t>Ну, не плач же, глянь на мене:&lt;br /&gt;</w:t>
        <w:br/>
        <w:br/>
        <w:t>Завтра не побачиш.&lt;br /&gt;</w:t>
        <w:br/>
        <w:br/>
        <w:t>Завтра буду я далеко,&lt;br /&gt;</w:t>
        <w:br/>
        <w:br/>
        <w:t>Далеко, Оксано...&lt;br /&gt;</w:t>
        <w:br/>
        <w:br/>
        <w:t>Завтра вночі у Чигрині&lt;br /&gt;</w:t>
        <w:br/>
        <w:br/>
        <w:t>Свячений достану.&lt;br /&gt;</w:t>
        <w:br/>
        <w:br/>
        <w:t>Дасть він мені срібло-злото,&lt;br /&gt;</w:t>
        <w:br/>
        <w:br/>
        <w:t>Дасть він мені славу;&lt;br /&gt;</w:t>
        <w:br/>
        <w:br/>
        <w:t>Одягну тебе, обую,&lt;br /&gt;</w:t>
        <w:br/>
        <w:br/>
        <w:t>Посаджу, як паву, &amp;mdash;&lt;br /&gt;</w:t>
        <w:br/>
        <w:br/>
        <w:t>На дзиглику, як гетьманшу,&lt;br /&gt;</w:t>
        <w:br/>
        <w:br/>
        <w:t>Та й дивитись буду;&lt;br /&gt;</w:t>
        <w:br/>
        <w:br/>
        <w:t>Поки не вмру, дивитимусь&amp;quot;.&lt;br /&gt;</w:t>
        <w:br/>
        <w:br/>
        <w:t>&amp;quot;А може, й забудеш?&lt;br /&gt;</w:t>
        <w:br/>
        <w:br/>
        <w:t>Розбагатієш, у Київ&lt;br /&gt;</w:t>
        <w:br/>
        <w:br/>
        <w:t>Поїдеш з панами,&lt;br /&gt;</w:t>
        <w:br/>
        <w:br/>
        <w:t>Найдеш собі шляхтяночку,&lt;br /&gt;</w:t>
        <w:br/>
        <w:br/>
        <w:t>Забудеш Оксану!&amp;quot;&lt;br /&gt;</w:t>
        <w:br/>
        <w:br/>
        <w:t>&amp;quot;Хіба краща є за тебе?&amp;quot;&lt;br /&gt;</w:t>
        <w:br/>
        <w:br/>
        <w:t>&amp;quot;Може, й є, &amp;mdash; не знаю&amp;quot;.&lt;br /&gt;</w:t>
        <w:br/>
        <w:br/>
        <w:t>&amp;quot;Гнівиш бога, мок серце:&lt;br /&gt;</w:t>
        <w:br/>
        <w:br/>
        <w:t>Кращої немає&lt;br /&gt;</w:t>
        <w:br/>
        <w:br/>
        <w:t>Ні на небі, ні за небом;&lt;br /&gt;</w:t>
        <w:br/>
        <w:br/>
        <w:t>Ні за синім морем&lt;br /&gt;</w:t>
        <w:br/>
        <w:br/>
        <w:t>Нема кращої за тебе!&amp;quot;&lt;br /&gt;</w:t>
        <w:br/>
        <w:br/>
        <w:t>&amp;quot;Що се ти говориш?&lt;br /&gt;</w:t>
        <w:br/>
        <w:br/>
        <w:t>Схаменися!&amp;quot;&lt;br /&gt;</w:t>
        <w:br/>
        <w:br/>
        <w:t>&amp;quot;Правду, рибко!&amp;quot;&lt;br /&gt;</w:t>
        <w:br/>
        <w:br/>
        <w:t>Та й знову, та й знову.&lt;br /&gt;</w:t>
        <w:br/>
        <w:br/>
        <w:t>Довго вони, як бачите,&lt;br /&gt;</w:t>
        <w:br/>
        <w:br/>
        <w:t>Меж мови-розмови&lt;br /&gt;</w:t>
        <w:br/>
        <w:br/>
        <w:t>Цілувались, обнімались&lt;br /&gt;</w:t>
        <w:br/>
        <w:br/>
        <w:t>З усієї сили;&lt;br /&gt;</w:t>
        <w:br/>
        <w:br/>
        <w:t>То плакали, то божились,&lt;br /&gt;</w:t>
        <w:br/>
        <w:br/>
        <w:t>То ще раз божились.&lt;br /&gt;</w:t>
        <w:br/>
        <w:br/>
        <w:t>(й Ярема розказував,&lt;br /&gt;</w:t>
        <w:br/>
        <w:br/>
        <w:t>Як жить вони будуть&lt;br /&gt;</w:t>
        <w:br/>
        <w:br/>
        <w:t>Укупочці, як золото&lt;br /&gt;</w:t>
        <w:br/>
        <w:br/>
        <w:t>І долю добуде,&lt;br /&gt;</w:t>
        <w:br/>
        <w:br/>
        <w:t>Як виріжуть гайдамаки&lt;br /&gt;</w:t>
        <w:br/>
        <w:br/>
        <w:t>Ляхів в Україні,&lt;br /&gt;</w:t>
        <w:br/>
        <w:br/>
        <w:t>Як він буде панувати,&lt;br /&gt;</w:t>
        <w:br/>
        <w:br/>
        <w:t>Коли не загине.&lt;br /&gt;</w:t>
        <w:br/>
        <w:br/>
        <w:t>Аж обридло слухаючи,&lt;br /&gt;</w:t>
        <w:br/>
        <w:br/>
        <w:t>Далебі, дівчата!&lt;br /&gt;</w:t>
        <w:br/>
        <w:br/>
        <w:t>&amp;quot;Ото який! мов і справді&lt;br /&gt;</w:t>
        <w:br/>
        <w:br/>
        <w:t>Обридло!&amp;quot;&lt;br /&gt;</w:t>
        <w:br/>
        <w:br/>
        <w:t>А мати&lt;br /&gt;</w:t>
        <w:br/>
        <w:br/>
        <w:t>Або батько як побачать,&lt;br /&gt;</w:t>
        <w:br/>
        <w:br/>
        <w:t>Що ви, мої любі,&lt;br /&gt;</w:t>
        <w:br/>
        <w:br/>
        <w:t>Таке диво читаєте,&lt;br /&gt;</w:t>
        <w:br/>
        <w:br/>
        <w:t>Гріха на всю губу!&lt;br /&gt;</w:t>
        <w:br/>
        <w:br/>
        <w:t>Тоді, тоді... та цур йому,&lt;br /&gt;</w:t>
        <w:br/>
        <w:br/>
        <w:t>А дуже цікаве!&lt;br /&gt;</w:t>
        <w:br/>
        <w:br/>
        <w:t>А надто вам розказать би,&lt;br /&gt;</w:t>
        <w:br/>
        <w:br/>
        <w:t>Як козак чорнявий&lt;br /&gt;</w:t>
        <w:br/>
        <w:br/>
        <w:t>Під вербою, над водою,&lt;br /&gt;</w:t>
        <w:br/>
        <w:br/>
        <w:t>Обнявшись, сумує;&lt;br /&gt;</w:t>
        <w:br/>
        <w:br/>
        <w:t>А Оксана, як голубка,&lt;br /&gt;</w:t>
        <w:br/>
        <w:br/>
        <w:t>Воркує, цілує;&lt;br /&gt;</w:t>
        <w:br/>
        <w:br/>
        <w:t>То заплаче, то зомліє,&lt;br /&gt;</w:t>
        <w:br/>
        <w:br/>
        <w:t>Головоньку схилить:&lt;br /&gt;</w:t>
        <w:br/>
        <w:br/>
        <w:t>&amp;quot;Серце моє, доле моя!&lt;br /&gt;</w:t>
        <w:br/>
        <w:br/>
        <w:t>Соколе мій милий!&lt;br /&gt;</w:t>
        <w:br/>
        <w:br/>
        <w:t>Мій!..&amp;quot; &amp;mdash; аж верби нагинались&lt;br /&gt;</w:t>
        <w:br/>
        <w:br/>
        <w:t>Слухать тую мову.&lt;br /&gt;</w:t>
        <w:br/>
        <w:br/>
        <w:t>Ото мова! Не розкажу,&lt;br /&gt;</w:t>
        <w:br/>
        <w:br/>
        <w:t>Мої чорноброві,&lt;br /&gt;</w:t>
        <w:br/>
        <w:br/>
        <w:t>Не розкажу против ночі,&lt;br /&gt;</w:t>
        <w:br/>
        <w:br/>
        <w:t>А то ще присниться.&lt;br /&gt;</w:t>
        <w:br/>
        <w:br/>
        <w:t>Нехай собі розійдуться&lt;br /&gt;</w:t>
        <w:br/>
        <w:br/>
        <w:t>Так, як ізійшлися, &amp;mdash;&lt;br /&gt;</w:t>
        <w:br/>
        <w:br/>
        <w:t>Тихесенько, гарнесенько,&lt;br /&gt;</w:t>
        <w:br/>
        <w:br/>
        <w:t>Щоб ніхто не бачив&lt;br /&gt;</w:t>
        <w:br/>
        <w:br/>
        <w:t>Ні дівочі дрібні сльози,&lt;br /&gt;</w:t>
        <w:br/>
        <w:br/>
        <w:t>Ні щирі козачі.&lt;br /&gt;</w:t>
        <w:br/>
        <w:br/>
        <w:t>Нехай собі... Може, ще раз&lt;br /&gt;</w:t>
        <w:br/>
        <w:br/>
        <w:t>Вони на сім світі&lt;br /&gt;</w:t>
        <w:br/>
        <w:br/>
        <w:t>Зустрінуться... побачимо...&lt;br /&gt;</w:t>
        <w:br/>
        <w:br/>
        <w:t>А тим часом світить&lt;br /&gt;</w:t>
        <w:br/>
        <w:br/>
        <w:t>З усіх вікон у титаря.&lt;br /&gt;</w:t>
        <w:br/>
        <w:br/>
        <w:t>Що то там твориться?&lt;br /&gt;</w:t>
        <w:br/>
        <w:br/>
        <w:t>Треба глянуть та розказать...&lt;br /&gt;</w:t>
        <w:br/>
        <w:br/>
        <w:t>Бодай не диііиті.ся!&lt;br /&gt;</w:t>
        <w:br/>
        <w:br/>
        <w:t>Бодай не дивитись, бодай не казати!&lt;br /&gt;</w:t>
        <w:br/>
        <w:br/>
        <w:t>Бо за людей сором, бо серце болить.&lt;br /&gt;</w:t>
        <w:br/>
        <w:br/>
        <w:t>Гляньте, подивіться: то конфедерати,&lt;br /&gt;</w:t>
        <w:br/>
        <w:br/>
        <w:t>Люде, що зібрались волю боронить.&lt;br /&gt;</w:t>
        <w:br/>
        <w:br/>
        <w:t>Боронять, прокляті... Будь проклята мати,&lt;br /&gt;</w:t>
        <w:br/>
        <w:br/>
        <w:t>І день, і година, коли понесла,&lt;br /&gt;</w:t>
        <w:br/>
        <w:br/>
        <w:t>Коли породила, на світ привела!&lt;br /&gt;</w:t>
        <w:br/>
        <w:br/>
        <w:t>Дивіться, що роблять у титаря в хаті&lt;br /&gt;</w:t>
        <w:br/>
        <w:br/>
        <w:t>Пекельнії діти.&lt;br /&gt;</w:t>
        <w:br/>
        <w:br/>
        <w:t>У печі пала&lt;br /&gt;</w:t>
        <w:br/>
        <w:br/>
        <w:t>Огонь і світить на всю хату,&lt;br /&gt;</w:t>
        <w:br/>
        <w:br/>
        <w:t>В кутку собакою дрижить&lt;br /&gt;</w:t>
        <w:br/>
        <w:br/>
        <w:t>Проклятий жид; конфедерати&lt;br /&gt;</w:t>
        <w:br/>
        <w:br/>
        <w:t>Кричать до титаря: &amp;quot;Хоч жить?&lt;br /&gt;</w:t>
        <w:br/>
        <w:br/>
        <w:t>Скажи, де гроші?&amp;quot;&lt;br /&gt;</w:t>
        <w:br/>
        <w:br/>
        <w:t>Той мовчить.&lt;br /&gt;</w:t>
        <w:br/>
        <w:br/>
        <w:t>Налигачем скрутили руки,&lt;br /&gt;</w:t>
        <w:br/>
        <w:br/>
        <w:t>Об землю вдарили &amp;mdash; нема,&lt;br /&gt;</w:t>
        <w:br/>
        <w:br/>
        <w:t>Нема ні слова.&lt;br /&gt;</w:t>
        <w:br/>
        <w:br/>
        <w:t>&amp;quot;Мало муки!&lt;br /&gt;</w:t>
        <w:br/>
        <w:br/>
        <w:t>Давайте приску! де смола?&lt;br /&gt;</w:t>
        <w:br/>
        <w:br/>
        <w:t>Кропи його! отак! холоне?&lt;br /&gt;</w:t>
        <w:br/>
        <w:br/>
        <w:t>Мерщій же приском посипай!&lt;br /&gt;</w:t>
        <w:br/>
        <w:br/>
        <w:t>Що? скажеш, шельмо?.. І не стогне!&lt;br /&gt;</w:t>
        <w:br/>
        <w:br/>
        <w:t>Завзята бестія! стривай!&amp;quot;&lt;br /&gt;</w:t>
        <w:br/>
        <w:br/>
        <w:t>Насипали в халяви жару...&lt;br /&gt;</w:t>
        <w:br/>
        <w:br/>
        <w:t>&amp;quot;У тім&amp;#39;я цвяшок закатай!&amp;quot;&lt;br /&gt;</w:t>
        <w:br/>
        <w:br/>
        <w:t>Не витерпів святої кари,&lt;br /&gt;</w:t>
        <w:br/>
        <w:br/>
        <w:t>Упав сердега. Пропадай,&lt;br /&gt;</w:t>
        <w:br/>
        <w:br/>
        <w:t>Душа, без сповіді святої!&lt;br /&gt;</w:t>
        <w:br/>
        <w:br/>
        <w:t>&amp;quot;Оксано, дочко!&amp;quot; &amp;mdash; та й умер.&lt;br /&gt;</w:t>
        <w:br/>
        <w:br/>
        <w:t>Ляхи задумалися стоя,&lt;br /&gt;</w:t>
        <w:br/>
        <w:br/>
        <w:t>Хоч і запеклі. &amp;quot;Що ж тепер?&lt;br /&gt;</w:t>
        <w:br/>
        <w:br/>
        <w:t>Панове, ради! Поміркуєм,&lt;br /&gt;</w:t>
        <w:br/>
        <w:br/>
        <w:t>Тепер з ним нічого робить,&lt;br /&gt;</w:t>
        <w:br/>
        <w:br/>
        <w:t>Запалим церкву!&amp;quot;&lt;br /&gt;</w:t>
        <w:br/>
        <w:br/>
        <w:t>&amp;quot;Гвалт! рятуйте!&lt;br /&gt;</w:t>
        <w:br/>
        <w:br/>
        <w:t>Хто в бога вірує!&amp;quot; &amp;mdash; кричить&lt;br /&gt;</w:t>
        <w:br/>
        <w:br/>
        <w:t>Надворі голос, що є сили.&lt;br /&gt;</w:t>
        <w:br/>
        <w:br/>
        <w:t>Ляхи зомліли. &amp;quot;Хто такий?&amp;quot;&lt;br /&gt;</w:t>
        <w:br/>
        <w:br/>
        <w:t>Оксана в двері: &amp;quot;Вбили! вбили!&amp;quot;&lt;br /&gt;</w:t>
        <w:br/>
        <w:br/>
        <w:t>Та й пада крижем. А старший&lt;br /&gt;</w:t>
        <w:br/>
        <w:br/>
        <w:t>Махнув рукою на громаду.&lt;br /&gt;</w:t>
        <w:br/>
        <w:br/>
        <w:t>Понура шляхта, мов хорти,&lt;br /&gt;</w:t>
        <w:br/>
        <w:br/>
        <w:t>За двері вийшла. Сам позаду,&lt;br /&gt;</w:t>
        <w:br/>
        <w:br/>
        <w:t>Бере зомлілую...&lt;br /&gt;</w:t>
        <w:br/>
        <w:br/>
        <w:t>Де ж ти,&lt;br /&gt;</w:t>
        <w:br/>
        <w:br/>
        <w:t>Яремо, де ти? подивися!&lt;br /&gt;</w:t>
        <w:br/>
        <w:br/>
        <w:t>А він, мандруючи, співа,&lt;br /&gt;</w:t>
        <w:br/>
        <w:br/>
        <w:t>Як Наливайко з ляхом бився.&lt;br /&gt;</w:t>
        <w:br/>
        <w:br/>
        <w:t>Ляхи пропали; нежива&lt;br /&gt;</w:t>
        <w:br/>
        <w:br/>
        <w:t>Пропала з ними і Оксана.&lt;br /&gt;</w:t>
        <w:br/>
        <w:br/>
        <w:t>Собаки де-де по Вільшаній&lt;br /&gt;</w:t>
        <w:br/>
        <w:br/>
        <w:t>Загавкають та й замовчать.&lt;br /&gt;</w:t>
        <w:br/>
        <w:br/>
        <w:t>Біліє місяць; люде сплять,&lt;br /&gt;</w:t>
        <w:br/>
        <w:br/>
        <w:t>І титар спить... Не рано встане:&lt;br /&gt;</w:t>
        <w:br/>
        <w:br/>
        <w:t>Навіки, праведний, заснув.&lt;br /&gt;</w:t>
        <w:br/>
        <w:br/>
        <w:t>Горіло світло, погасало,&lt;br /&gt;</w:t>
        <w:br/>
        <w:br/>
        <w:t>Погасло... Мертвий мов здригнув.&lt;br /&gt;</w:t>
        <w:br/>
        <w:br/>
        <w:t>І сумно-сумно в хаті стало.</w:t>
      </w:r>
    </w:p>
    <w:p>
      <w:r>
        <w:br/>
        <w:br/>
        <w:t>Свято в Чигирині</w:t>
      </w:r>
    </w:p>
    <w:p>
      <w:r>
        <w:br/>
        <w:br/>
        <w:t>Гетьмани, гетьмани, якби-то ви встали,&lt;br /&gt;</w:t>
        <w:br/>
        <w:br/>
        <w:t>Встали, подивились на той Чигирин,&lt;br /&gt;</w:t>
        <w:br/>
        <w:br/>
        <w:t>Що ви будували, де ви панували!&lt;br /&gt;</w:t>
        <w:br/>
        <w:br/>
        <w:t>Заплакали б тяжко, бо ви б не пізнали&lt;br /&gt;</w:t>
        <w:br/>
        <w:br/>
        <w:t>Козацької слави убогих руїн.</w:t>
      </w:r>
    </w:p>
    <w:p>
      <w:r>
        <w:br/>
        <w:br/>
        <w:t>Базари, де військо, як море червоне,&lt;br /&gt;</w:t>
        <w:br/>
        <w:br/>
        <w:t>Перед бунчуками, бувало, горить,&lt;br /&gt;</w:t>
        <w:br/>
        <w:br/>
        <w:t>А ясновельможний, на воронім коні,&lt;br /&gt;</w:t>
        <w:br/>
        <w:br/>
        <w:t>Блисне булавою &amp;mdash; море закипить...&lt;br /&gt;</w:t>
        <w:br/>
        <w:br/>
        <w:t>Закипить, і розлилося&lt;br /&gt;</w:t>
        <w:br/>
        <w:br/>
        <w:t>Степами, ярами;&lt;br /&gt;</w:t>
        <w:br/>
        <w:br/>
        <w:t>Лихо мліє перед ними...&lt;br /&gt;</w:t>
        <w:br/>
        <w:br/>
        <w:t>А за козаками...&lt;br /&gt;</w:t>
        <w:br/>
        <w:br/>
        <w:t>Та що й казать? Минулося;&lt;br /&gt;</w:t>
        <w:br/>
        <w:br/>
        <w:t>А те, що минуло,&lt;br /&gt;</w:t>
        <w:br/>
        <w:br/>
        <w:t>Не згадуйте, пани-брати,&lt;br /&gt;</w:t>
        <w:br/>
        <w:br/>
        <w:t>Бо щоб не почули.&lt;br /&gt;</w:t>
        <w:br/>
        <w:br/>
        <w:t>Та й що з того, що згадаєш?&lt;br /&gt;</w:t>
        <w:br/>
        <w:br/>
        <w:t>Згадаєш &amp;mdash; заплачеш.&lt;br /&gt;</w:t>
        <w:br/>
        <w:br/>
        <w:t>Ну, хоч глянем на Чигирин,&lt;br /&gt;</w:t>
        <w:br/>
        <w:br/>
        <w:t>Колись-то козачий.</w:t>
      </w:r>
    </w:p>
    <w:p>
      <w:r>
        <w:br/>
        <w:br/>
        <w:t>Із-за лісу, з-за туману,&lt;br /&gt;</w:t>
        <w:br/>
        <w:br/>
        <w:t>Місяць випливає,&lt;br /&gt;</w:t>
        <w:br/>
        <w:br/>
        <w:t>Червоніє, круглолиций,&lt;br /&gt;</w:t>
        <w:br/>
        <w:br/>
        <w:t>Горить, а не сяє,&lt;br /&gt;</w:t>
        <w:br/>
        <w:br/>
        <w:t>Неначе зна, що не&amp;quot;треба&lt;br /&gt;</w:t>
        <w:br/>
        <w:br/>
        <w:t>Людям його світу,&lt;br /&gt;</w:t>
        <w:br/>
        <w:br/>
        <w:t>Що пожари Україну&lt;br /&gt;</w:t>
        <w:br/>
        <w:br/>
        <w:t>Нагріють, освітять.&lt;br /&gt;</w:t>
        <w:br/>
        <w:br/>
        <w:t>І смерклося, а в Чигрині,&lt;br /&gt;</w:t>
        <w:br/>
        <w:br/>
        <w:t>Яку домовині.&lt;br /&gt;</w:t>
        <w:br/>
        <w:br/>
        <w:t>Сумно-сумяо. (Отак було&lt;br /&gt;</w:t>
        <w:br/>
        <w:br/>
        <w:t>По всій Україні&lt;br /&gt;</w:t>
        <w:br/>
        <w:br/>
        <w:t>Против ночі Маковія,&lt;br /&gt;</w:t>
        <w:br/>
        <w:br/>
        <w:t>Як ножі святили).&lt;br /&gt;</w:t>
        <w:br/>
        <w:br/>
        <w:t>Людей не чуть; через базар&lt;br /&gt;</w:t>
        <w:br/>
        <w:br/>
        <w:t>Кажан костокрилий&lt;br /&gt;</w:t>
        <w:br/>
        <w:br/>
        <w:t>Перелетить; на вигоні&lt;br /&gt;</w:t>
        <w:br/>
        <w:br/>
        <w:t>Сова завиває.</w:t>
      </w:r>
    </w:p>
    <w:p>
      <w:r>
        <w:br/>
        <w:br/>
        <w:t>А де ж люде?.. Над Тясмином.&lt;br /&gt;</w:t>
        <w:br/>
        <w:br/>
        <w:t>У темному гаю,&lt;br /&gt;</w:t>
        <w:br/>
        <w:br/>
        <w:t>Зібралися; старий, малий,&lt;br /&gt;</w:t>
        <w:br/>
        <w:br/>
        <w:t>Убогий, багатий&lt;br /&gt;</w:t>
        <w:br/>
        <w:br/>
        <w:t>Поєднались, &amp;mdash; дожидають&lt;br /&gt;</w:t>
        <w:br/>
        <w:br/>
        <w:t>Великого свята.&lt;br /&gt;</w:t>
        <w:br/>
        <w:br/>
        <w:t>У темному гаю, в зеленій діброві,&lt;br /&gt;</w:t>
        <w:br/>
        <w:br/>
        <w:t>На припоні коні отаву скубуть;&lt;br /&gt;</w:t>
        <w:br/>
        <w:br/>
        <w:t>Осідлані коні, вороні готові.&lt;br /&gt;</w:t>
        <w:br/>
        <w:br/>
        <w:t>Куди-то поїдуть? кого повезуть?&lt;br /&gt;</w:t>
        <w:br/>
        <w:br/>
        <w:t>Он кого, дивіться. Лягли по долині,&lt;br /&gt;</w:t>
        <w:br/>
        <w:br/>
        <w:t>Неначе побиті, ні слова не чуть.&lt;br /&gt;</w:t>
        <w:br/>
        <w:br/>
        <w:t>Ото гайдамаки. На гвалт України&lt;br /&gt;</w:t>
        <w:br/>
        <w:br/>
        <w:t>Орли налетіли; вони рознесуть&lt;br /&gt;</w:t>
        <w:br/>
        <w:br/>
        <w:t>Ляхам, жидам кару;&lt;br /&gt;</w:t>
        <w:br/>
        <w:br/>
        <w:t>За кров і пожари&lt;br /&gt;</w:t>
        <w:br/>
        <w:br/>
        <w:t>Пеклом гайдамаки ляхам оддадуть.</w:t>
      </w:r>
    </w:p>
    <w:p>
      <w:r>
        <w:br/>
        <w:br/>
        <w:t>Попід дібровою стоять&lt;br /&gt;</w:t>
        <w:br/>
        <w:br/>
        <w:t>Вози залізної тарані:&lt;br /&gt;</w:t>
        <w:br/>
        <w:br/>
        <w:t>То щедрої гостинець пані.&lt;br /&gt;</w:t>
        <w:br/>
        <w:br/>
        <w:t>Уміла що кому давать,&lt;br /&gt;</w:t>
        <w:br/>
        <w:br/>
        <w:t>Нівроку їй, нехай царствує;&lt;br /&gt;</w:t>
        <w:br/>
        <w:br/>
        <w:t>Нехай не вадить, як не чує!&lt;br /&gt;</w:t>
        <w:br/>
        <w:br/>
        <w:t>Поміж возами нігде стать:&lt;br /&gt;</w:t>
        <w:br/>
        <w:br/>
        <w:t>Неначе в ірій, налетіло&lt;br /&gt;</w:t>
        <w:br/>
        <w:br/>
        <w:t>З Смілянщини, з Чигирина&lt;br /&gt;</w:t>
        <w:br/>
        <w:br/>
        <w:t>Просте козацтво, старшина,&lt;br /&gt;</w:t>
        <w:br/>
        <w:br/>
        <w:t>На певне діло налетіли.&lt;br /&gt;</w:t>
        <w:br/>
        <w:br/>
        <w:t>Козацьке панство походжає&lt;br /&gt;</w:t>
        <w:br/>
        <w:br/>
        <w:t>В киреях чорних, як один,&lt;br /&gt;</w:t>
        <w:br/>
        <w:br/>
        <w:t>Тихенько, ходя, розмовляє&lt;br /&gt;</w:t>
        <w:br/>
        <w:br/>
        <w:t>І поглядає на Чигрин.</w:t>
      </w:r>
    </w:p>
    <w:p>
      <w:r>
        <w:br/>
        <w:br/>
        <w:t>Старшина первий</w:t>
      </w:r>
    </w:p>
    <w:p>
      <w:r>
        <w:br/>
        <w:br/>
        <w:t>Старий Головатий щось дуже коверзує.</w:t>
      </w:r>
    </w:p>
    <w:p>
      <w:r>
        <w:br/>
        <w:br/>
        <w:t>Старшина другий</w:t>
      </w:r>
    </w:p>
    <w:p>
      <w:r>
        <w:br/>
        <w:br/>
        <w:t>Мудра голова, сидить собі в хуторі,&lt;br /&gt;</w:t>
        <w:br/>
        <w:br/>
        <w:t>ніби не знає нічого, а дивишся &amp;mdash;&lt;br /&gt;</w:t>
        <w:br/>
        <w:br/>
        <w:t>скрізь Головатий. &amp;quot;Коли сам, &amp;mdash;&lt;br /&gt;</w:t>
        <w:br/>
        <w:br/>
        <w:t>каже, &amp;mdash; не повершу, то синові передам&amp;quot;.</w:t>
      </w:r>
    </w:p>
    <w:p>
      <w:r>
        <w:br/>
        <w:br/>
        <w:t>Старшина третій</w:t>
      </w:r>
    </w:p>
    <w:p>
      <w:r>
        <w:br/>
        <w:br/>
        <w:t>Та й син же штука!&lt;br /&gt;</w:t>
        <w:br/>
        <w:br/>
        <w:t>Я вчора зустрівся з Залізняком;&lt;br /&gt;</w:t>
        <w:br/>
        <w:br/>
        <w:t>таке розказує про його, що цур йому!&lt;br /&gt;</w:t>
        <w:br/>
        <w:br/>
        <w:t>&amp;quot;Кошовим, &amp;mdash; каже, &amp;mdash; буде,&lt;br /&gt;</w:t>
        <w:br/>
        <w:br/>
        <w:t>та й годі; а може, ще і гетьманом,&lt;br /&gt;</w:t>
        <w:br/>
        <w:br/>
        <w:t>коли теє...&amp;quot;</w:t>
      </w:r>
    </w:p>
    <w:p>
      <w:r>
        <w:br/>
        <w:br/>
        <w:t>Старшина другий</w:t>
      </w:r>
    </w:p>
    <w:p>
      <w:r>
        <w:br/>
        <w:br/>
        <w:t>А Гонта нащо? а Залізняк?&lt;br /&gt;</w:t>
        <w:br/>
        <w:br/>
        <w:t>До Гонти сама...&amp;quot; сама писала:&lt;br /&gt;</w:t>
        <w:br/>
        <w:br/>
        <w:t>&amp;quot;Коли, &amp;mdash; каже...&amp;quot;</w:t>
      </w:r>
    </w:p>
    <w:p>
      <w:r>
        <w:br/>
        <w:br/>
        <w:t>Старшина первий</w:t>
      </w:r>
    </w:p>
    <w:p>
      <w:r>
        <w:br/>
        <w:br/>
        <w:t>Цитьте лишень, здається, дзвонять!</w:t>
      </w:r>
    </w:p>
    <w:p>
      <w:r>
        <w:br/>
        <w:br/>
        <w:t>Старшина другий</w:t>
      </w:r>
    </w:p>
    <w:p>
      <w:r>
        <w:br/>
        <w:br/>
        <w:t>Та ні, то люде гомонять.</w:t>
      </w:r>
    </w:p>
    <w:p>
      <w:r>
        <w:br/>
        <w:br/>
        <w:t>Старшина первий</w:t>
      </w:r>
    </w:p>
    <w:p>
      <w:r>
        <w:br/>
        <w:br/>
        <w:t>Гомонять, поки ляхи почують.&lt;br /&gt;</w:t>
        <w:br/>
        <w:br/>
        <w:t>Ох, старі голови та розумні:&lt;br /&gt;</w:t>
        <w:br/>
        <w:br/>
        <w:t>химерять-химерять та й&lt;br /&gt;</w:t>
        <w:br/>
        <w:br/>
        <w:t>зроблять з лемеша швайку.&lt;br /&gt;</w:t>
        <w:br/>
        <w:br/>
        <w:t>Де можна лантух, там торби не треба.&lt;br /&gt;</w:t>
        <w:br/>
        <w:br/>
        <w:t>Купили хріну, треба з&amp;#39;їсти; плачте, очі,&lt;br /&gt;</w:t>
        <w:br/>
        <w:br/>
        <w:t>хоч повилазьте: бачили, що куповали;&lt;br /&gt;</w:t>
        <w:br/>
        <w:br/>
        <w:t>грошам не пропадать! А то думають,&lt;br /&gt;</w:t>
        <w:br/>
        <w:br/>
        <w:t>думають, ні вголос, ні мовчки;&lt;br /&gt;</w:t>
        <w:br/>
        <w:br/>
        <w:t>а ляхи догадаються &amp;mdash; от тобі й пшик!&lt;br /&gt;</w:t>
        <w:br/>
        <w:br/>
        <w:t>Що там за рада? чом вони не дзвонять?&lt;br /&gt;</w:t>
        <w:br/>
        <w:br/>
        <w:t>Чим спиниш народ, щоб не гомонів?&lt;br /&gt;</w:t>
        <w:br/>
        <w:br/>
        <w:t>Не десять душ, а, слава богу, вся&lt;br /&gt;</w:t>
        <w:br/>
        <w:br/>
        <w:t>Смілянщина, коли не вся Україна.&lt;br /&gt;</w:t>
        <w:br/>
        <w:br/>
        <w:t>Он, чуєте? співають.</w:t>
      </w:r>
    </w:p>
    <w:p>
      <w:r>
        <w:br/>
        <w:br/>
        <w:t>Старшина третій</w:t>
      </w:r>
    </w:p>
    <w:p>
      <w:r>
        <w:br/>
        <w:br/>
        <w:t>Справді, співа щось; піду спиню.</w:t>
      </w:r>
    </w:p>
    <w:p>
      <w:r>
        <w:br/>
        <w:br/>
        <w:t>Старшина первий</w:t>
      </w:r>
    </w:p>
    <w:p>
      <w:r>
        <w:br/>
        <w:br/>
        <w:t>Не спиняй, нехай собі співає, аби не голосно.</w:t>
      </w:r>
    </w:p>
    <w:p>
      <w:r>
        <w:br/>
        <w:br/>
        <w:t>Старшина другий</w:t>
      </w:r>
    </w:p>
    <w:p>
      <w:r>
        <w:br/>
        <w:br/>
        <w:t>Ото, мабуть, Волох! Не втерпів-таки старий дурень; треба, та й годі!</w:t>
      </w:r>
    </w:p>
    <w:p>
      <w:r>
        <w:br/>
        <w:br/>
        <w:t>Старшина третій</w:t>
      </w:r>
    </w:p>
    <w:p>
      <w:r>
        <w:br/>
        <w:br/>
        <w:t>А мудро співає! коли не послухаєш, усе іншу. Під крадьмось, братці, та послухаєм, а тим часом задзвонять.</w:t>
      </w:r>
    </w:p>
    <w:p>
      <w:r>
        <w:br/>
        <w:br/>
        <w:t>Старшина первий і другий</w:t>
      </w:r>
    </w:p>
    <w:p>
      <w:r>
        <w:br/>
        <w:br/>
        <w:t>А що ж? то й ходімо!</w:t>
      </w:r>
    </w:p>
    <w:p>
      <w:r>
        <w:br/>
        <w:br/>
        <w:t>Старшина третій</w:t>
      </w:r>
    </w:p>
    <w:p>
      <w:r>
        <w:br/>
        <w:br/>
        <w:t>Добре, ходімо.</w:t>
      </w:r>
    </w:p>
    <w:p>
      <w:r>
        <w:br/>
        <w:br/>
        <w:t>Старшини нишком стали за дубом, а під дубом сидить сліпий кобзар; кругом його запорожці і гайдамаки. Кобзар співає з повагою і неголосно.</w:t>
      </w:r>
    </w:p>
    <w:p>
      <w:r>
        <w:br/>
        <w:br/>
        <w:t>&amp;quot;Ой волохи, волохи,&lt;br /&gt;</w:t>
        <w:br/>
        <w:br/>
        <w:t>Вас осталося трохи;&lt;br /&gt;</w:t>
        <w:br/>
        <w:br/>
        <w:t>І ви, молдавани,&lt;br /&gt;</w:t>
        <w:br/>
        <w:br/>
        <w:t>Тепер ви не пани;&lt;br /&gt;</w:t>
        <w:br/>
        <w:br/>
        <w:t>Ваші господарі&lt;br /&gt;</w:t>
        <w:br/>
        <w:br/>
        <w:t>Наймити татарам,&lt;br /&gt;</w:t>
        <w:br/>
        <w:br/>
        <w:t>Турецьким султанам.&lt;br /&gt;</w:t>
        <w:br/>
        <w:br/>
        <w:t>В кайданах, в кайданах!&lt;br /&gt;</w:t>
        <w:br/>
        <w:br/>
        <w:t>Годі ж, не журіться;&lt;br /&gt;</w:t>
        <w:br/>
        <w:br/>
        <w:t>Гарно помоліться,&lt;br /&gt;</w:t>
        <w:br/>
        <w:br/>
        <w:t>Братайтеся з нами,&lt;br /&gt;</w:t>
        <w:br/>
        <w:br/>
        <w:t>З нами, козаками;&lt;br /&gt;</w:t>
        <w:br/>
        <w:br/>
        <w:t>Згадайте Богдана,&lt;br /&gt;</w:t>
        <w:br/>
        <w:br/>
        <w:t>Старого гетьмана;&lt;br /&gt;</w:t>
        <w:br/>
        <w:br/>
        <w:t>Будете панами,&lt;br /&gt;</w:t>
        <w:br/>
        <w:br/>
        <w:t>Та, як ми, з ножами,&lt;br /&gt;</w:t>
        <w:br/>
        <w:br/>
        <w:t>З ножами святими,&lt;br /&gt;</w:t>
        <w:br/>
        <w:br/>
        <w:t>Та з батьком Максимом&lt;br /&gt;</w:t>
        <w:br/>
        <w:br/>
        <w:t>Сю ніч погуляєм,&lt;br /&gt;</w:t>
        <w:br/>
        <w:br/>
        <w:t>Ляхів погойдаєм,&lt;br /&gt;</w:t>
        <w:br/>
        <w:br/>
        <w:t>Та так погуляєм,&lt;br /&gt;</w:t>
        <w:br/>
        <w:br/>
        <w:t>Що аж пекло засміється,&lt;br /&gt;</w:t>
        <w:br/>
        <w:br/>
        <w:t>Земля затрясеться,&lt;br /&gt;</w:t>
        <w:br/>
        <w:br/>
        <w:t>Небо запалає...&lt;br /&gt;</w:t>
        <w:br/>
        <w:br/>
        <w:t>Добре погуляєм!&amp;quot;</w:t>
      </w:r>
    </w:p>
    <w:p>
      <w:r>
        <w:br/>
        <w:br/>
        <w:t>Запорожець</w:t>
      </w:r>
    </w:p>
    <w:p>
      <w:r>
        <w:br/>
        <w:br/>
        <w:t>Добре погуляєм! правду старий епіва, як не бреше.&lt;br /&gt;</w:t>
        <w:br/>
        <w:br/>
        <w:t>А іцо б то з його за кобзар був, якби не волох!</w:t>
      </w:r>
    </w:p>
    <w:p>
      <w:r>
        <w:br/>
        <w:br/>
        <w:t>Кобзар</w:t>
      </w:r>
    </w:p>
    <w:p>
      <w:r>
        <w:br/>
        <w:br/>
        <w:t>Та я й не волох; так тілько &amp;mdash; був колись у&lt;br /&gt;</w:t>
        <w:br/>
        <w:br/>
        <w:t>Волощині, а люде й зовуть&lt;br /&gt;</w:t>
        <w:br/>
        <w:br/>
        <w:t>Волохом, сам не знаю за що.</w:t>
      </w:r>
    </w:p>
    <w:p>
      <w:r>
        <w:br/>
        <w:br/>
        <w:t>Запорожець</w:t>
      </w:r>
    </w:p>
    <w:p>
      <w:r>
        <w:br/>
        <w:br/>
        <w:t>Ну, та дарма; утни ще яку-небудь.&lt;br /&gt;</w:t>
        <w:br/>
        <w:br/>
        <w:t>Ану лишень про батька Максима ушквар.</w:t>
      </w:r>
    </w:p>
    <w:p>
      <w:r>
        <w:br/>
        <w:br/>
        <w:t>Гайдамака</w:t>
      </w:r>
    </w:p>
    <w:p>
      <w:r>
        <w:br/>
        <w:br/>
        <w:t>Та не голосно, щоб не почула старшина.</w:t>
      </w:r>
    </w:p>
    <w:p>
      <w:r>
        <w:br/>
        <w:br/>
        <w:t>Запорожець</w:t>
      </w:r>
    </w:p>
    <w:p>
      <w:r>
        <w:br/>
        <w:br/>
        <w:t>А що нам ваша старшина? почує, так послуха,&lt;br /&gt;</w:t>
        <w:br/>
        <w:br/>
        <w:t>коли має чим слухати, та й годі.&lt;br /&gt;</w:t>
        <w:br/>
        <w:br/>
        <w:t>У нас один старший &amp;mdash; батько Максим;&lt;br /&gt;</w:t>
        <w:br/>
        <w:br/>
        <w:t>а він як почує, то ще карбованця дасть.&lt;br /&gt;</w:t>
        <w:br/>
        <w:br/>
        <w:t>Співай, старче божий, не слухай його.</w:t>
      </w:r>
    </w:p>
    <w:p>
      <w:r>
        <w:br/>
        <w:br/>
        <w:t>Гайдамака</w:t>
      </w:r>
    </w:p>
    <w:p>
      <w:r>
        <w:br/>
        <w:br/>
        <w:t>Та воно так, чоловіче; я це й&lt;br /&gt;</w:t>
        <w:br/>
        <w:br/>
        <w:t>сам знаю, та ось що: не так пани,&lt;br /&gt;</w:t>
        <w:br/>
        <w:br/>
        <w:t>як підпанки, або &amp;mdash; поки сонце&lt;br /&gt;</w:t>
        <w:br/>
        <w:br/>
        <w:t>зійде, то роса очі виїсть.</w:t>
      </w:r>
    </w:p>
    <w:p>
      <w:r>
        <w:br/>
        <w:br/>
        <w:t>Запорожець</w:t>
      </w:r>
    </w:p>
    <w:p>
      <w:r>
        <w:br/>
        <w:br/>
        <w:t>Брехня! Співай, старче божий,&lt;br /&gt;</w:t>
        <w:br/>
        <w:br/>
        <w:t>яку знаєш, а то й дзвона&lt;br /&gt;</w:t>
        <w:br/>
        <w:br/>
        <w:t>не діждемо &amp;mdash; поснемо.</w:t>
      </w:r>
    </w:p>
    <w:p>
      <w:r>
        <w:br/>
        <w:br/>
        <w:t>Гуртом</w:t>
      </w:r>
    </w:p>
    <w:p>
      <w:r>
        <w:br/>
        <w:br/>
        <w:t>Справді, поснемо; співай яку-небудь.</w:t>
      </w:r>
    </w:p>
    <w:p>
      <w:r>
        <w:br/>
        <w:br/>
        <w:t>Кобзар (співає)</w:t>
      </w:r>
    </w:p>
    <w:p>
      <w:r>
        <w:br/>
        <w:br/>
        <w:t>&amp;quot;Літа орел, літа сизий&lt;br /&gt;</w:t>
        <w:br/>
        <w:br/>
        <w:t>Попід небесами;&lt;br /&gt;</w:t>
        <w:br/>
        <w:br/>
        <w:t>Гуля Максим, гуля батько&lt;br /&gt;</w:t>
        <w:br/>
        <w:br/>
        <w:t>Степами-лісами.&lt;br /&gt;</w:t>
        <w:br/>
        <w:br/>
        <w:t>Ой літає орел сизий,&lt;br /&gt;</w:t>
        <w:br/>
        <w:br/>
        <w:t>А за ним орлята;&lt;br /&gt;</w:t>
        <w:br/>
        <w:br/>
        <w:t>Гуля Максим, гуля батько,&lt;br /&gt;</w:t>
        <w:br/>
        <w:br/>
        <w:t>А за ним хлоп&amp;#39;ята.&lt;br /&gt;</w:t>
        <w:br/>
        <w:br/>
        <w:t>Запорожці ті хлоп&amp;#39;ята,&lt;br /&gt;</w:t>
        <w:br/>
        <w:br/>
        <w:t>Сини його, діти, &amp;mdash;&lt;br /&gt;</w:t>
        <w:br/>
        <w:br/>
        <w:t>Поміркує, загадає,&lt;br /&gt;</w:t>
        <w:br/>
        <w:br/>
        <w:t>Чи бити, чи пити,&lt;br /&gt;</w:t>
        <w:br/>
        <w:br/>
        <w:t>Чи танцювать; то й ушкварять,&lt;br /&gt;</w:t>
        <w:br/>
        <w:br/>
        <w:t>Аж земля трясеться.&lt;br /&gt;</w:t>
        <w:br/>
        <w:br/>
        <w:t>Заспіває &amp;mdash; заспівають,&lt;br /&gt;</w:t>
        <w:br/>
        <w:br/>
        <w:t>Аж лихо сміється.&lt;br /&gt;</w:t>
        <w:br/>
        <w:br/>
        <w:t>Горілку, мед не чаркою &amp;mdash;&lt;br /&gt;</w:t>
        <w:br/>
        <w:br/>
        <w:t>Поставцем черкає,&lt;br /&gt;</w:t>
        <w:br/>
        <w:br/>
        <w:t>А ворога, заплющившись,&lt;br /&gt;</w:t>
        <w:br/>
        <w:br/>
        <w:t>Ката, не минає.&lt;br /&gt;</w:t>
        <w:br/>
        <w:br/>
        <w:t>Отакий-то наш отаман,&lt;br /&gt;</w:t>
        <w:br/>
        <w:br/>
        <w:t>Орел сизокрилий!&lt;br /&gt;</w:t>
        <w:br/>
        <w:br/>
        <w:t>І воює, і гарцює&lt;br /&gt;</w:t>
        <w:br/>
        <w:br/>
        <w:t>З усієї сили &amp;mdash;&lt;br /&gt;</w:t>
        <w:br/>
        <w:br/>
        <w:t>Нема в його ні оселі,&lt;br /&gt;</w:t>
        <w:br/>
        <w:br/>
        <w:t>Ні саду, ні ставу...&lt;br /&gt;</w:t>
        <w:br/>
        <w:br/>
        <w:t>Степ і море; скрізь битий шлях,&lt;br /&gt;</w:t>
        <w:br/>
        <w:br/>
        <w:t>Скрізь золото, слава.&lt;br /&gt;</w:t>
        <w:br/>
        <w:br/>
        <w:t>Шануйтеся ж, вражі ляхи,&lt;br /&gt;</w:t>
        <w:br/>
        <w:br/>
        <w:t>Скажені собаки:&lt;br /&gt;</w:t>
        <w:br/>
        <w:br/>
        <w:t>Йде Залізняк Чорним шляхом,&lt;br /&gt;</w:t>
        <w:br/>
        <w:br/>
        <w:t>За ним гайдамаки&amp;quot;.</w:t>
      </w:r>
    </w:p>
    <w:p>
      <w:r>
        <w:br/>
        <w:br/>
        <w:t>Запорожець</w:t>
      </w:r>
    </w:p>
    <w:p>
      <w:r>
        <w:br/>
        <w:br/>
        <w:t>Оце-то так! вчистив, нічого сказати:&lt;br /&gt;</w:t>
        <w:br/>
        <w:br/>
        <w:t>і до ладу, і правда.&lt;br /&gt;</w:t>
        <w:br/>
        <w:br/>
        <w:t>Добре, далебі, добре!&lt;br /&gt;</w:t>
        <w:br/>
        <w:br/>
        <w:t>Що хоче, то так і втне.&lt;br /&gt;</w:t>
        <w:br/>
        <w:br/>
        <w:t>Спасибі, спасибі-</w:t>
      </w:r>
    </w:p>
    <w:p>
      <w:r>
        <w:br/>
        <w:br/>
        <w:t>Гайдамака</w:t>
      </w:r>
    </w:p>
    <w:p>
      <w:r>
        <w:br/>
        <w:br/>
        <w:t>Я щось не второпав,&lt;br /&gt;</w:t>
        <w:br/>
        <w:br/>
        <w:t>що він співав про гайдамаків?</w:t>
      </w:r>
    </w:p>
    <w:p>
      <w:r>
        <w:br/>
        <w:br/>
        <w:t>Запорожець</w:t>
      </w:r>
    </w:p>
    <w:p>
      <w:r>
        <w:br/>
        <w:br/>
        <w:t>Який-бо ти бевзь і справді!&lt;br /&gt;</w:t>
        <w:br/>
        <w:br/>
        <w:t>Бачиш, ось що він співав:&lt;br /&gt;</w:t>
        <w:br/>
        <w:br/>
        <w:t>щоб ляхи погані, скажені&lt;br /&gt;</w:t>
        <w:br/>
        <w:br/>
        <w:t>собаки, каялись, бо йде&lt;br /&gt;</w:t>
        <w:br/>
        <w:br/>
        <w:t>Залізняк Чорним шляхом з&lt;br /&gt;</w:t>
        <w:br/>
        <w:br/>
        <w:t>гайдамаками, щоб ляхів, бачиш, різати...</w:t>
      </w:r>
    </w:p>
    <w:p>
      <w:r>
        <w:br/>
        <w:br/>
        <w:t>Гайдамака</w:t>
      </w:r>
    </w:p>
    <w:p>
      <w:r>
        <w:br/>
        <w:br/>
        <w:t>І вішати, і мордувати!&lt;br /&gt;</w:t>
        <w:br/>
        <w:br/>
        <w:t>Добре, єй-богу, добре! Ну, це так!&lt;br /&gt;</w:t>
        <w:br/>
        <w:br/>
        <w:t>Далебі, дав би карбованця,&lt;br /&gt;</w:t>
        <w:br/>
        <w:br/>
        <w:t>якби був не пропив учора! Шкода!&lt;br /&gt;</w:t>
        <w:br/>
        <w:br/>
        <w:t>Ну, нехай стара в&amp;#39;язне, більше м&amp;#39;яса буде&lt;br /&gt;</w:t>
        <w:br/>
        <w:br/>
        <w:t>Поборгуй, будь ласкав, завтра оддам.&lt;br /&gt;</w:t>
        <w:br/>
        <w:br/>
        <w:t>Утни ще що-небудь про гайдамаків.</w:t>
      </w:r>
    </w:p>
    <w:p>
      <w:r>
        <w:br/>
        <w:br/>
        <w:t>Кобзар</w:t>
      </w:r>
    </w:p>
    <w:p>
      <w:r>
        <w:br/>
        <w:br/>
        <w:t>До грошей я не дуже ласий.&lt;br /&gt;</w:t>
        <w:br/>
        <w:br/>
        <w:t>Аби була ласка слухати,&lt;br /&gt;</w:t>
        <w:br/>
        <w:br/>
        <w:t>поки не охрип, співатиму;&lt;br /&gt;</w:t>
        <w:br/>
        <w:br/>
        <w:t>а охрипну &amp;mdash; чарочку,&lt;br /&gt;</w:t>
        <w:br/>
        <w:br/>
        <w:t>другу тії ледащиці-живиці,&lt;br /&gt;</w:t>
        <w:br/>
        <w:br/>
        <w:t>як то кажуть, та й знову.&lt;br /&gt;</w:t>
        <w:br/>
        <w:br/>
        <w:t>Слухайте ж, панове громадо!</w:t>
      </w:r>
    </w:p>
    <w:p>
      <w:r>
        <w:br/>
        <w:br/>
        <w:t>&amp;quot;Ночували гайдамаки&lt;br /&gt;</w:t>
        <w:br/>
        <w:br/>
        <w:t>В зеленій діброві,&lt;br /&gt;</w:t>
        <w:br/>
        <w:br/>
        <w:t>На припоні пасли коні,&lt;br /&gt;</w:t>
        <w:br/>
        <w:br/>
        <w:t>Сідлані, готові.&lt;br /&gt;</w:t>
        <w:br/>
        <w:br/>
        <w:t>Ночували ляшки-панки&lt;br /&gt;</w:t>
        <w:br/>
        <w:br/>
        <w:t>В будинках з жидами,&lt;br /&gt;</w:t>
        <w:br/>
        <w:br/>
        <w:t>Напилися, простяглися&lt;br /&gt;</w:t>
        <w:br/>
        <w:br/>
        <w:t>Та й...&amp;quot;</w:t>
      </w:r>
    </w:p>
    <w:p>
      <w:r>
        <w:br/>
        <w:br/>
        <w:t>Громада</w:t>
      </w:r>
    </w:p>
    <w:p>
      <w:r>
        <w:br/>
        <w:br/>
        <w:t>Цить лишень! здається, дзвонять. Чуєш?.. ще раз... о!..</w:t>
      </w:r>
    </w:p>
    <w:p>
      <w:r>
        <w:br/>
        <w:br/>
        <w:t>&amp;quot;Задзвонили, задзвонили!&amp;quot; &amp;mdash;&lt;br /&gt;</w:t>
        <w:br/>
        <w:br/>
        <w:t>Пішла луна гаєм.&lt;br /&gt;</w:t>
        <w:br/>
        <w:br/>
        <w:t>&amp;quot;Ідіть же ви та молітесь,&lt;br /&gt;</w:t>
        <w:br/>
        <w:br/>
        <w:t>А я доспіваю&amp;quot;.</w:t>
      </w:r>
    </w:p>
    <w:p>
      <w:r>
        <w:br/>
        <w:br/>
        <w:t>Повалили гайдамаки,&lt;br /&gt;</w:t>
        <w:br/>
        <w:br/>
        <w:t>Аж стогне діброва;&lt;br /&gt;</w:t>
        <w:br/>
        <w:br/>
        <w:t>Не повезли, а на плечах&lt;br /&gt;</w:t>
        <w:br/>
        <w:br/>
        <w:t>Чумацькі волові&lt;br /&gt;</w:t>
        <w:br/>
        <w:br/>
        <w:t>Несуть вози. А за ними&lt;br /&gt;</w:t>
        <w:br/>
        <w:br/>
        <w:t>Сліпий Волох знову:&lt;br /&gt;</w:t>
        <w:br/>
        <w:br/>
        <w:t>&amp;quot;Ночували гайдамаки&lt;br /&gt;</w:t>
        <w:br/>
        <w:br/>
        <w:t>В зеленій діброві&amp;quot;.&lt;br /&gt;</w:t>
        <w:br/>
        <w:br/>
        <w:t>Шкандибає, курникає,&lt;br /&gt;</w:t>
        <w:br/>
        <w:br/>
        <w:t>І гич не до речі.&lt;br /&gt;</w:t>
        <w:br/>
        <w:br/>
        <w:t>&amp;quot;Ну лиш іншу, старче божий!&amp;quot; &amp;mdash;&lt;br /&gt;</w:t>
        <w:br/>
        <w:br/>
        <w:t>З возами на плечах&lt;br /&gt;</w:t>
        <w:br/>
        <w:br/>
        <w:t>Кричать йому гайдамаки.&lt;br /&gt;</w:t>
        <w:br/>
        <w:br/>
        <w:t>&amp;quot;Добре, хлопці, нате!&lt;br /&gt;</w:t>
        <w:br/>
        <w:br/>
        <w:t>Отак! отак! добре, хлопці!&lt;br /&gt;</w:t>
        <w:br/>
        <w:br/>
        <w:t>А нуте, хлоп&amp;#39;ята,&lt;br /&gt;</w:t>
        <w:br/>
        <w:br/>
        <w:t>Ушкваримо!&amp;quot;&lt;br /&gt;</w:t>
        <w:br/>
        <w:br/>
        <w:t>Земля гнеться.&lt;br /&gt;</w:t>
        <w:br/>
        <w:br/>
        <w:t>А вони з возами&lt;br /&gt;</w:t>
        <w:br/>
        <w:br/>
        <w:t>Так і ріжуть. Кобзар грає,&lt;br /&gt;</w:t>
        <w:br/>
        <w:br/>
        <w:t>Додає словами:&lt;br /&gt;</w:t>
        <w:br/>
        <w:br/>
        <w:t>&amp;quot;Он гоп таки так!&lt;br /&gt;</w:t>
        <w:br/>
        <w:br/>
        <w:t>Кличе Гандзю козак:&lt;br /&gt;</w:t>
        <w:br/>
        <w:br/>
        <w:t>&amp;quot;Ходи, Гандзю, пожартую,&lt;br /&gt;</w:t>
        <w:br/>
        <w:br/>
        <w:t>Ходи, Гандзю, поцілую;&lt;br /&gt;</w:t>
        <w:br/>
        <w:br/>
        <w:t>Ходім, Гандзю, до попа&lt;br /&gt;</w:t>
        <w:br/>
        <w:br/>
        <w:t>Богу помолиться;&lt;br /&gt;</w:t>
        <w:br/>
        <w:br/>
        <w:t>Нема жита ні снопа,&lt;br /&gt;</w:t>
        <w:br/>
        <w:br/>
        <w:t>Вари варениці&amp;quot;.&lt;br /&gt;</w:t>
        <w:br/>
        <w:br/>
        <w:t>Оженився, зажурився &amp;mdash;&lt;br /&gt;</w:t>
        <w:br/>
        <w:br/>
        <w:t>Нічого немає;&lt;br /&gt;</w:t>
        <w:br/>
        <w:br/>
        <w:t>У ряднині ростуть діти,&lt;br /&gt;</w:t>
        <w:br/>
        <w:br/>
        <w:t>А козак співає:&lt;br /&gt;</w:t>
        <w:br/>
        <w:br/>
        <w:t>&amp;quot;І по хаті ти-ни-ни,&lt;br /&gt;</w:t>
        <w:br/>
        <w:br/>
        <w:t>І по сінях ти-ни-ни,&lt;br /&gt;</w:t>
        <w:br/>
        <w:br/>
        <w:t>Вари, жінко, лини,&lt;br /&gt;</w:t>
        <w:br/>
        <w:br/>
        <w:t>Ти-ни-ни, ти-ни-ни!&amp;quot;</w:t>
      </w:r>
    </w:p>
    <w:p>
      <w:r>
        <w:br/>
        <w:br/>
        <w:t>&amp;quot;Добре! Добре! Ще раз! Ще раз!&amp;quot;&lt;br /&gt;</w:t>
        <w:br/>
        <w:br/>
        <w:t>Кричать гайдамаки.</w:t>
      </w:r>
    </w:p>
    <w:p>
      <w:r>
        <w:br/>
        <w:br/>
        <w:t>&amp;quot;Ой гоп того дива!&lt;br /&gt;</w:t>
        <w:br/>
        <w:br/>
        <w:t>Наварили ляхи пива,&lt;br /&gt;</w:t>
        <w:br/>
        <w:br/>
        <w:t>А ми будем шинкувать,&lt;br /&gt;</w:t>
        <w:br/>
        <w:br/>
        <w:t>Ляшків-панків частувать.&lt;br /&gt;</w:t>
        <w:br/>
        <w:br/>
        <w:t>Ляшків-панків почастуєм,&lt;br /&gt;</w:t>
        <w:br/>
        <w:br/>
        <w:t>З панянками пожартуєм.&lt;br /&gt;</w:t>
        <w:br/>
        <w:br/>
        <w:t>Ой гоп таки так!&lt;br /&gt;</w:t>
        <w:br/>
        <w:br/>
        <w:t>Кличе панну козак:&lt;br /&gt;</w:t>
        <w:br/>
        <w:br/>
        <w:t>&amp;quot;Панно, пташко моя!&lt;br /&gt;</w:t>
        <w:br/>
        <w:br/>
        <w:t>Панно, доле моя!&lt;br /&gt;</w:t>
        <w:br/>
        <w:br/>
        <w:t>Не соромся, дай рученьку,&lt;br /&gt;</w:t>
        <w:br/>
        <w:br/>
        <w:t>Ходім погуляймо;&lt;br /&gt;</w:t>
        <w:br/>
        <w:br/>
        <w:t>Нехай людям лихо сниться,&lt;br /&gt;</w:t>
        <w:br/>
        <w:br/>
        <w:t>А ми заспіваймо.&lt;br /&gt;</w:t>
        <w:br/>
        <w:br/>
        <w:t>А ми заспіваймо,&lt;br /&gt;</w:t>
        <w:br/>
        <w:br/>
        <w:t>А ми посідаймо,&lt;br /&gt;</w:t>
        <w:br/>
        <w:br/>
        <w:t>Панно, пташко моя,&lt;br /&gt;</w:t>
        <w:br/>
        <w:br/>
        <w:t>Панно, доле моя!&amp;quot;</w:t>
      </w:r>
    </w:p>
    <w:p>
      <w:r>
        <w:br/>
        <w:br/>
        <w:t>&amp;quot;Ще раз, ще раз!&amp;quot;</w:t>
      </w:r>
    </w:p>
    <w:p>
      <w:r>
        <w:br/>
        <w:br/>
        <w:t>&amp;quot;Якби таки або так, або сяк,&lt;br /&gt;</w:t>
        <w:br/>
        <w:br/>
        <w:t>Якби таки запорозький козак,&lt;br /&gt;</w:t>
        <w:br/>
        <w:br/>
        <w:t>Якби таки молодий, молодий,&lt;br /&gt;</w:t>
        <w:br/>
        <w:br/>
        <w:t>Хоч по хаті б поводив, поводив.&lt;br /&gt;</w:t>
        <w:br/>
        <w:br/>
        <w:t>Страх мені не хочеться&lt;br /&gt;</w:t>
        <w:br/>
        <w:br/>
        <w:t>З старим дідом морочиться.&lt;br /&gt;</w:t>
        <w:br/>
        <w:br/>
        <w:t>Якби таки...&amp;quot;</w:t>
      </w:r>
    </w:p>
    <w:p>
      <w:r>
        <w:br/>
        <w:br/>
        <w:t>&amp;quot;Цу-цу, скажені! схаменіться!&lt;br /&gt;</w:t>
        <w:br/>
        <w:br/>
        <w:t>Бач, розходилися! А ти,&lt;br /&gt;</w:t>
        <w:br/>
        <w:br/>
        <w:t>Стара собако, де б молиться,&lt;br /&gt;</w:t>
        <w:br/>
        <w:br/>
        <w:t>Верзеш тут погань. От чорти!&amp;quot;&lt;br /&gt;</w:t>
        <w:br/>
        <w:br/>
        <w:t>Кричить отаман. Опинились;&lt;br /&gt;</w:t>
        <w:br/>
        <w:br/>
        <w:t>Аж церков бачать. Дяк співа,&lt;br /&gt;</w:t>
        <w:br/>
        <w:br/>
        <w:t>Попи з кадилами, з кропилом;&lt;br /&gt;</w:t>
        <w:br/>
        <w:br/>
        <w:t>Громада &amp;mdash; ніби нежива,&lt;br /&gt;</w:t>
        <w:br/>
        <w:br/>
        <w:t>Анітелень... Поміж возами&lt;br /&gt;</w:t>
        <w:br/>
        <w:br/>
        <w:t>Попи з кропилами пішли;&lt;br /&gt;</w:t>
        <w:br/>
        <w:br/>
        <w:t>За ними корогви несли,&lt;br /&gt;</w:t>
        <w:br/>
        <w:br/>
        <w:t>Як на Великдень над пасками.&lt;br /&gt;</w:t>
        <w:br/>
        <w:br/>
        <w:t>&amp;quot;Молітесь, братія, молітесь! &amp;mdash;&lt;br /&gt;</w:t>
        <w:br/>
        <w:br/>
        <w:t>Так благочинний начина. &amp;mdash;&lt;br /&gt;</w:t>
        <w:br/>
        <w:br/>
        <w:t>Кругом святого Чигрина&lt;br /&gt;</w:t>
        <w:br/>
        <w:br/>
        <w:t>Сторожа стане з того світу,&lt;br /&gt;</w:t>
        <w:br/>
        <w:br/>
        <w:t>Не дасть святого розпинать.&lt;br /&gt;</w:t>
        <w:br/>
        <w:br/>
        <w:t>А ви Україну ховайте:&lt;br /&gt;</w:t>
        <w:br/>
        <w:br/>
        <w:t>Не дайте матері, не дайте&lt;br /&gt;</w:t>
        <w:br/>
        <w:br/>
        <w:t>В руках у ката пропадать.&lt;br /&gt;</w:t>
        <w:br/>
        <w:br/>
        <w:t>Од Конашевича і досі&lt;br /&gt;</w:t>
        <w:br/>
        <w:br/>
        <w:t>Пожар не гасне, люде мруть,&lt;br /&gt;</w:t>
        <w:br/>
        <w:br/>
        <w:t>Конають в тюрмах, голі, босі...&lt;br /&gt;</w:t>
        <w:br/>
        <w:br/>
        <w:t>Діти нехрещені ростуть,&lt;br /&gt;</w:t>
        <w:br/>
        <w:br/>
        <w:t>Козацькі діти; а дівчата!..&lt;br /&gt;</w:t>
        <w:br/>
        <w:br/>
        <w:t>Землі козацької краса&lt;br /&gt;</w:t>
        <w:br/>
        <w:br/>
        <w:t>У ляха в&amp;#39;яне, як перш мати,&lt;br /&gt;</w:t>
        <w:br/>
        <w:br/>
        <w:t>І непокритая коса&lt;br /&gt;</w:t>
        <w:br/>
        <w:br/>
        <w:t>Стидом січеться; карі очі&lt;br /&gt;</w:t>
        <w:br/>
        <w:br/>
        <w:t>В неволі гаснуть; розкувать&lt;br /&gt;</w:t>
        <w:br/>
        <w:br/>
        <w:t>Козак сестру свою не хоче,&lt;br /&gt;</w:t>
        <w:br/>
        <w:br/>
        <w:t>Сам не соромиться конать&lt;br /&gt;</w:t>
        <w:br/>
        <w:br/>
        <w:t>В ярмі у ляха... горе, горе!&lt;br /&gt;</w:t>
        <w:br/>
        <w:br/>
        <w:t>Молітесь, діти! страшний суд&lt;br /&gt;</w:t>
        <w:br/>
        <w:br/>
        <w:t>Ляхи в Україну несуть &amp;mdash;&lt;br /&gt;</w:t>
        <w:br/>
        <w:br/>
        <w:t>І заридають чорні гори.&lt;br /&gt;</w:t>
        <w:br/>
        <w:br/>
        <w:t>Згадайте праведних гетьманів:&lt;br /&gt;</w:t>
        <w:br/>
        <w:br/>
        <w:t>Де їх могили? де лежить&lt;br /&gt;</w:t>
        <w:br/>
        <w:br/>
        <w:t>Останок славного Богдана?&lt;br /&gt;</w:t>
        <w:br/>
        <w:br/>
        <w:t>Де Остряницина стоїть&lt;br /&gt;</w:t>
        <w:br/>
        <w:br/>
        <w:t>Хоч би убогая могила?&lt;br /&gt;</w:t>
        <w:br/>
        <w:br/>
        <w:t>Де Наливайкова? нема!&lt;br /&gt;</w:t>
        <w:br/>
        <w:br/>
        <w:t>Живого й мертвого спалили.&lt;br /&gt;</w:t>
        <w:br/>
        <w:br/>
        <w:t>Де той Богун, де та зима?&lt;br /&gt;</w:t>
        <w:br/>
        <w:br/>
        <w:t>Інгул щозиму замерзає &amp;mdash;&lt;br /&gt;</w:t>
        <w:br/>
        <w:br/>
        <w:t>Богун не встане загатить&lt;br /&gt;</w:t>
        <w:br/>
        <w:br/>
        <w:t>Шляхетським трупом . Лях гуляє!&lt;br /&gt;</w:t>
        <w:br/>
        <w:br/>
        <w:t>Нема Богдана &amp;mdash; червонить&lt;br /&gt;</w:t>
        <w:br/>
        <w:br/>
        <w:t>І Жовті Води, й Рось зелену.&lt;br /&gt;</w:t>
        <w:br/>
        <w:br/>
        <w:t>Сумує Корсунь староденний:&lt;br /&gt;</w:t>
        <w:br/>
        <w:br/>
        <w:t>Нема журбу з ким поділить.&lt;br /&gt;</w:t>
        <w:br/>
        <w:br/>
        <w:t>І Альта плаче: &amp;quot;Тяжко жити!&lt;br /&gt;</w:t>
        <w:br/>
        <w:br/>
        <w:t>Я сохну, сохну... де Тарас?&lt;br /&gt;</w:t>
        <w:br/>
        <w:br/>
        <w:t>Нема, не чуть... не в батька діти!&amp;quot;&lt;br /&gt;</w:t>
        <w:br/>
        <w:br/>
        <w:t>Не плачте, братія: за нас&lt;br /&gt;</w:t>
        <w:br/>
        <w:br/>
        <w:t>І душі праведних, і сила&lt;br /&gt;</w:t>
        <w:br/>
        <w:br/>
        <w:t>Архістратига Михаїла.&lt;br /&gt;</w:t>
        <w:br/>
        <w:br/>
        <w:t>Не за горами кари час.&lt;br /&gt;</w:t>
        <w:br/>
        <w:br/>
        <w:t>Молітесь, братія!&amp;quot;</w:t>
      </w:r>
    </w:p>
    <w:p>
      <w:r>
        <w:br/>
        <w:br/>
        <w:t>Молились,&lt;br /&gt;</w:t>
        <w:br/>
        <w:br/>
        <w:t>Молились щиро козаки,&lt;br /&gt;</w:t>
        <w:br/>
        <w:br/>
        <w:t>Як діти, щиро; не журились,&lt;br /&gt;</w:t>
        <w:br/>
        <w:br/>
        <w:t>Гадали теє... а зробилось &amp;mdash;&lt;br /&gt;</w:t>
        <w:br/>
        <w:br/>
        <w:t>Над козаками хусточки!&lt;br /&gt;</w:t>
        <w:br/>
        <w:br/>
        <w:t>Одно добро, одна слава &amp;mdash;&lt;br /&gt;</w:t>
        <w:br/>
        <w:br/>
        <w:t>Біліє хустина,&lt;br /&gt;</w:t>
        <w:br/>
        <w:br/>
        <w:t>Та й ту знімуть...&lt;br /&gt;</w:t>
        <w:br/>
        <w:br/>
        <w:t>А диякон:&lt;br /&gt;</w:t>
        <w:br/>
        <w:br/>
        <w:t>&amp;quot;Нехай ворог гине!&lt;br /&gt;</w:t>
        <w:br/>
        <w:br/>
        <w:t>Беріть ножі! освятили&amp;quot;.&lt;br /&gt;</w:t>
        <w:br/>
        <w:br/>
        <w:t>Ударили в дзвони,&lt;br /&gt;</w:t>
        <w:br/>
        <w:br/>
        <w:t>Реве гаєм: &amp;quot;Освятили!&amp;quot;&lt;br /&gt;</w:t>
        <w:br/>
        <w:br/>
        <w:t>Аж серце холоне!&lt;br /&gt;</w:t>
        <w:br/>
        <w:br/>
        <w:t>Освятили, освятили!&lt;br /&gt;</w:t>
        <w:br/>
        <w:br/>
        <w:t>Гине шляхта, гине!&lt;br /&gt;</w:t>
        <w:br/>
        <w:br/>
        <w:t>Розібрали, заблищали&lt;br /&gt;</w:t>
        <w:br/>
        <w:br/>
        <w:t>По всій Україні</w:t>
      </w:r>
    </w:p>
    <w:p>
      <w:r>
        <w:br/>
        <w:br/>
        <w:t>Треті півні</w:t>
      </w:r>
    </w:p>
    <w:p>
      <w:r>
        <w:br/>
        <w:br/>
        <w:t>Ще день Украйну катували&lt;br /&gt;</w:t>
        <w:br/>
        <w:br/>
        <w:t>Ляхи скажені; ще один,&lt;br /&gt;</w:t>
        <w:br/>
        <w:br/>
        <w:t>Один, останній, сумували&lt;br /&gt;</w:t>
        <w:br/>
        <w:br/>
        <w:t>І Україна, і Чигрин.&lt;br /&gt;</w:t>
        <w:br/>
        <w:br/>
        <w:t>І той минув &amp;mdash; день Маковія,&lt;br /&gt;</w:t>
        <w:br/>
        <w:br/>
        <w:t>Велике свято в Україні.&lt;br /&gt;</w:t>
        <w:br/>
        <w:br/>
        <w:t>Минув &amp;mdash; і лях, і жидовин&lt;br /&gt;</w:t>
        <w:br/>
        <w:br/>
        <w:t>Горілки, крові упивались,&lt;br /&gt;</w:t>
        <w:br/>
        <w:br/>
        <w:t>Кляли схизмата, розпинали,&lt;br /&gt;</w:t>
        <w:br/>
        <w:br/>
        <w:t>Кляли, що нічого вже взять.&lt;br /&gt;</w:t>
        <w:br/>
        <w:br/>
        <w:t>А гайдамаки мовчки ждали,&lt;br /&gt;</w:t>
        <w:br/>
        <w:br/>
        <w:t>Поки поганці ляжуть спать.&lt;br /&gt;</w:t>
        <w:br/>
        <w:br/>
        <w:t>Лягли, і в голови не клали,&lt;br /&gt;</w:t>
        <w:br/>
        <w:br/>
        <w:t>Що вже їм завтра не вставать.&lt;br /&gt;</w:t>
        <w:br/>
        <w:br/>
        <w:t>Ляхи заснули, а іуди&lt;br /&gt;</w:t>
        <w:br/>
        <w:br/>
        <w:t>Ще лічать гроші уночі,&lt;br /&gt;</w:t>
        <w:br/>
        <w:br/>
        <w:t>Без світла лічать бариші,&lt;br /&gt;</w:t>
        <w:br/>
        <w:br/>
        <w:t>Щоб не побачили, бач, люде.&lt;br /&gt;</w:t>
        <w:br/>
        <w:br/>
        <w:t>І ті на золото лягли&lt;br /&gt;</w:t>
        <w:br/>
        <w:br/>
        <w:t>І сном нечистим задрімали.&lt;br /&gt;</w:t>
        <w:br/>
        <w:br/>
        <w:t>Дрімають... навіки бодай задрімали!&lt;br /&gt;</w:t>
        <w:br/>
        <w:br/>
        <w:t>А тим часом місяць пливе оглядать&lt;br /&gt;</w:t>
        <w:br/>
        <w:br/>
        <w:t>І небо, і зорі, і землю, і море&lt;br /&gt;</w:t>
        <w:br/>
        <w:br/>
        <w:t>Та глянуть на люде, що вони моторять,&lt;br /&gt;</w:t>
        <w:br/>
        <w:br/>
        <w:t>Щоб богові вранці про те розказать.&lt;br /&gt;</w:t>
        <w:br/>
        <w:br/>
        <w:t>Світить білолиций на всю Україну,&lt;br /&gt;</w:t>
        <w:br/>
        <w:br/>
        <w:t>Світить... а чи бачить мою сиротину,&lt;br /&gt;</w:t>
        <w:br/>
        <w:br/>
        <w:t>Оксану з Вільшани, мою сироту?&lt;br /&gt;</w:t>
        <w:br/>
        <w:br/>
        <w:t>Де її мордують, де вона воркує?&lt;br /&gt;</w:t>
        <w:br/>
        <w:br/>
        <w:t>Чи знає Ярема? чи знає, чи чує?&lt;br /&gt;</w:t>
        <w:br/>
        <w:br/>
        <w:t>Побачимо потім, а тепер не ту,&lt;br /&gt;</w:t>
        <w:br/>
        <w:br/>
        <w:t>Не ту заспіваю, іншої заграю;&lt;br /&gt;</w:t>
        <w:br/>
        <w:br/>
        <w:t>Лихо &amp;mdash; не дівчата &amp;mdash; буде танцювать.&lt;br /&gt;</w:t>
        <w:br/>
        <w:br/>
        <w:t>Недолю співаю козацького краю;&lt;br /&gt;</w:t>
        <w:br/>
        <w:br/>
        <w:t>Слухайте ж, щоб дітям потім розказать,&lt;br /&gt;</w:t>
        <w:br/>
        <w:br/>
        <w:t>Щоб і діти знали, внукам розказали,&lt;br /&gt;</w:t>
        <w:br/>
        <w:br/>
        <w:t>Як козаки шляхту тяжко покарали&lt;br /&gt;</w:t>
        <w:br/>
        <w:br/>
        <w:t>За те, що не вміла в добрі панувать.</w:t>
      </w:r>
    </w:p>
    <w:p>
      <w:r>
        <w:br/>
        <w:br/>
        <w:t>Гомоніла Україна,&lt;br /&gt;</w:t>
        <w:br/>
        <w:br/>
        <w:t>Довго гомоніла,&lt;br /&gt;</w:t>
        <w:br/>
        <w:br/>
        <w:t>Довго, довго кров степами&lt;br /&gt;</w:t>
        <w:br/>
        <w:br/>
        <w:t>Текла-червоніла.&lt;br /&gt;</w:t>
        <w:br/>
        <w:br/>
        <w:t>Текла, текла та й висохла.&lt;br /&gt;</w:t>
        <w:br/>
        <w:br/>
        <w:t>Степи зеленіють;&lt;br /&gt;</w:t>
        <w:br/>
        <w:br/>
        <w:t>Діди лежать, а над ними&lt;br /&gt;</w:t>
        <w:br/>
        <w:br/>
        <w:t>Могили синіють.&lt;br /&gt;</w:t>
        <w:br/>
        <w:br/>
        <w:t>Та що з того, що високі?&lt;br /&gt;</w:t>
        <w:br/>
        <w:br/>
        <w:t>Ніхто їх не знає,&lt;br /&gt;</w:t>
        <w:br/>
        <w:br/>
        <w:t>Ніхто щиро не заплаче,&lt;br /&gt;</w:t>
        <w:br/>
        <w:br/>
        <w:t>Ніхто не згадає.&lt;br /&gt;</w:t>
        <w:br/>
        <w:br/>
        <w:t>Тілько вітер тихесенько&lt;br /&gt;</w:t>
        <w:br/>
        <w:br/>
        <w:t>Повіє над ними,&lt;br /&gt;</w:t>
        <w:br/>
        <w:br/>
        <w:t>Тілько роси ранесенько&lt;br /&gt;</w:t>
        <w:br/>
        <w:br/>
        <w:t>Сльозами дрібними&lt;br /&gt;</w:t>
        <w:br/>
        <w:br/>
        <w:t>їх умиють. Зійде сонце,&lt;br /&gt;</w:t>
        <w:br/>
        <w:br/>
        <w:t>Осушить, пригріє;&lt;br /&gt;</w:t>
        <w:br/>
        <w:br/>
        <w:t>А унуки? їм байдуже,&lt;br /&gt;</w:t>
        <w:br/>
        <w:br/>
        <w:t>Панам жито сіють.&lt;br /&gt;</w:t>
        <w:br/>
        <w:br/>
        <w:t>Багато їх, а хто скаже,&lt;br /&gt;</w:t>
        <w:br/>
        <w:br/>
        <w:t>Де Гонти могила, &amp;mdash;&lt;br /&gt;</w:t>
        <w:br/>
        <w:br/>
        <w:t>Мученика праведного&lt;br /&gt;</w:t>
        <w:br/>
        <w:br/>
        <w:t>Де похоронили?&lt;br /&gt;</w:t>
        <w:br/>
        <w:br/>
        <w:t>Де Залізняк, душа щира,&lt;br /&gt;</w:t>
        <w:br/>
        <w:br/>
        <w:t>Де одпочиває?&lt;br /&gt;</w:t>
        <w:br/>
        <w:br/>
        <w:t>Тяжко! важко! Кат панує,&lt;br /&gt;</w:t>
        <w:br/>
        <w:br/>
        <w:t>А їх не згадають.</w:t>
      </w:r>
    </w:p>
    <w:p>
      <w:r>
        <w:br/>
        <w:br/>
        <w:t>Гомоніла Україна,&lt;br /&gt;</w:t>
        <w:br/>
        <w:br/>
        <w:t>Довго гомоніла,&lt;br /&gt;</w:t>
        <w:br/>
        <w:br/>
        <w:t>Довго, довго кров степами&lt;br /&gt;</w:t>
        <w:br/>
        <w:br/>
        <w:t>Текла-червоніла.&lt;br /&gt;</w:t>
        <w:br/>
        <w:br/>
        <w:t>І день, і ніч гвалт, гармати;&lt;br /&gt;</w:t>
        <w:br/>
        <w:br/>
        <w:t>Земля стогне, гнеться;&lt;br /&gt;</w:t>
        <w:br/>
        <w:br/>
        <w:t>Сумно, страшно, а згадаєш &amp;mdash;&lt;br /&gt;</w:t>
        <w:br/>
        <w:br/>
        <w:t>Серце усміхнеться.</w:t>
      </w:r>
    </w:p>
    <w:p>
      <w:r>
        <w:br/>
        <w:br/>
        <w:t>Місяцю мій ясний! з високого неба&lt;br /&gt;</w:t>
        <w:br/>
        <w:br/>
        <w:t>Сховайся за гору, бо світу не треба;&lt;br /&gt;</w:t>
        <w:br/>
        <w:br/>
        <w:t>Страшно тобі буде, хоч ти й бачив Рось,&lt;br /&gt;</w:t>
        <w:br/>
        <w:br/>
        <w:t>І Альту, і Сену , і там розлилось,&lt;br /&gt;</w:t>
        <w:br/>
        <w:br/>
        <w:t>Не знать за що, крові широкеє море.&lt;br /&gt;</w:t>
        <w:br/>
        <w:br/>
        <w:t>А тепер що буде! Сховайся ж за гору;&lt;br /&gt;</w:t>
        <w:br/>
        <w:br/>
        <w:t>Сховайся, мій друже, щоб не довелось&lt;br /&gt;</w:t>
        <w:br/>
        <w:br/>
        <w:t>На старість заплакать...</w:t>
      </w:r>
    </w:p>
    <w:p>
      <w:r>
        <w:br/>
        <w:br/>
        <w:t>Сумно, сумно серед неба&lt;br /&gt;</w:t>
        <w:br/>
        <w:br/>
        <w:t>Сяє білолиций.&lt;br /&gt;</w:t>
        <w:br/>
        <w:br/>
        <w:t>Понад Дніпром козак іде,&lt;br /&gt;</w:t>
        <w:br/>
        <w:br/>
        <w:t>Може, з вечірниці.&lt;br /&gt;</w:t>
        <w:br/>
        <w:br/>
        <w:t>Іде смутний, невеселий,&lt;br /&gt;</w:t>
        <w:br/>
        <w:br/>
        <w:t>Ледве несуть ноги.&lt;br /&gt;</w:t>
        <w:br/>
        <w:br/>
        <w:t>Може, дівчина не любить&lt;br /&gt;</w:t>
        <w:br/>
        <w:br/>
        <w:t>За те, що убогий?&lt;br /&gt;</w:t>
        <w:br/>
        <w:br/>
        <w:t>І дівчина його любить,&lt;br /&gt;</w:t>
        <w:br/>
        <w:br/>
        <w:t>Хоч лата на латі.&lt;br /&gt;</w:t>
        <w:br/>
        <w:br/>
        <w:t>Чорнобривий, а не згине,&lt;br /&gt;</w:t>
        <w:br/>
        <w:br/>
        <w:t>То буде й багатий.&lt;br /&gt;</w:t>
        <w:br/>
        <w:br/>
        <w:t>Чого ж смутний, невеселий&lt;br /&gt;</w:t>
        <w:br/>
        <w:br/>
        <w:t>Іде &amp;mdash; чуть не плаче?&lt;br /&gt;</w:t>
        <w:br/>
        <w:br/>
        <w:t>Якусь тяжку недоленьку&lt;br /&gt;</w:t>
        <w:br/>
        <w:br/>
        <w:t>Віщує козаче,&lt;br /&gt;</w:t>
        <w:br/>
        <w:br/>
        <w:t>Чує серце, та не скаже,&lt;br /&gt;</w:t>
        <w:br/>
        <w:br/>
        <w:t>Яке лихо буде.&lt;br /&gt;</w:t>
        <w:br/>
        <w:br/>
        <w:t>Мине лихо... Кругом його&lt;br /&gt;</w:t>
        <w:br/>
        <w:br/>
        <w:t>Мов вимерли люде.&lt;br /&gt;</w:t>
        <w:br/>
        <w:br/>
        <w:t>Ані півня, ні собаки;&lt;br /&gt;</w:t>
        <w:br/>
        <w:br/>
        <w:t>Тілько із-за гаю&lt;br /&gt;</w:t>
        <w:br/>
        <w:br/>
        <w:t>Десь далеко сіроманці&lt;br /&gt;</w:t>
        <w:br/>
        <w:br/>
        <w:t>Вовки завивають&lt;br /&gt;</w:t>
        <w:br/>
        <w:br/>
        <w:t>Байдуже! іде Ярема,&lt;br /&gt;</w:t>
        <w:br/>
        <w:br/>
        <w:t>Та не до Оксани,&lt;br /&gt;</w:t>
        <w:br/>
        <w:br/>
        <w:t>Не в Вільшану на досвітки, &amp;mdash;&lt;br /&gt;</w:t>
        <w:br/>
        <w:br/>
        <w:t>До ляхів поганих&lt;br /&gt;</w:t>
        <w:br/>
        <w:br/>
        <w:t>У Черкаси. А там третій&lt;br /&gt;</w:t>
        <w:br/>
        <w:br/>
        <w:t>Півень заспіває...&lt;br /&gt;</w:t>
        <w:br/>
        <w:br/>
        <w:t>А там... а там... Йде Ярема,&lt;br /&gt;</w:t>
        <w:br/>
        <w:br/>
        <w:t>На Дніпр поглядає.</w:t>
      </w:r>
    </w:p>
    <w:p>
      <w:r>
        <w:br/>
        <w:br/>
        <w:t>&amp;quot;Ой Дніпре мій, Дніпре, широкий та дужий!&lt;br /&gt;</w:t>
        <w:br/>
        <w:br/>
        <w:t>Багато ти, батьку, у море носив&lt;br /&gt;</w:t>
        <w:br/>
        <w:br/>
        <w:t>Козацької крові; ще понесеш, друже!&lt;br /&gt;</w:t>
        <w:br/>
        <w:br/>
        <w:t>Червонив ти синє, та не напоїв;&lt;br /&gt;</w:t>
        <w:br/>
        <w:br/>
        <w:t>А сю ніч уп&amp;#39;єшся. Пекельнеє свято&lt;br /&gt;</w:t>
        <w:br/>
        <w:br/>
        <w:t>По всій Україні сю ніч зареве;&lt;br /&gt;</w:t>
        <w:br/>
        <w:br/>
        <w:t>Потече багато, багато, багато&lt;br /&gt;</w:t>
        <w:br/>
        <w:br/>
        <w:t>Шляхетської крові. Козак оживе;&lt;br /&gt;</w:t>
        <w:br/>
        <w:br/>
        <w:t>Оживуть гетьмани в золотім жупані;&lt;br /&gt;</w:t>
        <w:br/>
        <w:br/>
        <w:t>Прокинеться доля; козак заспіва:&lt;br /&gt;</w:t>
        <w:br/>
        <w:br/>
        <w:t>&amp;quot;Ні жида, ні ляха&amp;quot;, а в степах Украйни &amp;mdash;&lt;br /&gt;</w:t>
        <w:br/>
        <w:br/>
        <w:t>О боже мій милий &amp;mdash; блисне булава!&amp;quot;</w:t>
      </w:r>
    </w:p>
    <w:p>
      <w:r>
        <w:br/>
        <w:br/>
        <w:t>Так думав, ідучи в латаній свитині,&lt;br /&gt;</w:t>
        <w:br/>
        <w:br/>
        <w:t>Сердега Ярема з свяченим в руках.&lt;br /&gt;</w:t>
        <w:br/>
        <w:br/>
        <w:t>А Дніпр мов підслухав: широкий та синій,&lt;br /&gt;</w:t>
        <w:br/>
        <w:br/>
        <w:t>Підняв гори-хвилі; а в очеретах&lt;br /&gt;</w:t>
        <w:br/>
        <w:br/>
        <w:t>Реве, стогне, завиває,&lt;br /&gt;</w:t>
        <w:br/>
        <w:br/>
        <w:t>Лози нагинає;&lt;br /&gt;</w:t>
        <w:br/>
        <w:br/>
        <w:t>Грім гогоче, а блискавка&lt;br /&gt;</w:t>
        <w:br/>
        <w:br/>
        <w:t>Хмару роздирає.&lt;br /&gt;</w:t>
        <w:br/>
        <w:br/>
        <w:t>Іде собі наш Ярема,&lt;br /&gt;</w:t>
        <w:br/>
        <w:br/>
        <w:t>Нічого не бачить;&lt;br /&gt;</w:t>
        <w:br/>
        <w:br/>
        <w:t>Одна думка усміхнеться,&lt;br /&gt;</w:t>
        <w:br/>
        <w:br/>
        <w:t>А друга заплаче.&lt;br /&gt;</w:t>
        <w:br/>
        <w:br/>
        <w:t>&amp;quot;Там Оксана, там весело&lt;br /&gt;</w:t>
        <w:br/>
        <w:br/>
        <w:t>І в сірій свитині;&lt;br /&gt;</w:t>
        <w:br/>
        <w:br/>
        <w:t>А тут... а тут... що ще буде?&lt;br /&gt;</w:t>
        <w:br/>
        <w:br/>
        <w:t>Може, ще загину&amp;quot;.&lt;br /&gt;</w:t>
        <w:br/>
        <w:br/>
        <w:t>А тим часом із байраку&lt;br /&gt;</w:t>
        <w:br/>
        <w:br/>
        <w:t>Півень &amp;mdash; кукуріку!&lt;br /&gt;</w:t>
        <w:br/>
        <w:br/>
        <w:t>&amp;quot;А,Черкаси!.. боже милий!&lt;br /&gt;</w:t>
        <w:br/>
        <w:br/>
        <w:t>Не вкороти віку!&amp;quot;</w:t>
      </w:r>
    </w:p>
    <w:p>
      <w:r>
        <w:br/>
        <w:br/>
        <w:t>Червоний бенкет</w:t>
      </w:r>
    </w:p>
    <w:p>
      <w:r>
        <w:br/>
        <w:br/>
        <w:t>Задзвонили в усі дзвони&lt;br /&gt;</w:t>
        <w:br/>
        <w:br/>
        <w:t>По всій Україні;&lt;br /&gt;</w:t>
        <w:br/>
        <w:br/>
        <w:t>Закричали гайдамаки:&lt;br /&gt;</w:t>
        <w:br/>
        <w:br/>
        <w:t>&amp;quot;Гине шляхта, гине!&lt;br /&gt;</w:t>
        <w:br/>
        <w:br/>
        <w:t>Гине шляхта! погуляєм&lt;br /&gt;</w:t>
        <w:br/>
        <w:br/>
        <w:t>Та хмару нагрієм!&amp;quot;&lt;br /&gt;</w:t>
        <w:br/>
        <w:br/>
        <w:t>Зайнялася Смілянщина,&lt;br /&gt;</w:t>
        <w:br/>
        <w:br/>
        <w:t>Хмара червоніє.&lt;br /&gt;</w:t>
        <w:br/>
        <w:br/>
        <w:t>А найперша Медведівка&lt;br /&gt;</w:t>
        <w:br/>
        <w:br/>
        <w:t>Небо нагріває.&lt;br /&gt;</w:t>
        <w:br/>
        <w:br/>
        <w:t>Горить Сміла, Смілянщина&lt;br /&gt;</w:t>
        <w:br/>
        <w:br/>
        <w:t>Кров&amp;#39;ю підпливає.&lt;br /&gt;</w:t>
        <w:br/>
        <w:br/>
        <w:t>Горить Корсунь, горить Канів,&lt;br /&gt;</w:t>
        <w:br/>
        <w:br/>
        <w:t>Чигирин, Черкаси;&lt;br /&gt;</w:t>
        <w:br/>
        <w:br/>
        <w:t>Чорним шляхом запалало,&lt;br /&gt;</w:t>
        <w:br/>
        <w:br/>
        <w:t>І кров полилася&lt;br /&gt;</w:t>
        <w:br/>
        <w:br/>
        <w:t>Аж у Волинь. По Поліссі&lt;br /&gt;</w:t>
        <w:br/>
        <w:br/>
        <w:t>Гонта бенкетує,&lt;br /&gt;</w:t>
        <w:br/>
        <w:br/>
        <w:t>А Залізняк в Смілянщині&lt;br /&gt;</w:t>
        <w:br/>
        <w:br/>
        <w:t>Домаху гартує,&lt;br /&gt;</w:t>
        <w:br/>
        <w:br/>
        <w:t>У Черкасах, де й Ярема&lt;br /&gt;</w:t>
        <w:br/>
        <w:br/>
        <w:t>Пробує свячений.&lt;br /&gt;</w:t>
        <w:br/>
        <w:br/>
        <w:t>&amp;quot;Отак, отак! добре, діти,&lt;br /&gt;</w:t>
        <w:br/>
        <w:br/>
        <w:t>Мордуйте скажених!&lt;br /&gt;</w:t>
        <w:br/>
        <w:br/>
        <w:t>Добре, хлопці!&amp;quot; &amp;mdash; на базарі&lt;br /&gt;</w:t>
        <w:br/>
        <w:br/>
        <w:t>Залізняк гукає.&lt;br /&gt;</w:t>
        <w:br/>
        <w:br/>
        <w:t>Кругом пекло; гайдамаки&lt;br /&gt;</w:t>
        <w:br/>
        <w:br/>
        <w:t>По пеклу гуляють.&lt;br /&gt;</w:t>
        <w:br/>
        <w:br/>
        <w:t>А Ярема &amp;mdash; страшно глянуть&lt;br /&gt;</w:t>
        <w:br/>
        <w:br/>
        <w:t>По три, по чотири&lt;br /&gt;</w:t>
        <w:br/>
        <w:br/>
        <w:t>Так і кладе. &amp;quot;Добре, сину,&lt;br /&gt;</w:t>
        <w:br/>
        <w:br/>
        <w:t>Матері їх хиря!&lt;br /&gt;</w:t>
        <w:br/>
        <w:br/>
        <w:t>Мордуй, мордуй, в раю будеш&lt;br /&gt;</w:t>
        <w:br/>
        <w:br/>
        <w:t>Або есаулом.&lt;br /&gt;</w:t>
        <w:br/>
        <w:br/>
        <w:t>Гуляй, сину! нуте, діти!&amp;quot;&lt;br /&gt;</w:t>
        <w:br/>
        <w:br/>
        <w:t>І діти майнули&lt;br /&gt;</w:t>
        <w:br/>
        <w:br/>
        <w:t>По горищах, по коморах,&lt;br /&gt;</w:t>
        <w:br/>
        <w:br/>
        <w:t>По льохах, усюди;&lt;br /&gt;</w:t>
        <w:br/>
        <w:br/>
        <w:t>Всіх уклали, все забрали.&lt;br /&gt;</w:t>
        <w:br/>
        <w:br/>
        <w:t>&amp;quot;Тепер,хлопці, буде!&lt;br /&gt;</w:t>
        <w:br/>
        <w:br/>
        <w:t>Утомились, одпочиньте&amp;quot;.&lt;br /&gt;</w:t>
        <w:br/>
        <w:br/>
        <w:t>Улиці, базари&lt;br /&gt;</w:t>
        <w:br/>
        <w:br/>
        <w:t>Крились трупом, плили кров&amp;#39;ю.&lt;br /&gt;</w:t>
        <w:br/>
        <w:br/>
        <w:t>&amp;quot;Мало клятим кари!&lt;br /&gt;</w:t>
        <w:br/>
        <w:br/>
        <w:t>Ще раз треба перемучить,&lt;br /&gt;</w:t>
        <w:br/>
        <w:br/>
        <w:t>Щоб не повставали&lt;br /&gt;</w:t>
        <w:br/>
        <w:br/>
        <w:t>Нехрещені, кляті душі&amp;quot;.&lt;br /&gt;</w:t>
        <w:br/>
        <w:br/>
        <w:t>На базар збирались&lt;br /&gt;</w:t>
        <w:br/>
        <w:br/>
        <w:t>Гайдамаки. Йде Ярема,&lt;br /&gt;</w:t>
        <w:br/>
        <w:br/>
        <w:t>Залізняк гукає:&lt;br /&gt;</w:t>
        <w:br/>
        <w:br/>
        <w:t>&amp;quot;Чуєш, хлопче? ходи сюди!&lt;br /&gt;</w:t>
        <w:br/>
        <w:br/>
        <w:t>Не бійсь, не злякаю&amp;quot;.&lt;br /&gt;</w:t>
        <w:br/>
        <w:br/>
        <w:t>&amp;quot;Не боюся!&amp;quot; Знявши шапку,&lt;br /&gt;</w:t>
        <w:br/>
        <w:br/>
        <w:t>Став, мов перед паном.&lt;br /&gt;</w:t>
        <w:br/>
        <w:br/>
        <w:t>&amp;quot;Відкіля ти? хто ти такий?&amp;quot;&lt;br /&gt;</w:t>
        <w:br/>
        <w:br/>
        <w:t>&amp;quot;Я, пане, з Вільшани&amp;quot;.&lt;br /&gt;</w:t>
        <w:br/>
        <w:br/>
        <w:t>&amp;quot;З Вільшаної, де титаря&lt;br /&gt;</w:t>
        <w:br/>
        <w:br/>
        <w:t>Пси замордували?&amp;quot;&lt;br /&gt;</w:t>
        <w:br/>
        <w:br/>
        <w:t>&amp;quot;Де? якого?&amp;quot;&lt;br /&gt;</w:t>
        <w:br/>
        <w:br/>
        <w:t>&amp;quot;У Вільшаній;&lt;br /&gt;</w:t>
        <w:br/>
        <w:br/>
        <w:t>І кажуть, що вкрали&lt;br /&gt;</w:t>
        <w:br/>
        <w:br/>
        <w:t>Дочку його, коли знаєш&amp;quot;.&lt;br /&gt;</w:t>
        <w:br/>
        <w:br/>
        <w:t>&amp;quot;Дочку, у Вільшаній?&amp;quot;&lt;br /&gt;</w:t>
        <w:br/>
        <w:br/>
        <w:t>&amp;quot;У титаря, коли знавав&amp;quot;.&lt;br /&gt;</w:t>
        <w:br/>
        <w:br/>
        <w:t>&amp;quot;Оксано, Оксано!&amp;quot; &amp;mdash;&lt;br /&gt;</w:t>
        <w:br/>
        <w:br/>
        <w:t>Ледве вимовив Ярема&lt;br /&gt;</w:t>
        <w:br/>
        <w:br/>
        <w:t>Та й упав додолу.&lt;br /&gt;</w:t>
        <w:br/>
        <w:br/>
        <w:t>&amp;quot;Еге! ось що... Шкода хлопця,&lt;br /&gt;</w:t>
        <w:br/>
        <w:br/>
        <w:t>Провітри, Миколо!&amp;quot;&lt;br /&gt;</w:t>
        <w:br/>
        <w:br/>
        <w:t>Провітрився. &amp;quot;Батьку! брате!&lt;br /&gt;</w:t>
        <w:br/>
        <w:br/>
        <w:t>Чом я не сторукий?&lt;br /&gt;</w:t>
        <w:br/>
        <w:br/>
        <w:t>Дайте ножа, дайте силу,&lt;br /&gt;</w:t>
        <w:br/>
        <w:br/>
        <w:t>Муки ляхам, муки!&lt;br /&gt;</w:t>
        <w:br/>
        <w:br/>
        <w:t>Муки страшної, щоб пекло&lt;br /&gt;</w:t>
        <w:br/>
        <w:br/>
        <w:t>Тряслося та мліло!&amp;quot;&lt;br /&gt;</w:t>
        <w:br/>
        <w:br/>
        <w:t>&amp;quot;Добре, сину, ножі будуть&lt;br /&gt;</w:t>
        <w:br/>
        <w:br/>
        <w:t>На святеє діло.&lt;br /&gt;</w:t>
        <w:br/>
        <w:br/>
        <w:t>Ходім з нами у Лисянку&lt;br /&gt;</w:t>
        <w:br/>
        <w:br/>
        <w:t>Ножі гартувати!&amp;quot;&lt;br /&gt;</w:t>
        <w:br/>
        <w:br/>
        <w:t>&amp;quot;Ходім, ходім, отамане,&lt;br /&gt;</w:t>
        <w:br/>
        <w:br/>
        <w:t>Батьку ти мій, брате,&lt;br /&gt;</w:t>
        <w:br/>
        <w:br/>
        <w:t>Мій єдиний! На край світа&lt;br /&gt;</w:t>
        <w:br/>
        <w:br/>
        <w:t>Полечу, достану,&lt;br /&gt;</w:t>
        <w:br/>
        <w:br/>
        <w:t>З пекла вирву, отамане...&lt;br /&gt;</w:t>
        <w:br/>
        <w:br/>
        <w:t>На край світа, пане...&lt;br /&gt;</w:t>
        <w:br/>
        <w:br/>
        <w:t>На край світа, та не найду,&lt;br /&gt;</w:t>
        <w:br/>
        <w:br/>
        <w:t>Не найду Оксани!&amp;quot;&lt;br /&gt;</w:t>
        <w:br/>
        <w:br/>
        <w:t>&amp;quot;Може, й найдеш. А як тебе&lt;br /&gt;</w:t>
        <w:br/>
        <w:br/>
        <w:t>Зовуть? я не знаю&amp;quot;.&lt;br /&gt;</w:t>
        <w:br/>
        <w:br/>
        <w:t>&amp;quot;Яремою&amp;quot;.&lt;br /&gt;</w:t>
        <w:br/>
        <w:br/>
        <w:t>&amp;quot;А прізвище?&amp;quot;&lt;br /&gt;</w:t>
        <w:br/>
        <w:br/>
        <w:t>&amp;quot;Прізвища немає!&amp;quot;&lt;br /&gt;</w:t>
        <w:br/>
        <w:br/>
        <w:t>&amp;quot;Хіба байстрюк? Без прізвища&lt;br /&gt;</w:t>
        <w:br/>
        <w:br/>
        <w:t>Запиши, Миколо,&lt;br /&gt;</w:t>
        <w:br/>
        <w:br/>
        <w:t>У реєстер. Нехай буде!&amp;quot;&lt;br /&gt;</w:t>
        <w:br/>
        <w:br/>
        <w:t>Нехай буде Голий,&lt;br /&gt;</w:t>
        <w:br/>
        <w:br/>
        <w:t>Так і пиши!&amp;quot;&lt;br /&gt;</w:t>
        <w:br/>
        <w:br/>
        <w:t>&amp;quot;Ні, погано!&amp;quot;&lt;br /&gt;</w:t>
        <w:br/>
        <w:br/>
        <w:t>&amp;quot;Ну, хіба Бідою?&amp;quot;&lt;br /&gt;</w:t>
        <w:br/>
        <w:br/>
        <w:t>&amp;quot;І це не так&amp;quot;.&lt;br /&gt;</w:t>
        <w:br/>
        <w:br/>
        <w:t>&amp;quot;Стривай лишень,&lt;br /&gt;</w:t>
        <w:br/>
        <w:br/>
        <w:t>Пиши Галайдою&amp;quot;.&lt;br /&gt;</w:t>
        <w:br/>
        <w:br/>
        <w:t>Записали.&lt;br /&gt;</w:t>
        <w:br/>
        <w:br/>
        <w:t>&amp;quot;Ну, Галайдо,&lt;br /&gt;</w:t>
        <w:br/>
        <w:br/>
        <w:t>Поїдем гуляти.&lt;br /&gt;</w:t>
        <w:br/>
        <w:br/>
        <w:t>Найдеш долю... а не найдеш...&lt;br /&gt;</w:t>
        <w:br/>
        <w:br/>
        <w:t>Рушайте, хлоп&amp;#39;ята&amp;quot;.&lt;br /&gt;</w:t>
        <w:br/>
        <w:br/>
        <w:t>І Яремі дали коня&lt;br /&gt;</w:t>
        <w:br/>
        <w:br/>
        <w:t>Зайвого з обозу.&lt;br /&gt;</w:t>
        <w:br/>
        <w:br/>
        <w:t>Усміхнувся на воронім&lt;br /&gt;</w:t>
        <w:br/>
        <w:br/>
        <w:t>Та й знову у сльози.&lt;br /&gt;</w:t>
        <w:br/>
        <w:br/>
        <w:t>Виїхали з&amp;#39;а царину;&lt;br /&gt;</w:t>
        <w:br/>
        <w:br/>
        <w:t>Палають Черкаси...&lt;br /&gt;</w:t>
        <w:br/>
        <w:br/>
        <w:t>&amp;quot;Чи всі, діти?&amp;quot;&lt;br /&gt;</w:t>
        <w:br/>
        <w:br/>
        <w:t>&amp;quot;Усі, батьку!&amp;quot;&lt;br /&gt;</w:t>
        <w:br/>
        <w:br/>
        <w:t>&amp;quot;Гайда!&amp;quot;&lt;br /&gt;</w:t>
        <w:br/>
        <w:br/>
        <w:t>Простяглася&lt;br /&gt;</w:t>
        <w:br/>
        <w:br/>
        <w:t>По діброві понад Дніпром&lt;br /&gt;</w:t>
        <w:br/>
        <w:br/>
        <w:t>Козацька ватага.&lt;br /&gt;</w:t>
        <w:br/>
        <w:br/>
        <w:t>А за ними кобзар Волох&lt;br /&gt;</w:t>
        <w:br/>
        <w:br/>
        <w:t>Переваги-ваги&lt;br /&gt;</w:t>
        <w:br/>
        <w:br/>
        <w:t>Шкандибав на конику,&lt;br /&gt;</w:t>
        <w:br/>
        <w:br/>
        <w:t>Козакам співає:&lt;br /&gt;</w:t>
        <w:br/>
        <w:br/>
        <w:t>&amp;quot;Гайдамаки, гайдамаки,&lt;br /&gt;</w:t>
        <w:br/>
        <w:br/>
        <w:t>Залізняк гуляє&amp;quot;.&lt;br /&gt;</w:t>
        <w:br/>
        <w:br/>
        <w:t>Поїхали... а Черкаси&lt;br /&gt;</w:t>
        <w:br/>
        <w:br/>
        <w:t>Палають, палають.&lt;br /&gt;</w:t>
        <w:br/>
        <w:br/>
        <w:t>Байдуже, ніхто й не гляне.&lt;br /&gt;</w:t>
        <w:br/>
        <w:br/>
        <w:t>Сміються та лають&lt;br /&gt;</w:t>
        <w:br/>
        <w:br/>
        <w:t>Кляту шляхту. Хто балака,&lt;br /&gt;</w:t>
        <w:br/>
        <w:br/>
        <w:t>Хто кобзаря слуха.&lt;br /&gt;</w:t>
        <w:br/>
        <w:br/>
        <w:t>А Залізняк попереду,&lt;br /&gt;</w:t>
        <w:br/>
        <w:br/>
        <w:t>Нашорошив уха;&lt;br /&gt;</w:t>
        <w:br/>
        <w:br/>
        <w:t>Іде собі, люльку курить,&lt;br /&gt;</w:t>
        <w:br/>
        <w:br/>
        <w:t>Нікому ні слова.&lt;br /&gt;</w:t>
        <w:br/>
        <w:br/>
        <w:t>А за ним німий Ярема.&lt;br /&gt;</w:t>
        <w:br/>
        <w:br/>
        <w:t>Зелена діброва,&lt;br /&gt;</w:t>
        <w:br/>
        <w:br/>
        <w:t>І темний гай, і Дніпр дужий,&lt;br /&gt;</w:t>
        <w:br/>
        <w:br/>
        <w:t>І високі гори,&lt;br /&gt;</w:t>
        <w:br/>
        <w:br/>
        <w:t>Небо, зорі, добро, люде&lt;br /&gt;</w:t>
        <w:br/>
        <w:br/>
        <w:t>І лютеє горе &amp;mdash;&lt;br /&gt;</w:t>
        <w:br/>
        <w:br/>
        <w:t>Все пропало, все! нічого&lt;br /&gt;</w:t>
        <w:br/>
        <w:br/>
        <w:t>Не знає, не бачить,&lt;br /&gt;</w:t>
        <w:br/>
        <w:br/>
        <w:t>Як убитий. Тяжко йому,&lt;br /&gt;</w:t>
        <w:br/>
        <w:br/>
        <w:t>Тяжко, а не плаче.&lt;br /&gt;</w:t>
        <w:br/>
        <w:br/>
        <w:t>Ні, не плаче: змія люта,&lt;br /&gt;</w:t>
        <w:br/>
        <w:br/>
        <w:t>Жадна випиває&lt;br /&gt;</w:t>
        <w:br/>
        <w:br/>
        <w:t>Його сльози, давить душу,&lt;br /&gt;</w:t>
        <w:br/>
        <w:br/>
        <w:t>Серце роздирає.&lt;br /&gt;</w:t>
        <w:br/>
        <w:br/>
        <w:t>&amp;quot;Ой ви, сльози, дрібні сльози!&lt;br /&gt;</w:t>
        <w:br/>
        <w:br/>
        <w:t>Ви змиєте горе;&lt;br /&gt;</w:t>
        <w:br/>
        <w:br/>
        <w:t>Змийте його... тяжко! нудно!&lt;br /&gt;</w:t>
        <w:br/>
        <w:br/>
        <w:t>І синього моря,&lt;br /&gt;</w:t>
        <w:br/>
        <w:br/>
        <w:t>І Дніпра, щоб вилить люте,&lt;br /&gt;</w:t>
        <w:br/>
        <w:br/>
        <w:t>І Дніпра не стане.&lt;br /&gt;</w:t>
        <w:br/>
        <w:br/>
        <w:t>Занапастить хіба душу?&lt;br /&gt;</w:t>
        <w:br/>
        <w:br/>
        <w:t>Оксано, Оксано!&lt;br /&gt;</w:t>
        <w:br/>
        <w:br/>
        <w:t>Де ти, де ти? подивися,&lt;br /&gt;</w:t>
        <w:br/>
        <w:br/>
        <w:t>Моя ти єдина,&lt;br /&gt;</w:t>
        <w:br/>
        <w:br/>
        <w:t>Подивися на Ярему.&lt;br /&gt;</w:t>
        <w:br/>
        <w:br/>
        <w:t>Де ти? Може, гине,&lt;br /&gt;</w:t>
        <w:br/>
        <w:br/>
        <w:t>Може, тяжко клене долю,&lt;br /&gt;</w:t>
        <w:br/>
        <w:br/>
        <w:t>Клене, умирає&lt;br /&gt;</w:t>
        <w:br/>
        <w:br/>
        <w:t>Або в пана у кайданах&lt;br /&gt;</w:t>
        <w:br/>
        <w:br/>
        <w:t>У склепу конає.&lt;br /&gt;</w:t>
        <w:br/>
        <w:br/>
        <w:t>Може, згадує Ярему,&lt;br /&gt;</w:t>
        <w:br/>
        <w:br/>
        <w:t>Згадує Вільшану,&lt;br /&gt;</w:t>
        <w:br/>
        <w:br/>
        <w:t>Кличе чого: &amp;quot;Серце моє,&lt;br /&gt;</w:t>
        <w:br/>
        <w:br/>
        <w:t>Обніми Оксану!&lt;br /&gt;</w:t>
        <w:br/>
        <w:br/>
        <w:t>Обнімемось, мій соколе!&lt;br /&gt;</w:t>
        <w:br/>
        <w:br/>
        <w:t>Навіки зомлієм.&lt;br /&gt;</w:t>
        <w:br/>
        <w:br/>
        <w:t>Нехай ляхи знущаються,&lt;br /&gt;</w:t>
        <w:br/>
        <w:br/>
        <w:t>Не почуєм!..&amp;quot; Віє,&lt;br /&gt;</w:t>
        <w:br/>
        <w:br/>
        <w:t>Віє вітер з-за Лиману,&lt;br /&gt;</w:t>
        <w:br/>
        <w:br/>
        <w:t>Гне тополю в полі, &amp;mdash;&lt;br /&gt;</w:t>
        <w:br/>
        <w:br/>
        <w:t>І дівчина похилиться,&lt;br /&gt;</w:t>
        <w:br/>
        <w:br/>
        <w:t>Куди гне недоля.&lt;br /&gt;</w:t>
        <w:br/>
        <w:br/>
        <w:t>Посумує, пожуриться,&lt;br /&gt;</w:t>
        <w:br/>
        <w:br/>
        <w:t>Забуде... і, може...&lt;br /&gt;</w:t>
        <w:br/>
        <w:br/>
        <w:t>У жупані, сама пані;&lt;br /&gt;</w:t>
        <w:br/>
        <w:br/>
        <w:t>А лях... боже, боже!&lt;br /&gt;</w:t>
        <w:br/>
        <w:br/>
        <w:t>Карай пеклом мою душу,&lt;br /&gt;</w:t>
        <w:br/>
        <w:br/>
        <w:t>Вилий муки море,&lt;br /&gt;</w:t>
        <w:br/>
        <w:br/>
        <w:t>Розбий кару надо мною,&lt;br /&gt;</w:t>
        <w:br/>
        <w:br/>
        <w:t>Та не таким горем&lt;br /&gt;</w:t>
        <w:br/>
        <w:br/>
        <w:t>Карай серце: розірветься,&lt;br /&gt;</w:t>
        <w:br/>
        <w:br/>
        <w:t>Хоч би було камень.&lt;br /&gt;</w:t>
        <w:br/>
        <w:br/>
        <w:t>Доле моя! серце моє!&lt;br /&gt;</w:t>
        <w:br/>
        <w:br/>
        <w:t>Оксано, Оксано!&lt;br /&gt;</w:t>
        <w:br/>
        <w:br/>
        <w:t>Де ти ділася-поділась?&amp;quot;&lt;br /&gt;</w:t>
        <w:br/>
        <w:br/>
        <w:t>І хлинули сльози;&lt;br /&gt;</w:t>
        <w:br/>
        <w:br/>
        <w:t>Дрібні-дрібні полилися.&lt;br /&gt;</w:t>
        <w:br/>
        <w:br/>
        <w:t>Де вони взялися!&lt;br /&gt;</w:t>
        <w:br/>
        <w:br/>
        <w:t>А Залізняк гайдамакам&lt;br /&gt;</w:t>
        <w:br/>
        <w:br/>
        <w:t>Каже опинитись:&lt;br /&gt;</w:t>
        <w:br/>
        <w:br/>
        <w:t>&amp;quot;У ліс, хлопці! вже світає,&lt;br /&gt;</w:t>
        <w:br/>
        <w:br/>
        <w:t>І коні пристали:&lt;br /&gt;</w:t>
        <w:br/>
        <w:br/>
        <w:t>Попасемо&amp;quot;, &amp;mdash; і тихенько&lt;br /&gt;</w:t>
        <w:br/>
        <w:br/>
        <w:t>У лісі сховались.</w:t>
      </w:r>
    </w:p>
    <w:p>
      <w:r>
        <w:br/>
        <w:br/>
        <w:t>Гупалівщина</w:t>
      </w:r>
    </w:p>
    <w:p>
      <w:r>
        <w:br/>
        <w:br/>
        <w:t>Зійшло сонце; Україна&lt;br /&gt;</w:t>
        <w:br/>
        <w:br/>
        <w:t>Де палала, тліла,&lt;br /&gt;</w:t>
        <w:br/>
        <w:br/>
        <w:t>А де шляхта, запертися,&lt;br /&gt;</w:t>
        <w:br/>
        <w:br/>
        <w:t>У будинках мліла.&lt;br /&gt;</w:t>
        <w:br/>
        <w:br/>
        <w:t>Скрізь по селах шибениці;&lt;br /&gt;</w:t>
        <w:br/>
        <w:br/>
        <w:t>Навішано трупу &amp;mdash;&lt;br /&gt;</w:t>
        <w:br/>
        <w:br/>
        <w:t>Тілько старших, а так шляхта&lt;br /&gt;</w:t>
        <w:br/>
        <w:br/>
        <w:t>Купою на купі.&lt;br /&gt;</w:t>
        <w:br/>
        <w:br/>
        <w:t>На улицях, на розпуттях&lt;br /&gt;</w:t>
        <w:br/>
        <w:br/>
        <w:t>Собаки, ворони&lt;br /&gt;</w:t>
        <w:br/>
        <w:br/>
        <w:t>Гризуть шляхту, клюють очі;&lt;br /&gt;</w:t>
        <w:br/>
        <w:br/>
        <w:t>Ніхто не боронить.&lt;br /&gt;</w:t>
        <w:br/>
        <w:br/>
        <w:t>Та й нікому: осталися&lt;br /&gt;</w:t>
        <w:br/>
        <w:br/>
        <w:t>Діти та собаки, &amp;mdash;&lt;br /&gt;</w:t>
        <w:br/>
        <w:br/>
        <w:t>Жінки навіть з рогачами&lt;br /&gt;</w:t>
        <w:br/>
        <w:br/>
        <w:t>Пішли в гайдамаки.</w:t>
      </w:r>
    </w:p>
    <w:p>
      <w:r>
        <w:br/>
        <w:br/>
        <w:t>Отаке-то було лихо&lt;br /&gt;</w:t>
        <w:br/>
        <w:br/>
        <w:t>По всій Україні!&lt;br /&gt;</w:t>
        <w:br/>
        <w:br/>
        <w:t>Гірше пекла... А за віщо,&lt;br /&gt;</w:t>
        <w:br/>
        <w:br/>
        <w:t>За що люде гинуть?&lt;br /&gt;</w:t>
        <w:br/>
        <w:br/>
        <w:t>Того ж батька, такі ж діти, &amp;mdash;&lt;br /&gt;</w:t>
        <w:br/>
        <w:br/>
        <w:t>Жити б та брататься.&lt;br /&gt;</w:t>
        <w:br/>
        <w:br/>
        <w:t>Ні, не вміли, не хотіли,&lt;br /&gt;</w:t>
        <w:br/>
        <w:br/>
        <w:t>Треба роз&amp;#39;єднаться!&lt;br /&gt;</w:t>
        <w:br/>
        <w:br/>
        <w:t>Треба крові, брата крові,&lt;br /&gt;</w:t>
        <w:br/>
        <w:br/>
        <w:t>Бо заздро, що в брата&lt;br /&gt;</w:t>
        <w:br/>
        <w:br/>
        <w:t>Є в коморі і надворі,&lt;br /&gt;</w:t>
        <w:br/>
        <w:br/>
        <w:t>І весело в хаті!&lt;br /&gt;</w:t>
        <w:br/>
        <w:br/>
        <w:t>&amp;quot;Уб&amp;#39;єм брата! спалим хату!&amp;quot; &amp;mdash;&lt;br /&gt;</w:t>
        <w:br/>
        <w:br/>
        <w:t>Сказали, і сталось-&lt;br /&gt;</w:t>
        <w:br/>
        <w:br/>
        <w:t>Все б, здається; ні, на кару&lt;br /&gt;</w:t>
        <w:br/>
        <w:br/>
        <w:t>Сироти остались.&lt;br /&gt;</w:t>
        <w:br/>
        <w:br/>
        <w:t>В сльозах росли, та й виросли;&lt;br /&gt;</w:t>
        <w:br/>
        <w:br/>
        <w:t>Замучені руки&lt;br /&gt;</w:t>
        <w:br/>
        <w:br/>
        <w:t>Розв&amp;#39;язались &amp;mdash; і кров за кров,&lt;br /&gt;</w:t>
        <w:br/>
        <w:br/>
        <w:t>І муки за муки!&lt;br /&gt;</w:t>
        <w:br/>
        <w:br/>
        <w:t>Болить серце, як згадаєш:&lt;br /&gt;</w:t>
        <w:br/>
        <w:br/>
        <w:t>Старих слов&amp;#39;ян діти&lt;br /&gt;</w:t>
        <w:br/>
        <w:br/>
        <w:t>Впились кров&amp;#39;ю. А хто винен?&lt;br /&gt;</w:t>
        <w:br/>
        <w:br/>
        <w:t>Ксьондзи, єзуїти.</w:t>
      </w:r>
    </w:p>
    <w:p>
      <w:r>
        <w:br/>
        <w:br/>
        <w:t>Мандрували гайдамаки&lt;br /&gt;</w:t>
        <w:br/>
        <w:br/>
        <w:t>Лісами, ярами,&lt;br /&gt;</w:t>
        <w:br/>
        <w:br/>
        <w:t>А за ними і Галайда&lt;br /&gt;</w:t>
        <w:br/>
        <w:br/>
        <w:t>З дрібними сльозами.&lt;br /&gt;</w:t>
        <w:br/>
        <w:br/>
        <w:t>Вже минули Воронівку,&lt;br /&gt;</w:t>
        <w:br/>
        <w:br/>
        <w:t>Вербівку; в Вільшану&lt;br /&gt;</w:t>
        <w:br/>
        <w:br/>
        <w:t>Приїхали. &amp;quot;Хіба спитать,&lt;br /&gt;</w:t>
        <w:br/>
        <w:br/>
        <w:t>Спитать про Оксану?&lt;br /&gt;</w:t>
        <w:br/>
        <w:br/>
        <w:t>Не спитаю, щоб не знали,&lt;br /&gt;</w:t>
        <w:br/>
        <w:br/>
        <w:t>За що пропадаю&amp;quot;.&lt;br /&gt;</w:t>
        <w:br/>
        <w:br/>
        <w:t>А тим часом гайдамаки&lt;br /&gt;</w:t>
        <w:br/>
        <w:br/>
        <w:t>Й Вільшану минають.&lt;br /&gt;</w:t>
        <w:br/>
        <w:br/>
        <w:t>Питається у хлопчика:&lt;br /&gt;</w:t>
        <w:br/>
        <w:br/>
        <w:t>&amp;quot;Що, титаря вбили?&amp;quot;&lt;br /&gt;</w:t>
        <w:br/>
        <w:br/>
        <w:t>&amp;quot;Ба ні, дядьку; батько казав,&lt;br /&gt;</w:t>
        <w:br/>
        <w:br/>
        <w:t>Що його спалили&lt;br /&gt;</w:t>
        <w:br/>
        <w:br/>
        <w:t>Оті ляхи, що там лежать,&lt;br /&gt;</w:t>
        <w:br/>
        <w:br/>
        <w:t>І Оксану вкрали.&lt;br /&gt;</w:t>
        <w:br/>
        <w:br/>
        <w:t>А титаря на цвинтарі&lt;br /&gt;</w:t>
        <w:br/>
        <w:br/>
        <w:t>Вчора поховали&amp;quot;.&lt;br /&gt;</w:t>
        <w:br/>
        <w:br/>
        <w:t>Не дослухав... &amp;quot;Неси, коню!&amp;quot;&lt;br /&gt;</w:t>
        <w:br/>
        <w:br/>
        <w:t>І поводи кинув.&lt;br /&gt;</w:t>
        <w:br/>
        <w:br/>
        <w:t>&amp;quot;Чом я вчора, поки не знав,&lt;br /&gt;</w:t>
        <w:br/>
        <w:br/>
        <w:t>Вчора не загинув!&lt;br /&gt;</w:t>
        <w:br/>
        <w:br/>
        <w:t>А сьогодні, коли й умру,&lt;br /&gt;</w:t>
        <w:br/>
        <w:br/>
        <w:t>З домовини встану&lt;br /&gt;</w:t>
        <w:br/>
        <w:br/>
        <w:t>Ляхів мучить. Серце моє!&lt;br /&gt;</w:t>
        <w:br/>
        <w:br/>
        <w:t>Оксано! Оксано!&lt;br /&gt;</w:t>
        <w:br/>
        <w:br/>
        <w:t>Де ти?&amp;quot;&lt;br /&gt;</w:t>
        <w:br/>
        <w:br/>
        <w:t>Замовк, зажурився,&lt;br /&gt;</w:t>
        <w:br/>
        <w:br/>
        <w:t>Поїхав ходою.&lt;br /&gt;</w:t>
        <w:br/>
        <w:br/>
        <w:t>Тяжко-важко сіромасі&lt;br /&gt;</w:t>
        <w:br/>
        <w:br/>
        <w:t>Боротись з нудьгою.&lt;br /&gt;</w:t>
        <w:br/>
        <w:br/>
        <w:t>Догнав своїх. Боровиків&lt;br /&gt;</w:t>
        <w:br/>
        <w:br/>
        <w:t>Вже хутір минають.&lt;br /&gt;</w:t>
        <w:br/>
        <w:br/>
        <w:t>Корчма тліє з стодолою,&lt;br /&gt;</w:t>
        <w:br/>
        <w:br/>
        <w:t>А Лейби немає.&lt;br /&gt;</w:t>
        <w:br/>
        <w:br/>
        <w:t>Усміхнувся мій Ярема,&lt;br /&gt;</w:t>
        <w:br/>
        <w:br/>
        <w:t>Тяжко усміхнувся.&lt;br /&gt;</w:t>
        <w:br/>
        <w:br/>
        <w:t>Отут, отут позавчора&lt;br /&gt;</w:t>
        <w:br/>
        <w:br/>
        <w:t>Перед жидом гнувся,&lt;br /&gt;</w:t>
        <w:br/>
        <w:br/>
        <w:t>А сьогодні... та й жаль стало,&lt;br /&gt;</w:t>
        <w:br/>
        <w:br/>
        <w:t>Що лихо минуло.&lt;br /&gt;</w:t>
        <w:br/>
        <w:br/>
        <w:t>Гайдамаки понад яром&lt;br /&gt;</w:t>
        <w:br/>
        <w:br/>
        <w:t>З шляху повернули.&lt;br /&gt;</w:t>
        <w:br/>
        <w:br/>
        <w:t>Наганяють півпарубка.&lt;br /&gt;</w:t>
        <w:br/>
        <w:br/>
        <w:t>Хлопець у свитині&lt;br /&gt;</w:t>
        <w:br/>
        <w:br/>
        <w:t>Полатаній, у постолах;&lt;br /&gt;</w:t>
        <w:br/>
        <w:br/>
        <w:t>На плечах торбина.&lt;br /&gt;</w:t>
        <w:br/>
        <w:br/>
        <w:t>&amp;quot;Гей, старченя! стривай лишень!&amp;quot;&lt;br /&gt;</w:t>
        <w:br/>
        <w:br/>
        <w:t>&amp;quot;Я не старець, пане!&lt;br /&gt;</w:t>
        <w:br/>
        <w:br/>
        <w:t>Я, як бачте, гайдамака&amp;quot;.&lt;br /&gt;</w:t>
        <w:br/>
        <w:br/>
        <w:t>&amp;quot;Який же поганий!&amp;quot;&lt;br /&gt;</w:t>
        <w:br/>
        <w:br/>
        <w:t>&amp;quot;Відкіля ти?&amp;quot;&lt;br /&gt;</w:t>
        <w:br/>
        <w:br/>
        <w:t>&amp;quot;З Керелівки&amp;quot;.&lt;br /&gt;</w:t>
        <w:br/>
        <w:br/>
        <w:t>&amp;quot;А Будища знаєш?&lt;br /&gt;</w:t>
        <w:br/>
        <w:br/>
        <w:t>І озеро коло Будищ?&amp;quot;&lt;br /&gt;</w:t>
        <w:br/>
        <w:br/>
        <w:t>&amp;quot;І озеро знаю,&lt;br /&gt;</w:t>
        <w:br/>
        <w:br/>
        <w:t>Отам воно; оцим яром&lt;br /&gt;</w:t>
        <w:br/>
        <w:br/>
        <w:t>Втрапите до його&amp;quot;.&lt;br /&gt;</w:t>
        <w:br/>
        <w:br/>
        <w:t>&amp;quot;Що, сьогодня ляхів. бачив?&amp;quot;&lt;br /&gt;</w:t>
        <w:br/>
        <w:br/>
        <w:t>&amp;quot;Нігде ні одного;&lt;br /&gt;</w:t>
        <w:br/>
        <w:br/>
        <w:t>А вчора було багато.&lt;br /&gt;</w:t>
        <w:br/>
        <w:br/>
        <w:t>Вінки не святили:&lt;br /&gt;</w:t>
        <w:br/>
        <w:br/>
        <w:t>Не дали ляхи прокляті.&lt;br /&gt;</w:t>
        <w:br/>
        <w:br/>
        <w:t>Зате ж їх і били,&lt;br /&gt;</w:t>
        <w:br/>
        <w:br/>
        <w:t>І я, й батько святим ножем;&lt;br /&gt;</w:t>
        <w:br/>
        <w:br/>
        <w:t>А мати нездужа,&lt;br /&gt;</w:t>
        <w:br/>
        <w:br/>
        <w:t>А то й вона б&amp;quot;.&lt;br /&gt;</w:t>
        <w:br/>
        <w:br/>
        <w:t>&amp;quot;Добре, хлопче.&lt;br /&gt;</w:t>
        <w:br/>
        <w:br/>
        <w:t>Ось на ж тобі, друже,&lt;br /&gt;</w:t>
        <w:br/>
        <w:br/>
        <w:t>Цей дукачик, та не згуби&amp;quot;.&lt;br /&gt;</w:t>
        <w:br/>
        <w:br/>
        <w:t>Узяв золотого,&lt;br /&gt;</w:t>
        <w:br/>
        <w:br/>
        <w:t>Подивився: &amp;quot;Спасибі вам!&amp;quot;&lt;br /&gt;</w:t>
        <w:br/>
        <w:br/>
        <w:t>&amp;quot;Ну, хлопці, в дорогу!&lt;br /&gt;</w:t>
        <w:br/>
        <w:br/>
        <w:t>Та чуєте? без гомону.&lt;br /&gt;</w:t>
        <w:br/>
        <w:br/>
        <w:t>Галайдо, за мною!&lt;br /&gt;</w:t>
        <w:br/>
        <w:br/>
        <w:t>В оцім яру є озеро&lt;br /&gt;</w:t>
        <w:br/>
        <w:br/>
        <w:t>Й ліс попід горою,&lt;br /&gt;</w:t>
        <w:br/>
        <w:br/>
        <w:t>А в лісі скарб. Як приїдем,&lt;br /&gt;</w:t>
        <w:br/>
        <w:br/>
        <w:t>То щоб кругом стали,&lt;br /&gt;</w:t>
        <w:br/>
        <w:br/>
        <w:t>Скажи хлопцям. Може, льохи&lt;br /&gt;</w:t>
        <w:br/>
        <w:br/>
        <w:t>Стерегти осталась&lt;br /&gt;</w:t>
        <w:br/>
        <w:br/>
        <w:t>Яка погань&amp;quot;.&lt;br /&gt;</w:t>
        <w:br/>
        <w:br/>
        <w:t>Приїхали.&lt;br /&gt;</w:t>
        <w:br/>
        <w:br/>
        <w:t>Стали кругом ліса;&lt;br /&gt;</w:t>
        <w:br/>
        <w:br/>
        <w:t>Дивляться &amp;mdash; нема нікого...&lt;br /&gt;</w:t>
        <w:br/>
        <w:br/>
        <w:t>&amp;quot;Ту їх достобіса!&lt;br /&gt;</w:t>
        <w:br/>
        <w:br/>
        <w:t>Які груші уродили!&lt;br /&gt;</w:t>
        <w:br/>
        <w:br/>
        <w:t>Збивайте, хлоп&amp;#39;ята!&lt;br /&gt;</w:t>
        <w:br/>
        <w:br/>
        <w:t>Швидше! швидше! Отак, отак!&lt;br /&gt;</w:t>
        <w:br/>
        <w:br/>
        <w:t>І конфедерати&lt;br /&gt;</w:t>
        <w:br/>
        <w:br/>
        <w:t>Посипалися додолу,&lt;br /&gt;</w:t>
        <w:br/>
        <w:br/>
        <w:t>Груші гнилобокі.&lt;br /&gt;</w:t>
        <w:br/>
        <w:br/>
        <w:t>Позбивали, упорались;&lt;br /&gt;</w:t>
        <w:br/>
        <w:br/>
        <w:t>Козакам нівроку,&lt;br /&gt;</w:t>
        <w:br/>
        <w:br/>
        <w:t>Найшли льохи, скарб забрали,&lt;br /&gt;</w:t>
        <w:br/>
        <w:br/>
        <w:t>У ляхів кишені&lt;br /&gt;</w:t>
        <w:br/>
        <w:br/>
        <w:t>Потрусили та й потягли&lt;br /&gt;</w:t>
        <w:br/>
        <w:br/>
        <w:t>Карати мерзенних&lt;br /&gt;</w:t>
        <w:br/>
        <w:br/>
        <w:t>У Лисянку.</w:t>
      </w:r>
    </w:p>
    <w:p>
      <w:r>
        <w:br/>
        <w:br/>
        <w:t>Бенкет у Лисянці</w:t>
      </w:r>
    </w:p>
    <w:p>
      <w:r>
        <w:br/>
        <w:br/>
        <w:t>Смеркалося. Із Лисянки&lt;br /&gt;</w:t>
        <w:br/>
        <w:br/>
        <w:t>Кругом засвітило:&lt;br /&gt;</w:t>
        <w:br/>
        <w:br/>
        <w:t>Ото Гонта з Залізняком&lt;br /&gt;</w:t>
        <w:br/>
        <w:br/>
        <w:t>Люльки закурили.&lt;br /&gt;</w:t>
        <w:br/>
        <w:br/>
        <w:t>Страшно, страшно закурили!&lt;br /&gt;</w:t>
        <w:br/>
        <w:br/>
        <w:t>І в пеклі не вміють&lt;br /&gt;</w:t>
        <w:br/>
        <w:br/>
        <w:t>Отак курить. Гнилий Тікич&lt;br /&gt;</w:t>
        <w:br/>
        <w:br/>
        <w:t>Кров&amp;#39;ю червоніє&lt;br /&gt;</w:t>
        <w:br/>
        <w:br/>
        <w:t>Шляхетською, жидівською;&lt;br /&gt;</w:t>
        <w:br/>
        <w:br/>
        <w:t>А над ним палають&lt;br /&gt;</w:t>
        <w:br/>
        <w:br/>
        <w:t>І хатина, і будинок;&lt;br /&gt;</w:t>
        <w:br/>
        <w:br/>
        <w:t>Мов доля карає&lt;br /&gt;</w:t>
        <w:br/>
        <w:br/>
        <w:t>Вельможного й неможного.&lt;br /&gt;</w:t>
        <w:br/>
        <w:br/>
        <w:t>А серед базару&lt;br /&gt;</w:t>
        <w:br/>
        <w:br/>
        <w:t>Стоїть Гонта з Залізняком,&lt;br /&gt;</w:t>
        <w:br/>
        <w:br/>
        <w:t>Кричать: &amp;quot;Ляхам кари!&lt;br /&gt;</w:t>
        <w:br/>
        <w:br/>
        <w:t>Кари ляхам, щоб каялись!&amp;quot;&lt;br /&gt;</w:t>
        <w:br/>
        <w:br/>
        <w:t>І діти карають.&lt;br /&gt;</w:t>
        <w:br/>
        <w:br/>
        <w:t>Стогнуть, плачуть; один просить,&lt;br /&gt;</w:t>
        <w:br/>
        <w:br/>
        <w:t>Другий проклинає;&lt;br /&gt;</w:t>
        <w:br/>
        <w:br/>
        <w:t>Той молиться, сповідає&lt;br /&gt;</w:t>
        <w:br/>
        <w:br/>
        <w:t>Гріхи перед братом,&lt;br /&gt;</w:t>
        <w:br/>
        <w:br/>
        <w:t>Уже вбитим. Не милують,&lt;br /&gt;</w:t>
        <w:br/>
        <w:br/>
        <w:t>Карають, завзяті.&lt;br /&gt;</w:t>
        <w:br/>
        <w:br/>
        <w:t>Як смерть люта, не вважають&lt;br /&gt;</w:t>
        <w:br/>
        <w:br/>
        <w:t>На літа, на вроду&lt;br /&gt;</w:t>
        <w:br/>
        <w:br/>
        <w:t>Шляхтяночки й жидівочки.&lt;br /&gt;</w:t>
        <w:br/>
        <w:br/>
        <w:t>Тече кров у воду.&lt;br /&gt;</w:t>
        <w:br/>
        <w:br/>
        <w:t>.Ні каліка, ані старий,&lt;br /&gt;</w:t>
        <w:br/>
        <w:br/>
        <w:t>Ні мала дитина&lt;br /&gt;</w:t>
        <w:br/>
        <w:br/>
        <w:t>Не остались, &amp;mdash; не вблагали&lt;br /&gt;</w:t>
        <w:br/>
        <w:br/>
        <w:t>Лихої години.&lt;br /&gt;</w:t>
        <w:br/>
        <w:br/>
        <w:t>Всі полягли, всі покотом;&lt;br /&gt;</w:t>
        <w:br/>
        <w:br/>
        <w:t>Ні душі живої&lt;br /&gt;</w:t>
        <w:br/>
        <w:br/>
        <w:t>Шляхетської й жидівської.&lt;br /&gt;</w:t>
        <w:br/>
        <w:br/>
        <w:t>А пожар удвоє&lt;br /&gt;</w:t>
        <w:br/>
        <w:br/>
        <w:t>Розгорівся, розпалався&lt;br /&gt;</w:t>
        <w:br/>
        <w:br/>
        <w:t>До самої хмари.&lt;br /&gt;</w:t>
        <w:br/>
        <w:br/>
        <w:t>А Галайда, знай, гукає:&lt;br /&gt;</w:t>
        <w:br/>
        <w:br/>
        <w:t>&amp;quot;Кари ляхам, кари!&amp;quot;&lt;br /&gt;</w:t>
        <w:br/>
        <w:br/>
        <w:t>Мов скажений, мертвих ріже,&lt;br /&gt;</w:t>
        <w:br/>
        <w:br/>
        <w:t>Мертвих віша, палить.&lt;br /&gt;</w:t>
        <w:br/>
        <w:br/>
        <w:t>&amp;quot;Дайте ляха, дайте жида!&lt;br /&gt;</w:t>
        <w:br/>
        <w:br/>
        <w:t>Мало мені, мало!&lt;br /&gt;</w:t>
        <w:br/>
        <w:br/>
        <w:t>Дайте ляха, дайте крові&lt;br /&gt;</w:t>
        <w:br/>
        <w:br/>
        <w:t>Наточить з поганих!&lt;br /&gt;</w:t>
        <w:br/>
        <w:br/>
        <w:t>Крові море... мало моря...&lt;br /&gt;</w:t>
        <w:br/>
        <w:br/>
        <w:t>Оксано! Оксано!&lt;br /&gt;</w:t>
        <w:br/>
        <w:br/>
        <w:t>Де ти?&amp;quot; &amp;mdash; крикне й сховається&lt;br /&gt;</w:t>
        <w:br/>
        <w:br/>
        <w:t>В полум&amp;#39;ї, в пожарі.&lt;br /&gt;</w:t>
        <w:br/>
        <w:br/>
        <w:t>А тим часом гайдамаки&lt;br /&gt;</w:t>
        <w:br/>
        <w:br/>
        <w:t>Столи вздовж базару&lt;br /&gt;</w:t>
        <w:br/>
        <w:br/>
        <w:t>Поставили, несуть страву,&lt;br /&gt;</w:t>
        <w:br/>
        <w:br/>
        <w:t>Де що запопали,&lt;br /&gt;</w:t>
        <w:br/>
        <w:br/>
        <w:t>Щоб засвітла повечерять.&lt;br /&gt;</w:t>
        <w:br/>
        <w:br/>
        <w:t>&amp;quot;Гуляй!&amp;quot; &amp;mdash; загукали.&lt;br /&gt;</w:t>
        <w:br/>
        <w:br/>
        <w:t>Вечеряють, а кругом їх&lt;br /&gt;</w:t>
        <w:br/>
        <w:br/>
        <w:t>Пекло червоніє.&lt;br /&gt;</w:t>
        <w:br/>
        <w:br/>
        <w:t>У полум&amp;#39;ї, повішані&lt;br /&gt;</w:t>
        <w:br/>
        <w:br/>
        <w:t>На кроквах, чорніють&lt;br /&gt;</w:t>
        <w:br/>
        <w:br/>
        <w:t>Панські трупи. Горять крокви&lt;br /&gt;</w:t>
        <w:br/>
        <w:br/>
        <w:t>І падають з ними.&lt;br /&gt;</w:t>
        <w:br/>
        <w:br/>
        <w:t>&amp;quot;Пийте, діти! пийте, лийте!&lt;br /&gt;</w:t>
        <w:br/>
        <w:br/>
        <w:t>З панами такими,&lt;br /&gt;</w:t>
        <w:br/>
        <w:br/>
        <w:t>Може, ще раз зустрінемось,&lt;br /&gt;</w:t>
        <w:br/>
        <w:br/>
        <w:t>Ще раз погуляєм.&amp;mdash;&lt;br /&gt;</w:t>
        <w:br/>
        <w:br/>
        <w:t>І поставець одним духом&lt;br /&gt;</w:t>
        <w:br/>
        <w:br/>
        <w:t>Залізняк черкає.&amp;mdash;&lt;br /&gt;</w:t>
        <w:br/>
        <w:br/>
        <w:t>За прокляті ваші трупи,&lt;br /&gt;</w:t>
        <w:br/>
        <w:br/>
        <w:t>За душі прокляті&lt;br /&gt;</w:t>
        <w:br/>
        <w:br/>
        <w:t>Ще раз вип&amp;#39;ю! Пийте, діти!&lt;br /&gt;</w:t>
        <w:br/>
        <w:br/>
        <w:t>Вип&amp;#39;єм, Гонто, брате!&lt;br /&gt;</w:t>
        <w:br/>
        <w:br/>
        <w:t>Вип&amp;#39;єм, друже, погуляєм&lt;br /&gt;</w:t>
        <w:br/>
        <w:br/>
        <w:t>Укупочці, в парі.&lt;br /&gt;</w:t>
        <w:br/>
        <w:br/>
        <w:t>А де ж Волох? заспівай лиш&lt;br /&gt;</w:t>
        <w:br/>
        <w:br/>
        <w:t>Нам, старий кобзарю!&lt;br /&gt;</w:t>
        <w:br/>
        <w:br/>
        <w:t>Не про дідів, бо незгірше&lt;br /&gt;</w:t>
        <w:br/>
        <w:br/>
        <w:t>Й ми ляхів караєм;&lt;br /&gt;</w:t>
        <w:br/>
        <w:br/>
        <w:t>Не про лихо; бо ми його&lt;br /&gt;</w:t>
        <w:br/>
        <w:br/>
        <w:t>Не знали й не знаєм.&lt;br /&gt;</w:t>
        <w:br/>
        <w:br/>
        <w:t>Веселої утни, старче,&lt;br /&gt;</w:t>
        <w:br/>
        <w:br/>
        <w:t>Щоб земля ломилась, &amp;mdash;&lt;br /&gt;</w:t>
        <w:br/>
        <w:br/>
        <w:t>Про вдовицю-молодицю,&lt;br /&gt;</w:t>
        <w:br/>
        <w:br/>
        <w:t>Як вона журилась&amp;quot;.</w:t>
      </w:r>
    </w:p>
    <w:p>
      <w:r>
        <w:br/>
        <w:br/>
        <w:t>(Кобзар грає й приспівує )</w:t>
      </w:r>
    </w:p>
    <w:p>
      <w:r>
        <w:br/>
        <w:br/>
        <w:t>&amp;quot;Од села до села&lt;br /&gt;</w:t>
        <w:br/>
        <w:br/>
        <w:t>Танці та музики;&lt;br /&gt;</w:t>
        <w:br/>
        <w:br/>
        <w:t>Курку, яйця продала &amp;mdash;&lt;br /&gt;</w:t>
        <w:br/>
        <w:br/>
        <w:t>Маю черевики.&lt;br /&gt;</w:t>
        <w:br/>
        <w:br/>
        <w:t>Од села до села&lt;br /&gt;</w:t>
        <w:br/>
        <w:br/>
        <w:t>Буду танцювати:&lt;br /&gt;</w:t>
        <w:br/>
        <w:br/>
        <w:t>Ні корови, ні вола &amp;mdash;&lt;br /&gt;</w:t>
        <w:br/>
        <w:br/>
        <w:t>Осталася хата.&lt;br /&gt;</w:t>
        <w:br/>
        <w:br/>
        <w:t>Я оддам, я продам&lt;br /&gt;</w:t>
        <w:br/>
        <w:br/>
        <w:t>Кумові хатину,&lt;br /&gt;</w:t>
        <w:br/>
        <w:br/>
        <w:t>Я куплю, я зроблю&lt;br /&gt;</w:t>
        <w:br/>
        <w:br/>
        <w:t>Яточку під тином;&lt;br /&gt;</w:t>
        <w:br/>
        <w:br/>
        <w:t>Торгувать, шинкувать&lt;br /&gt;</w:t>
        <w:br/>
        <w:br/>
        <w:t>Буду чарочками,&lt;br /&gt;</w:t>
        <w:br/>
        <w:br/>
        <w:t>Танцювать та гулять&lt;br /&gt;</w:t>
        <w:br/>
        <w:br/>
        <w:t>Таки з парубками.&lt;br /&gt;</w:t>
        <w:br/>
        <w:br/>
        <w:t>Ох ви, дітки мої,&lt;br /&gt;</w:t>
        <w:br/>
        <w:br/>
        <w:t>Мої голуб&amp;#39;ята,&lt;br /&gt;</w:t>
        <w:br/>
        <w:br/>
        <w:t>Не журіться, подивіться,&lt;br /&gt;</w:t>
        <w:br/>
        <w:br/>
        <w:t>Як танцює мати.&lt;br /&gt;</w:t>
        <w:br/>
        <w:br/>
        <w:t>Сама в найми піду,&lt;br /&gt;</w:t>
        <w:br/>
        <w:br/>
        <w:t>Діток в школу оддам,&lt;br /&gt;</w:t>
        <w:br/>
        <w:br/>
        <w:t>А червоним черевичкам&lt;br /&gt;</w:t>
        <w:br/>
        <w:br/>
        <w:t>Таки дам, таки дам!&amp;quot;</w:t>
      </w:r>
    </w:p>
    <w:p>
      <w:r>
        <w:br/>
        <w:br/>
        <w:t>&amp;quot;Добре! добре! Ну, до танців,&lt;br /&gt;</w:t>
        <w:br/>
        <w:br/>
        <w:t>До танців, кобзарю!&amp;quot;&lt;br /&gt;</w:t>
        <w:br/>
        <w:br/>
        <w:t>Сліпий вшкварив &amp;mdash; навприсядки&lt;br /&gt;</w:t>
        <w:br/>
        <w:br/>
        <w:t>Пішли по базару.&lt;br /&gt;</w:t>
        <w:br/>
        <w:br/>
        <w:t>Земля гнеться. &amp;quot;Нумо, Гонто!&amp;quot;&lt;br /&gt;</w:t>
        <w:br/>
        <w:br/>
        <w:t>&amp;quot;Нум, брате Максиме!&lt;br /&gt;</w:t>
        <w:br/>
        <w:br/>
        <w:t>Ушкваримо, мій голубе,&lt;br /&gt;</w:t>
        <w:br/>
        <w:br/>
        <w:t>Поки не загинем!&amp;quot;</w:t>
      </w:r>
    </w:p>
    <w:p>
      <w:r>
        <w:br/>
        <w:br/>
        <w:t>&amp;quot;Не дивуйтеся, дівчата,&lt;br /&gt;</w:t>
        <w:br/>
        <w:br/>
        <w:t>Що я обідрався;&lt;br /&gt;</w:t>
        <w:br/>
        <w:br/>
        <w:t>Бо мій батько робив гладко,&lt;br /&gt;</w:t>
        <w:br/>
        <w:br/>
        <w:t>То й я в його вдався&amp;quot;.&lt;br /&gt;</w:t>
        <w:br/>
        <w:br/>
        <w:t>&amp;quot;Добре, брате, єй же.богу!&amp;quot;&lt;br /&gt;</w:t>
        <w:br/>
        <w:br/>
        <w:t>&amp;quot;Ану ти, Максиме!&amp;quot;&lt;br /&gt;</w:t>
        <w:br/>
        <w:br/>
        <w:t>&amp;quot;Постривай лиш!&amp;quot;</w:t>
      </w:r>
    </w:p>
    <w:p>
      <w:r>
        <w:br/>
        <w:br/>
        <w:t>&amp;quot;Отак чини, як я чиню:&lt;br /&gt;</w:t>
        <w:br/>
        <w:br/>
        <w:t>Люби дочку абичию &amp;mdash;&lt;br /&gt;</w:t>
        <w:br/>
        <w:br/>
        <w:t>Хоч попову, хоч дякову,&lt;br /&gt;</w:t>
        <w:br/>
        <w:br/>
        <w:t>Хоч хорошу мужикову&amp;quot;.</w:t>
      </w:r>
    </w:p>
    <w:p>
      <w:r>
        <w:br/>
        <w:br/>
        <w:t>Всі танцюють, а Галайда&lt;br /&gt;</w:t>
        <w:br/>
        <w:br/>
        <w:t>Не чує, не бачить.&lt;br /&gt;</w:t>
        <w:br/>
        <w:br/>
        <w:t>Сидить собі кінець стола,&lt;br /&gt;</w:t>
        <w:br/>
        <w:br/>
        <w:t>Тяжко-важко плаче,&lt;br /&gt;</w:t>
        <w:br/>
        <w:br/>
        <w:t>Як дитина. Чого б, бачся?&lt;br /&gt;</w:t>
        <w:br/>
        <w:br/>
        <w:t>В червонім жупані,&lt;br /&gt;</w:t>
        <w:br/>
        <w:br/>
        <w:t>І золото, і слава є,&lt;br /&gt;</w:t>
        <w:br/>
        <w:br/>
        <w:t>Та нема Оксани;&lt;br /&gt;</w:t>
        <w:br/>
        <w:br/>
        <w:t>Ні з ким долю поділити,&lt;br /&gt;</w:t>
        <w:br/>
        <w:br/>
        <w:t>Ні з ким заспівати;&lt;br /&gt;</w:t>
        <w:br/>
        <w:br/>
        <w:t>Один, один сиротою&lt;br /&gt;</w:t>
        <w:br/>
        <w:br/>
        <w:t>Мусить пропадати.&lt;br /&gt;</w:t>
        <w:br/>
        <w:br/>
        <w:t>А того, того й не знає,&lt;br /&gt;</w:t>
        <w:br/>
        <w:br/>
        <w:t>Що його Оксана&lt;br /&gt;</w:t>
        <w:br/>
        <w:br/>
        <w:t>По тім боці за Тікичем&lt;br /&gt;</w:t>
        <w:br/>
        <w:br/>
        <w:t>В будинку з панами,&lt;br /&gt;</w:t>
        <w:br/>
        <w:br/>
        <w:t>З тими самими ляхами,&lt;br /&gt;</w:t>
        <w:br/>
        <w:br/>
        <w:t>Що замордували&lt;br /&gt;</w:t>
        <w:br/>
        <w:br/>
        <w:t>Її батька. Недолюди,&lt;br /&gt;</w:t>
        <w:br/>
        <w:br/>
        <w:t>Тепер заховались&lt;br /&gt;</w:t>
        <w:br/>
        <w:br/>
        <w:t>За мурами та дивитесь,&lt;br /&gt;</w:t>
        <w:br/>
        <w:br/>
        <w:t>Як жиди конають,&lt;br /&gt;</w:t>
        <w:br/>
        <w:br/>
        <w:t>Брати ваші! А Оксана&lt;br /&gt;</w:t>
        <w:br/>
        <w:br/>
        <w:t>В вікно поглядає&lt;br /&gt;</w:t>
        <w:br/>
        <w:br/>
        <w:t>На Лисянку засвічену.&lt;br /&gt;</w:t>
        <w:br/>
        <w:br/>
        <w:t>&amp;quot;Де то мій Ярема?&amp;quot; &amp;mdash;&lt;br /&gt;</w:t>
        <w:br/>
        <w:br/>
        <w:t>Сама думає. Не знає,&lt;br /&gt;</w:t>
        <w:br/>
        <w:br/>
        <w:t>Що він коло неї,&lt;br /&gt;</w:t>
        <w:br/>
        <w:br/>
        <w:t>У Лисянці, не в свитині &amp;mdash;&lt;br /&gt;</w:t>
        <w:br/>
        <w:br/>
        <w:t>В червонім жупані,&lt;br /&gt;</w:t>
        <w:br/>
        <w:br/>
        <w:t>Сидить один та думає:&lt;br /&gt;</w:t>
        <w:br/>
        <w:br/>
        <w:t>&amp;quot;Де моя Оксана?&lt;br /&gt;</w:t>
        <w:br/>
        <w:br/>
        <w:t>Де вона, моя голубка&lt;br /&gt;</w:t>
        <w:br/>
        <w:br/>
        <w:t>Приборкана, плаче?&amp;quot;&lt;br /&gt;</w:t>
        <w:br/>
        <w:br/>
        <w:t>Тяжко йому.&lt;br /&gt;</w:t>
        <w:br/>
        <w:br/>
        <w:t>А із яру&lt;br /&gt;</w:t>
        <w:br/>
        <w:br/>
        <w:t>В киреї козачій&lt;br /&gt;</w:t>
        <w:br/>
        <w:br/>
        <w:t>Хтось крадеться.&lt;br /&gt;</w:t>
        <w:br/>
        <w:br/>
        <w:t>&amp;quot;Хто ти такий?&amp;quot;&lt;br /&gt;</w:t>
        <w:br/>
        <w:br/>
        <w:t>Галайда питає.&lt;br /&gt;</w:t>
        <w:br/>
        <w:br/>
        <w:t>&amp;quot;Я посланець пана Гонти.&lt;br /&gt;</w:t>
        <w:br/>
        <w:br/>
        <w:t>Нехай погуляє,&lt;br /&gt;</w:t>
        <w:br/>
        <w:br/>
        <w:t>Я підожду&amp;quot;.&lt;br /&gt;</w:t>
        <w:br/>
        <w:br/>
        <w:t>&amp;quot;Ні, не діждеш,&lt;br /&gt;</w:t>
        <w:br/>
        <w:br/>
        <w:t>Жидівська собако!&amp;quot;&lt;br /&gt;</w:t>
        <w:br/>
        <w:br/>
        <w:t>&amp;quot;Ховай боже, який я жид!&lt;br /&gt;</w:t>
        <w:br/>
        <w:br/>
        <w:t>Бачиш? Гайдамака!&lt;br /&gt;</w:t>
        <w:br/>
        <w:br/>
        <w:t>Ось копійка... подивися...&lt;br /&gt;</w:t>
        <w:br/>
        <w:br/>
        <w:t>Хіба ти не знаєш?&amp;quot;&lt;br /&gt;</w:t>
        <w:br/>
        <w:br/>
        <w:t>&amp;quot;Знаю, знаю, &amp;mdash; і свячений&lt;br /&gt;</w:t>
        <w:br/>
        <w:br/>
        <w:t>З халяви виймає.&amp;mdash;&lt;br /&gt;</w:t>
        <w:br/>
        <w:br/>
        <w:t>Признавайсь, проклятий жиде,&lt;br /&gt;</w:t>
        <w:br/>
        <w:br/>
        <w:t>Де моя Оксана?&amp;quot;&lt;br /&gt;</w:t>
        <w:br/>
        <w:br/>
        <w:t>Та й замахнувсь.&lt;br /&gt;</w:t>
        <w:br/>
        <w:br/>
        <w:t>&amp;quot;Ховай боже!..&lt;br /&gt;</w:t>
        <w:br/>
        <w:br/>
        <w:t>В будинку... з панами...&lt;br /&gt;</w:t>
        <w:br/>
        <w:br/>
        <w:t>Вся в золоті...&amp;quot;&lt;br /&gt;</w:t>
        <w:br/>
        <w:br/>
        <w:t>&amp;quot;Виручай же!&lt;br /&gt;</w:t>
        <w:br/>
        <w:br/>
        <w:t>Виручай, проклятий!&amp;quot;&lt;br /&gt;</w:t>
        <w:br/>
        <w:br/>
        <w:t>&amp;quot;Добре, добре... Які ж бо ви,&lt;br /&gt;</w:t>
        <w:br/>
        <w:br/>
        <w:t>Яремо, завзяті!&lt;br /&gt;</w:t>
        <w:br/>
        <w:br/>
        <w:t>Іду зараз і виручу:&lt;br /&gt;</w:t>
        <w:br/>
        <w:br/>
        <w:t>Гроші мур ламають.&lt;br /&gt;</w:t>
        <w:br/>
        <w:br/>
        <w:t>Скажу ляхам &amp;mdash; замість Паца...&amp;quot;&lt;br /&gt;</w:t>
        <w:br/>
        <w:br/>
        <w:t>&amp;quot;Добре, добре! знаю.&lt;br /&gt;</w:t>
        <w:br/>
        <w:br/>
        <w:t>Іди швидче!&amp;quot;&lt;br /&gt;</w:t>
        <w:br/>
        <w:br/>
        <w:t>&amp;quot;Зараз, зараз!&lt;br /&gt;</w:t>
        <w:br/>
        <w:br/>
        <w:t>Гонту забавляйте,&lt;br /&gt;</w:t>
        <w:br/>
        <w:br/>
        <w:t>З півупруга, а там нехай.&lt;br /&gt;</w:t>
        <w:br/>
        <w:br/>
        <w:t>Ідіть же гуляйте...&lt;br /&gt;</w:t>
        <w:br/>
        <w:br/>
        <w:t>Куди везти?&amp;quot;&lt;br /&gt;</w:t>
        <w:br/>
        <w:br/>
        <w:t>&amp;quot;У Лебедин!&lt;br /&gt;</w:t>
        <w:br/>
        <w:br/>
        <w:t>У Лебедин, &amp;mdash; чуєш?&amp;quot;&lt;br /&gt;</w:t>
        <w:br/>
        <w:br/>
        <w:t>&amp;quot;Чую, чую&amp;quot;.&lt;br /&gt;</w:t>
        <w:br/>
        <w:br/>
        <w:t>І Галайда&lt;br /&gt;</w:t>
        <w:br/>
        <w:br/>
        <w:t>З Гонтою танцює.&lt;br /&gt;</w:t>
        <w:br/>
        <w:br/>
        <w:t>А Залізняк бере кобзу:&lt;br /&gt;</w:t>
        <w:br/>
        <w:br/>
        <w:t>&amp;quot;Потанцюй, кобзарю,&lt;br /&gt;</w:t>
        <w:br/>
        <w:br/>
        <w:t>Я заграю&amp;quot;.&lt;br /&gt;</w:t>
        <w:br/>
        <w:br/>
        <w:t>Навприсядки&lt;br /&gt;</w:t>
        <w:br/>
        <w:br/>
        <w:t>Сліпий по базару&lt;br /&gt;</w:t>
        <w:br/>
        <w:br/>
        <w:t>Оддирає постолами,&lt;br /&gt;</w:t>
        <w:br/>
        <w:br/>
        <w:t>Додає словами:</w:t>
      </w:r>
    </w:p>
    <w:p>
      <w:r>
        <w:br/>
        <w:br/>
        <w:t>&amp;quot;На городі пастернак;&lt;br /&gt;</w:t>
        <w:br/>
        <w:br/>
        <w:t>Чи я ж тобі не козак, не козак?&lt;br /&gt;</w:t>
        <w:br/>
        <w:br/>
        <w:t>Чи я ж тебе не люблю, не люблю?&lt;br /&gt;</w:t>
        <w:br/>
        <w:br/>
        <w:t>Чи я ж тобі черевичків не куплю?&lt;br /&gt;</w:t>
        <w:br/>
        <w:br/>
        <w:t>Куплю, куплю чорпнобрива.&lt;br /&gt;</w:t>
        <w:br/>
        <w:br/>
        <w:t>Куплю, куплю того дива.&lt;br /&gt;</w:t>
        <w:br/>
        <w:br/>
        <w:t>Буду, серце, ходить,&lt;br /&gt;</w:t>
        <w:br/>
        <w:br/>
        <w:t>Буду, серце, любить&amp;quot;.</w:t>
      </w:r>
    </w:p>
    <w:p>
      <w:r>
        <w:br/>
        <w:br/>
        <w:t>&amp;quot;Ой гоп,гопака!&lt;br /&gt;</w:t>
        <w:br/>
        <w:br/>
        <w:t>Полюбила козака,&lt;br /&gt;</w:t>
        <w:br/>
        <w:br/>
        <w:t>Та рудого, та старого &amp;mdash;&lt;br /&gt;</w:t>
        <w:br/>
        <w:br/>
        <w:t>Лиха доля така.&lt;br /&gt;</w:t>
        <w:br/>
        <w:br/>
        <w:t>Іди ж доле, за журбою,&lt;br /&gt;</w:t>
        <w:br/>
        <w:br/>
        <w:t>А ти, старий, за водою,&lt;br /&gt;</w:t>
        <w:br/>
        <w:br/>
        <w:t>А я &amp;mdash; так до шинку.&lt;br /&gt;</w:t>
        <w:br/>
        <w:br/>
        <w:t>Вип&amp;#39;ю чарку, вип&amp;#39;ю другу,&lt;br /&gt;</w:t>
        <w:br/>
        <w:br/>
        <w:t>Вип&amp;#39;ю третю на потуху.&lt;br /&gt;</w:t>
        <w:br/>
        <w:br/>
        <w:t>П&amp;#39;яту, шосту, та й кінець.&lt;br /&gt;</w:t>
        <w:br/>
        <w:br/>
        <w:t>Пішла баба у танець,&lt;br /&gt;</w:t>
        <w:br/>
        <w:br/>
        <w:t>А за нею горобець&lt;br /&gt;</w:t>
        <w:br/>
        <w:br/>
        <w:t>Викрутасом-вихилясом...&lt;br /&gt;</w:t>
        <w:br/>
        <w:br/>
        <w:t>Молодець горобець!&lt;br /&gt;</w:t>
        <w:br/>
        <w:br/>
        <w:t>Старий рудий бабу кличе,&lt;br /&gt;</w:t>
        <w:br/>
        <w:br/>
        <w:t>А та йому дулі тиче:&lt;br /&gt;</w:t>
        <w:br/>
        <w:br/>
        <w:t>&amp;quot;Оженився, сатано, &amp;mdash;&lt;br /&gt;</w:t>
        <w:br/>
        <w:br/>
        <w:t>Заробляй же на пшоно;&lt;br /&gt;</w:t>
        <w:br/>
        <w:br/>
        <w:t>Треба діток годувать,&lt;br /&gt;</w:t>
        <w:br/>
        <w:br/>
        <w:t>Треба діток одягать.&lt;br /&gt;</w:t>
        <w:br/>
        <w:br/>
        <w:t>А я буду добувать,&lt;br /&gt;</w:t>
        <w:br/>
        <w:br/>
        <w:t>А ти, старий, не гріши,&lt;br /&gt;</w:t>
        <w:br/>
        <w:br/>
        <w:t>Та в запічку колиши,&lt;br /&gt;</w:t>
        <w:br/>
        <w:br/>
        <w:t>Та мовчи, не диши&amp;quot;.</w:t>
      </w:r>
    </w:p>
    <w:p>
      <w:r>
        <w:br/>
        <w:br/>
        <w:t>&amp;quot;Як була я молодою преподобницею,&lt;br /&gt;</w:t>
        <w:br/>
        <w:br/>
        <w:t>Повісила хвартушину над віконницею;&lt;br /&gt;</w:t>
        <w:br/>
        <w:br/>
        <w:t>Хто йде &amp;mdash; не мине,&lt;br /&gt;</w:t>
        <w:br/>
        <w:br/>
        <w:t>То кивне, то моргне.&lt;br /&gt;</w:t>
        <w:br/>
        <w:br/>
        <w:t>А я шовком вишиваю,&lt;br /&gt;</w:t>
        <w:br/>
        <w:br/>
        <w:t>В кватирочку виглядаю:&lt;br /&gt;</w:t>
        <w:br/>
        <w:br/>
        <w:t>Семени, Івани,&lt;br /&gt;</w:t>
        <w:br/>
        <w:br/>
        <w:t>Надівайте жупани,&lt;br /&gt;</w:t>
        <w:br/>
        <w:br/>
        <w:t>Та ходімо погуляймо,&lt;br /&gt;</w:t>
        <w:br/>
        <w:br/>
        <w:t>Та сядемо заспіваймо&amp;quot;.</w:t>
      </w:r>
    </w:p>
    <w:p>
      <w:r>
        <w:br/>
        <w:br/>
        <w:t>&amp;quot;Заганяйте квочку в бочку,&lt;br /&gt;</w:t>
        <w:br/>
        <w:br/>
        <w:t>А курчата в вершу&lt;br /&gt;</w:t>
        <w:br/>
        <w:br/>
        <w:t>. . . . . . . . . .&lt;br /&gt;</w:t>
        <w:br/>
        <w:br/>
        <w:t>. . . . . . . . . .&lt;br /&gt;</w:t>
        <w:br/>
        <w:br/>
        <w:t>І... гу!&lt;br /&gt;</w:t>
        <w:br/>
        <w:br/>
        <w:t>Загнув батько дугу,&lt;br /&gt;</w:t>
        <w:br/>
        <w:br/>
        <w:t>Тягне мати супоню.&lt;br /&gt;</w:t>
        <w:br/>
        <w:br/>
        <w:t>А ти зав&amp;#39;яжи, доню&amp;quot;.</w:t>
      </w:r>
    </w:p>
    <w:p>
      <w:r>
        <w:br/>
        <w:br/>
        <w:t>&amp;quot;Чи ще? чи годі?&amp;quot;&lt;br /&gt;</w:t>
        <w:br/>
        <w:br/>
        <w:t>&amp;quot;Ще, ще!&lt;br /&gt;</w:t>
        <w:br/>
        <w:br/>
        <w:t>Хоч погану! самі ноги носять&amp;quot;</w:t>
      </w:r>
    </w:p>
    <w:p>
      <w:r>
        <w:br/>
        <w:br/>
        <w:t>&amp;quot;Ой сип сирівець&lt;br /&gt;</w:t>
        <w:br/>
        <w:br/>
        <w:t>Та криши опеньки:&lt;br /&gt;</w:t>
        <w:br/>
        <w:br/>
        <w:t>Дід та баба,&lt;br /&gt;</w:t>
        <w:br/>
        <w:br/>
        <w:t>То й до ладу, &amp;mdash;&lt;br /&gt;</w:t>
        <w:br/>
        <w:br/>
        <w:t>Обоє раденькі.</w:t>
      </w:r>
    </w:p>
    <w:p>
      <w:r>
        <w:br/>
        <w:br/>
        <w:t>Ой сип сирівець&lt;br /&gt;</w:t>
        <w:br/>
        <w:br/>
        <w:t>Та криши петрушку:&lt;br /&gt;</w:t>
        <w:br/>
        <w:br/>
        <w:t>. . . . . . . . . .&lt;br /&gt;</w:t>
        <w:br/>
        <w:br/>
        <w:t>. . . . . . . . . .&lt;br /&gt;</w:t>
        <w:br/>
        <w:br/>
        <w:t>Ой сип сирівець&lt;br /&gt;</w:t>
        <w:br/>
        <w:br/>
        <w:t>Та накриши хріну:&lt;br /&gt;</w:t>
        <w:br/>
        <w:br/>
        <w:t>. . . . . . . . . .&lt;br /&gt;</w:t>
        <w:br/>
        <w:br/>
        <w:t>. . . . . . . . . .&lt;br /&gt;</w:t>
        <w:br/>
        <w:br/>
        <w:t>Ой сип воду, воду&lt;br /&gt;</w:t>
        <w:br/>
        <w:br/>
        <w:t>Та пошукай броду, броду...&amp;quot;</w:t>
      </w:r>
    </w:p>
    <w:p>
      <w:r>
        <w:br/>
        <w:br/>
        <w:t>&amp;quot;Годі, годі! &amp;mdash; кричить Гонта.&lt;br /&gt;</w:t>
        <w:br/>
        <w:br/>
        <w:t>Годі, погасає.&lt;br /&gt;</w:t>
        <w:br/>
        <w:br/>
        <w:t>Світла, діти!.. А де Лейба?&lt;br /&gt;</w:t>
        <w:br/>
        <w:br/>
        <w:t>Ще його немає?&lt;br /&gt;</w:t>
        <w:br/>
        <w:br/>
        <w:t>Найти його та повісить.&lt;br /&gt;</w:t>
        <w:br/>
        <w:br/>
        <w:t>Петелька свиняча!&lt;br /&gt;</w:t>
        <w:br/>
        <w:br/>
        <w:t>Гайда, діти! погасає&lt;br /&gt;</w:t>
        <w:br/>
        <w:br/>
        <w:t>Каганець козачий&amp;quot;.&lt;br /&gt;</w:t>
        <w:br/>
        <w:br/>
        <w:t>А Галайда: &amp;quot;Отамане!&lt;br /&gt;</w:t>
        <w:br/>
        <w:br/>
        <w:t>Погуляймо, батьку!&lt;br /&gt;</w:t>
        <w:br/>
        <w:br/>
        <w:t>Дивись &amp;mdash; горить; на базарі&lt;br /&gt;</w:t>
        <w:br/>
        <w:br/>
        <w:t>І видко, і гладко.&lt;br /&gt;</w:t>
        <w:br/>
        <w:br/>
        <w:t>Потанцюєм. Грай, кобзарю!&amp;quot;&lt;br /&gt;</w:t>
        <w:br/>
        <w:br/>
        <w:t>&amp;quot;Не хочу гуляти!&lt;br /&gt;</w:t>
        <w:br/>
        <w:br/>
        <w:t>Огню, діти! дьогтю, клоччя!&lt;br /&gt;</w:t>
        <w:br/>
        <w:br/>
        <w:t>Давайте гармати;&lt;br /&gt;</w:t>
        <w:br/>
        <w:br/>
        <w:t>В потайники пустіть огонь!&lt;br /&gt;</w:t>
        <w:br/>
        <w:br/>
        <w:t>Думають, жартую!&amp;quot;&lt;br /&gt;</w:t>
        <w:br/>
        <w:br/>
        <w:t>Заревіли гайдамаки:&lt;br /&gt;</w:t>
        <w:br/>
        <w:br/>
        <w:t>&amp;quot;Добре, батьку! чуєм!&amp;quot;&lt;br /&gt;</w:t>
        <w:br/>
        <w:br/>
        <w:t>Через греблю повалили,&lt;br /&gt;</w:t>
        <w:br/>
        <w:br/>
        <w:t>Гукають, співають.&lt;br /&gt;</w:t>
        <w:br/>
        <w:br/>
        <w:t>А Галайда кричить: &amp;quot;Батьку!&lt;br /&gt;</w:t>
        <w:br/>
        <w:br/>
        <w:t>Стійте!.. пропадаю!&lt;br /&gt;</w:t>
        <w:br/>
        <w:br/>
        <w:t>Постривайте, не вбивайте:&lt;br /&gt;</w:t>
        <w:br/>
        <w:br/>
        <w:t>Там моя Оксана.&lt;br /&gt;</w:t>
        <w:br/>
        <w:br/>
        <w:t>Годиночку, батьки мої!&lt;br /&gt;</w:t>
        <w:br/>
        <w:br/>
        <w:t>Я її достану!&amp;quot;&lt;br /&gt;</w:t>
        <w:br/>
        <w:br/>
        <w:t>&amp;quot;Добре, добре!.. Залізняче,&lt;br /&gt;</w:t>
        <w:br/>
        <w:br/>
        <w:t>Гукни, щоб палили.&lt;br /&gt;</w:t>
        <w:br/>
        <w:br/>
        <w:t>Преподобиться з ляхами...&lt;br /&gt;</w:t>
        <w:br/>
        <w:br/>
        <w:t>А ти, сизокрилий,&lt;br /&gt;</w:t>
        <w:br/>
        <w:br/>
        <w:t>Найдеш іншу&amp;quot;.&lt;br /&gt;</w:t>
        <w:br/>
        <w:br/>
        <w:t>Оглянувся &amp;mdash;&lt;br /&gt;</w:t>
        <w:br/>
        <w:br/>
        <w:t>Галайди немає.&lt;br /&gt;</w:t>
        <w:br/>
        <w:br/>
        <w:t>Ревуть гори &amp;mdash; і будинок&lt;br /&gt;</w:t>
        <w:br/>
        <w:br/>
        <w:t>З ляхами гуляє&lt;br /&gt;</w:t>
        <w:br/>
        <w:br/>
        <w:t>Коло хмари. Що осталось,&lt;br /&gt;</w:t>
        <w:br/>
        <w:br/>
        <w:t>Пеклом запалало...&lt;br /&gt;</w:t>
        <w:br/>
        <w:br/>
        <w:t>&amp;quot;Де Галайда?&amp;quot; &amp;mdash; Максим кличе.&lt;br /&gt;</w:t>
        <w:br/>
        <w:br/>
        <w:t>І сліду не стало...</w:t>
      </w:r>
    </w:p>
    <w:p>
      <w:r>
        <w:br/>
        <w:br/>
        <w:t>Поки хлоп&amp;#39;ята танцювали,&lt;br /&gt;</w:t>
        <w:br/>
        <w:br/>
        <w:t>Ярема з Лейбою прокрались&lt;br /&gt;</w:t>
        <w:br/>
        <w:br/>
        <w:t>Аж у будинок, в самий льох;</w:t>
      </w:r>
    </w:p>
    <w:p>
      <w:r>
        <w:br/>
        <w:br/>
        <w:t>Оксану вихопив чуть живу&lt;br /&gt;</w:t>
        <w:br/>
        <w:br/>
        <w:t>Ярема з льоху та й полинув&lt;br /&gt;</w:t>
        <w:br/>
        <w:br/>
        <w:t>У Лебедин...</w:t>
      </w:r>
    </w:p>
    <w:p>
      <w:r>
        <w:br/>
        <w:br/>
        <w:t>Лебедин</w:t>
      </w:r>
    </w:p>
    <w:p>
      <w:r>
        <w:br/>
        <w:br/>
        <w:t>&amp;quot;Я сирота з Вільшаної,&lt;br /&gt;</w:t>
        <w:br/>
        <w:br/>
        <w:t>Сирота, бабусю.&lt;br /&gt;</w:t>
        <w:br/>
        <w:br/>
        <w:t>Батька ляхи замучили,&lt;br /&gt;</w:t>
        <w:br/>
        <w:br/>
        <w:t>А мене... боюся.&lt;br /&gt;</w:t>
        <w:br/>
        <w:br/>
        <w:t>Боюсь згадать, моя сиза...&lt;br /&gt;</w:t>
        <w:br/>
        <w:br/>
        <w:t>Узяли з собою.&lt;br /&gt;</w:t>
        <w:br/>
        <w:br/>
        <w:t>Не розпитуй, бабусенько,&lt;br /&gt;</w:t>
        <w:br/>
        <w:br/>
        <w:t>Що було зо мною.&lt;br /&gt;</w:t>
        <w:br/>
        <w:br/>
        <w:t>Я молилась, я плакала,&lt;br /&gt;</w:t>
        <w:br/>
        <w:br/>
        <w:t>Серце розривалось,&lt;br /&gt;</w:t>
        <w:br/>
        <w:br/>
        <w:t>Сльози сохли, душа мерла...&lt;br /&gt;</w:t>
        <w:br/>
        <w:br/>
        <w:t>Ох, якби я знала,&lt;br /&gt;</w:t>
        <w:br/>
        <w:br/>
        <w:t>Що побачу його ще раз,&lt;br /&gt;</w:t>
        <w:br/>
        <w:br/>
        <w:t>Що побачу знову, &amp;mdash;&lt;br /&gt;</w:t>
        <w:br/>
        <w:br/>
        <w:t>Вдвоє, втроє б витерпіла&lt;br /&gt;</w:t>
        <w:br/>
        <w:br/>
        <w:t>За єдине слово!&lt;br /&gt;</w:t>
        <w:br/>
        <w:br/>
        <w:t>Вибачай, моя голубко!&lt;br /&gt;</w:t>
        <w:br/>
        <w:br/>
        <w:t>Може, я грішила,&lt;br /&gt;</w:t>
        <w:br/>
        <w:br/>
        <w:t>Може, бог за те й карає,&lt;br /&gt;</w:t>
        <w:br/>
        <w:br/>
        <w:t>Що я полюбила, &amp;mdash;&lt;br /&gt;</w:t>
        <w:br/>
        <w:br/>
        <w:t>Полюбила стан високий&lt;br /&gt;</w:t>
        <w:br/>
        <w:br/>
        <w:t>І карії очі,&lt;br /&gt;</w:t>
        <w:br/>
        <w:br/>
        <w:t>Полюбила, як уміла,&lt;br /&gt;</w:t>
        <w:br/>
        <w:br/>
        <w:t>Як серденько хоче.&lt;br /&gt;</w:t>
        <w:br/>
        <w:br/>
        <w:t>Не за себе, не за батька&lt;br /&gt;</w:t>
        <w:br/>
        <w:br/>
        <w:t>Молилась в неволі, &amp;mdash;&lt;br /&gt;</w:t>
        <w:br/>
        <w:br/>
        <w:t>Ні,бабусю, а за його,&lt;br /&gt;</w:t>
        <w:br/>
        <w:br/>
        <w:t>За милого, долю.&lt;br /&gt;</w:t>
        <w:br/>
        <w:br/>
        <w:t>Карай, боже! твою правду&lt;br /&gt;</w:t>
        <w:br/>
        <w:br/>
        <w:t>Я витерпіть мушу.&lt;br /&gt;</w:t>
        <w:br/>
        <w:br/>
        <w:t>Страшно сказать: я думала&lt;br /&gt;</w:t>
        <w:br/>
        <w:br/>
        <w:t>Занапастить душу-&lt;br /&gt;</w:t>
        <w:br/>
        <w:br/>
        <w:t>Якби не він, може б... може,&lt;br /&gt;</w:t>
        <w:br/>
        <w:br/>
        <w:t>І занапастила.&lt;br /&gt;</w:t>
        <w:br/>
        <w:br/>
        <w:t>Тяжко було! Я думала:&lt;br /&gt;</w:t>
        <w:br/>
        <w:br/>
        <w:t>&amp;quot;О боже мій милий!&lt;br /&gt;</w:t>
        <w:br/>
        <w:br/>
        <w:t>Він сирота, &amp;mdash; хто без мене&lt;br /&gt;</w:t>
        <w:br/>
        <w:br/>
        <w:t>Його привітає?&lt;br /&gt;</w:t>
        <w:br/>
        <w:br/>
        <w:t>Хто про долю, про недолю,&lt;br /&gt;</w:t>
        <w:br/>
        <w:br/>
        <w:t>Як я, розпитає?&lt;br /&gt;</w:t>
        <w:br/>
        <w:br/>
        <w:t>Хто обійме, як я, його?&lt;br /&gt;</w:t>
        <w:br/>
        <w:br/>
        <w:t>Хто душу покаже?&lt;br /&gt;</w:t>
        <w:br/>
        <w:br/>
        <w:t>Хто сироті убогому&lt;br /&gt;</w:t>
        <w:br/>
        <w:br/>
        <w:t>Добре слово скаже?&amp;quot;&lt;br /&gt;</w:t>
        <w:br/>
        <w:br/>
        <w:t>Я так думала, бабусю,&lt;br /&gt;</w:t>
        <w:br/>
        <w:br/>
        <w:t>І серце сміялось:&lt;br /&gt;</w:t>
        <w:br/>
        <w:br/>
        <w:t>&amp;quot;Я сирота: без матері,&lt;br /&gt;</w:t>
        <w:br/>
        <w:br/>
        <w:t>Без батька осталась,&lt;br /&gt;</w:t>
        <w:br/>
        <w:br/>
        <w:t>І він один на всім світі,&lt;br /&gt;</w:t>
        <w:br/>
        <w:br/>
        <w:t>Один мене любить;&lt;br /&gt;</w:t>
        <w:br/>
        <w:br/>
        <w:t>А почує, що я вбилась,&lt;br /&gt;</w:t>
        <w:br/>
        <w:br/>
        <w:t>То й себе погубить&amp;quot;.&lt;br /&gt;</w:t>
        <w:br/>
        <w:br/>
        <w:t>Так я думала, молилась,&lt;br /&gt;</w:t>
        <w:br/>
        <w:br/>
        <w:t>Ждала, виглядала.&lt;br /&gt;</w:t>
        <w:br/>
        <w:br/>
        <w:t>Нема його, не прибуде, &amp;mdash;&lt;br /&gt;</w:t>
        <w:br/>
        <w:br/>
        <w:t>Одна я осталась...&amp;quot;&lt;br /&gt;</w:t>
        <w:br/>
        <w:br/>
        <w:t>Та й заплакала. Черниця,&lt;br /&gt;</w:t>
        <w:br/>
        <w:br/>
        <w:t>Стоя коло неї,&lt;br /&gt;</w:t>
        <w:br/>
        <w:br/>
        <w:t>Зажурилась.&lt;br /&gt;</w:t>
        <w:br/>
        <w:br/>
        <w:t>&amp;quot;Бабусенько!&lt;br /&gt;</w:t>
        <w:br/>
        <w:br/>
        <w:t>Скажи мені, де я?&amp;quot;&lt;br /&gt;</w:t>
        <w:br/>
        <w:br/>
        <w:t>&amp;quot;В Лебедині, моя пташко,&lt;br /&gt;</w:t>
        <w:br/>
        <w:br/>
        <w:t>Не вставай: ти хвора&amp;quot;.&lt;br /&gt;</w:t>
        <w:br/>
        <w:br/>
        <w:t>&amp;quot;В Лебедині! чи давно я?&amp;quot;&lt;br /&gt;</w:t>
        <w:br/>
        <w:br/>
        <w:t>&amp;quot;Ба ні, позавчора&amp;quot;.&lt;br /&gt;</w:t>
        <w:br/>
        <w:br/>
        <w:t>&amp;quot;Позавчора?.. Стривай, стривай...&lt;br /&gt;</w:t>
        <w:br/>
        <w:br/>
        <w:t>Пожар над водою...&lt;br /&gt;</w:t>
        <w:br/>
        <w:br/>
        <w:t>Жид, будинок, Майданівка...&lt;br /&gt;</w:t>
        <w:br/>
        <w:br/>
        <w:t>Зовуть Галайдою...&amp;quot;&lt;br /&gt;</w:t>
        <w:br/>
        <w:br/>
        <w:t>&amp;quot;Галайдою Яремою&lt;br /&gt;</w:t>
        <w:br/>
        <w:br/>
        <w:t>Себе називає&lt;br /&gt;</w:t>
        <w:br/>
        <w:br/>
        <w:t>Той, що привіз...&amp;quot;&lt;br /&gt;</w:t>
        <w:br/>
        <w:br/>
        <w:t>&amp;quot;Де він, де він?&lt;br /&gt;</w:t>
        <w:br/>
        <w:br/>
        <w:t>Тепер же я знаю!..&amp;quot;&lt;br /&gt;</w:t>
        <w:br/>
        <w:br/>
        <w:t>&amp;quot;Через тиждень обіцявся&lt;br /&gt;</w:t>
        <w:br/>
        <w:br/>
        <w:t>Прийти за тобою&amp;quot;.&lt;br /&gt;</w:t>
        <w:br/>
        <w:br/>
        <w:t>&amp;quot;Через тиждень! через тиждень!&lt;br /&gt;</w:t>
        <w:br/>
        <w:br/>
        <w:t>Раю мій, покою!&lt;br /&gt;</w:t>
        <w:br/>
        <w:br/>
        <w:t>Бабусенько, минулася&lt;br /&gt;</w:t>
        <w:br/>
        <w:br/>
        <w:t>Лихая година!&lt;br /&gt;</w:t>
        <w:br/>
        <w:br/>
        <w:t>Той Галайда &amp;mdash; мій Ярема!..&lt;br /&gt;</w:t>
        <w:br/>
        <w:br/>
        <w:t>По всій Україні&lt;br /&gt;</w:t>
        <w:br/>
        <w:br/>
        <w:t>Його знають. Я бачила,&lt;br /&gt;</w:t>
        <w:br/>
        <w:br/>
        <w:t>Як села горіли;&lt;br /&gt;</w:t>
        <w:br/>
        <w:br/>
        <w:t>Я бачила &amp;mdash; кати-ляхи&lt;br /&gt;</w:t>
        <w:br/>
        <w:br/>
        <w:t>Трусилися, мліли,&lt;br /&gt;</w:t>
        <w:br/>
        <w:br/>
        <w:t>Як хто скаже про Галайду.&lt;br /&gt;</w:t>
        <w:br/>
        <w:br/>
        <w:t>Знають вони, знають,&lt;br /&gt;</w:t>
        <w:br/>
        <w:br/>
        <w:t>Хто такий, і відкіля він,&lt;br /&gt;</w:t>
        <w:br/>
        <w:br/>
        <w:t>І кого шукає!..&lt;br /&gt;</w:t>
        <w:br/>
        <w:br/>
        <w:t>Мене шукав, мене найшов.&lt;br /&gt;</w:t>
        <w:br/>
        <w:br/>
        <w:t>Орел сизокрилий!&lt;br /&gt;</w:t>
        <w:br/>
        <w:br/>
        <w:t>Прилітай же, мій соколе,&lt;br /&gt;</w:t>
        <w:br/>
        <w:br/>
        <w:t>Мій голубе сизий!&lt;br /&gt;</w:t>
        <w:br/>
        <w:br/>
        <w:t>Ох, як весело на світі,&lt;br /&gt;</w:t>
        <w:br/>
        <w:br/>
        <w:t>Як весело стало!&lt;br /&gt;</w:t>
        <w:br/>
        <w:br/>
        <w:t>Через тиждень, бабусенько..&lt;br /&gt;</w:t>
        <w:br/>
        <w:br/>
        <w:t>Ще три дні осталось.&lt;br /&gt;</w:t>
        <w:br/>
        <w:br/>
        <w:t>Ох, як довго!..&lt;br /&gt;</w:t>
        <w:br/>
        <w:br/>
        <w:t>&amp;quot;Загрібай, мамо, жар, жар,&lt;br /&gt;</w:t>
        <w:br/>
        <w:br/>
        <w:t>Буде тобі дочки жаль, жаль...&amp;quot;&lt;br /&gt;</w:t>
        <w:br/>
        <w:br/>
        <w:t>Ох, як весело на світі!&lt;br /&gt;</w:t>
        <w:br/>
        <w:br/>
        <w:t>А тобі, бабусю,&lt;br /&gt;</w:t>
        <w:br/>
        <w:br/>
        <w:t>Чи весело?&amp;quot;&lt;br /&gt;</w:t>
        <w:br/>
        <w:br/>
        <w:t>&amp;quot;Я тобою,&lt;br /&gt;</w:t>
        <w:br/>
        <w:br/>
        <w:t>Пташко, веселюся&amp;quot;.&lt;br /&gt;</w:t>
        <w:br/>
        <w:br/>
        <w:t>&amp;quot;А чом же ти не співаєш?&amp;quot;&lt;br /&gt;</w:t>
        <w:br/>
        <w:br/>
        <w:t>&amp;quot;Я вже одспівала...&amp;quot;&lt;br /&gt;</w:t>
        <w:br/>
        <w:br/>
        <w:t>Задзвонили до вечерні;&lt;br /&gt;</w:t>
        <w:br/>
        <w:br/>
        <w:t>Оксана осталась,&lt;br /&gt;</w:t>
        <w:br/>
        <w:br/>
        <w:t>А черниця, помолившись,&lt;br /&gt;</w:t>
        <w:br/>
        <w:br/>
        <w:t>В храм пошкандибала.&lt;br /&gt;</w:t>
        <w:br/>
        <w:br/>
        <w:t>Через тиждень в Лебедині&lt;br /&gt;</w:t>
        <w:br/>
        <w:br/>
        <w:t>У церкві співали:&lt;br /&gt;</w:t>
        <w:br/>
        <w:br/>
        <w:t>Ісаія, ли й куй! Вранці&lt;br /&gt;</w:t>
        <w:br/>
        <w:br/>
        <w:t>Ярему вінчали;&lt;br /&gt;</w:t>
        <w:br/>
        <w:br/>
        <w:t>А ввечері мій Ярема&lt;br /&gt;</w:t>
        <w:br/>
        <w:br/>
        <w:t>(От хлопець звичайний!),&lt;br /&gt;</w:t>
        <w:br/>
        <w:br/>
        <w:t>Щоб не сердить отамана,&lt;br /&gt;</w:t>
        <w:br/>
        <w:br/>
        <w:t>Покинув Оксану:&lt;br /&gt;</w:t>
        <w:br/>
        <w:br/>
        <w:t>Ляхів кінча; з Залізняком&lt;br /&gt;</w:t>
        <w:br/>
        <w:br/>
        <w:t>Весілля справляє&lt;br /&gt;</w:t>
        <w:br/>
        <w:br/>
        <w:t>В Уманщині, на пожарах.&lt;br /&gt;</w:t>
        <w:br/>
        <w:br/>
        <w:t>Вона виглядає, &amp;mdash;&lt;br /&gt;</w:t>
        <w:br/>
        <w:br/>
        <w:t>Виглядає, чи не їде&lt;br /&gt;</w:t>
        <w:br/>
        <w:br/>
        <w:t>З боярами в гості &amp;mdash;&lt;br /&gt;</w:t>
        <w:br/>
        <w:br/>
        <w:t>Перевезти із келії&lt;br /&gt;</w:t>
        <w:br/>
        <w:br/>
        <w:t>В хату на помості.&lt;br /&gt;</w:t>
        <w:br/>
        <w:br/>
        <w:t>Не журися, сподівайся&lt;br /&gt;</w:t>
        <w:br/>
        <w:br/>
        <w:t>Та богу молися.&lt;br /&gt;</w:t>
        <w:br/>
        <w:br/>
        <w:t>А мені тепер на Умань&lt;br /&gt;</w:t>
        <w:br/>
        <w:br/>
        <w:t>Треба подивитись.</w:t>
      </w:r>
    </w:p>
    <w:p>
      <w:r>
        <w:br/>
        <w:br/>
        <w:t>Гонта в Умані</w:t>
      </w:r>
    </w:p>
    <w:p>
      <w:r>
        <w:br/>
        <w:br/>
        <w:t>Хвалилися гайдамаки,&lt;br /&gt;</w:t>
        <w:br/>
        <w:br/>
        <w:t>на Умань ідучи:&lt;br /&gt;</w:t>
        <w:br/>
        <w:br/>
        <w:t>&amp;quot;Будем драти, пане-брате,&lt;br /&gt;</w:t>
        <w:br/>
        <w:br/>
        <w:t>З китайки онучі&amp;quot;.</w:t>
      </w:r>
    </w:p>
    <w:p>
      <w:r>
        <w:br/>
        <w:br/>
        <w:t>Минають дні, минає літо,&lt;br /&gt;</w:t>
        <w:br/>
        <w:br/>
        <w:t>А Україна, знай, горить;&lt;br /&gt;</w:t>
        <w:br/>
        <w:br/>
        <w:t>По селах голі плачуть діти &amp;mdash;&lt;br /&gt;</w:t>
        <w:br/>
        <w:br/>
        <w:t>Батьків немає. Шелестить&lt;br /&gt;</w:t>
        <w:br/>
        <w:br/>
        <w:t>Пожовкле листя по діброві;&lt;br /&gt;</w:t>
        <w:br/>
        <w:br/>
        <w:t>Гуляють хмари; сонце спить;&lt;br /&gt;</w:t>
        <w:br/>
        <w:br/>
        <w:t>Нігде не чуть людської мови;&lt;br /&gt;</w:t>
        <w:br/>
        <w:br/>
        <w:t>Звір тілько виє по селу,&lt;br /&gt;</w:t>
        <w:br/>
        <w:br/>
        <w:t>Гризучи трупи. Не ховали,&lt;br /&gt;</w:t>
        <w:br/>
        <w:br/>
        <w:t>Вовків ляхами годували,&lt;br /&gt;</w:t>
        <w:br/>
        <w:br/>
        <w:t>Аж поки снігом занесло&lt;br /&gt;</w:t>
        <w:br/>
        <w:br/>
        <w:t>Огризки вовчі...&lt;br /&gt;</w:t>
        <w:br/>
        <w:br/>
        <w:t>Не спинила хуртовина&lt;br /&gt;</w:t>
        <w:br/>
        <w:br/>
        <w:t>Пекельної кари:&lt;br /&gt;</w:t>
        <w:br/>
        <w:br/>
        <w:t>Ляхи мерзли, а козаки&lt;br /&gt;</w:t>
        <w:br/>
        <w:br/>
        <w:t>Грілись на пожарі.&lt;br /&gt;</w:t>
        <w:br/>
        <w:br/>
        <w:t>Встала й весна, чорну землю&lt;br /&gt;</w:t>
        <w:br/>
        <w:br/>
        <w:t>Сонну розбудила,&lt;br /&gt;</w:t>
        <w:br/>
        <w:br/>
        <w:t>Уквітчала її рястом,&lt;br /&gt;</w:t>
        <w:br/>
        <w:br/>
        <w:t>Барвінком укрила;&lt;br /&gt;</w:t>
        <w:br/>
        <w:br/>
        <w:t>І на полі жайворонок,&lt;br /&gt;</w:t>
        <w:br/>
        <w:br/>
        <w:t>Соловейко в гаї&lt;br /&gt;</w:t>
        <w:br/>
        <w:br/>
        <w:t>Землю, убрану весною,&lt;br /&gt;</w:t>
        <w:br/>
        <w:br/>
        <w:t>Вранці зустрічають&lt;br /&gt;</w:t>
        <w:br/>
        <w:br/>
        <w:t>Рай, та й годі! А для кого?&lt;br /&gt;</w:t>
        <w:br/>
        <w:br/>
        <w:t>Для людей. А люде?&lt;br /&gt;</w:t>
        <w:br/>
        <w:br/>
        <w:t>Не хотять на його й глянуть,&lt;br /&gt;</w:t>
        <w:br/>
        <w:br/>
        <w:t>А глянуть &amp;mdash; огудять.&lt;br /&gt;</w:t>
        <w:br/>
        <w:br/>
        <w:t>Треба кров&amp;#39;ю домальовать,&lt;br /&gt;</w:t>
        <w:br/>
        <w:br/>
        <w:t>Освітить пожаром;&lt;br /&gt;</w:t>
        <w:br/>
        <w:br/>
        <w:t>Сонця мало, рясту мало,&lt;br /&gt;</w:t>
        <w:br/>
        <w:br/>
        <w:t>І багато хмари.&lt;br /&gt;</w:t>
        <w:br/>
        <w:br/>
        <w:t>Пекла мало!.. Люде, люде!&lt;br /&gt;</w:t>
        <w:br/>
        <w:br/>
        <w:t>Коли-то з вас буде&lt;br /&gt;</w:t>
        <w:br/>
        <w:br/>
        <w:t>Того добра, що маєте?&lt;br /&gt;</w:t>
        <w:br/>
        <w:br/>
        <w:t>Чудні, чудні люде!&lt;br /&gt;</w:t>
        <w:br/>
        <w:br/>
        <w:t>Не спинила весна крові,&lt;br /&gt;</w:t>
        <w:br/>
        <w:br/>
        <w:t>Ні злості людської.&lt;br /&gt;</w:t>
        <w:br/>
        <w:br/>
        <w:t>Тяжко глянуть; а згадаєм &amp;mdash;&lt;br /&gt;</w:t>
        <w:br/>
        <w:br/>
        <w:t>Так було і в Трої.&lt;br /&gt;</w:t>
        <w:br/>
        <w:br/>
        <w:t>Так і буде.&lt;br /&gt;</w:t>
        <w:br/>
        <w:br/>
        <w:t>Гайдамаки&lt;br /&gt;</w:t>
        <w:br/>
        <w:br/>
        <w:t>Гуляють, карають;&lt;br /&gt;</w:t>
        <w:br/>
        <w:br/>
        <w:t>Де проїдуть &amp;mdash; земля горить,&lt;br /&gt;</w:t>
        <w:br/>
        <w:br/>
        <w:t>Кров&amp;#39;ю підпливає.&lt;br /&gt;</w:t>
        <w:br/>
        <w:br/>
        <w:t>Придбав Максим собі сина&lt;br /&gt;</w:t>
        <w:br/>
        <w:br/>
        <w:t>На всю Україну.&lt;br /&gt;</w:t>
        <w:br/>
        <w:br/>
        <w:t>Хоч не рідний син Ярема,&lt;br /&gt;</w:t>
        <w:br/>
        <w:br/>
        <w:t>А щира. дитина.&lt;br /&gt;</w:t>
        <w:br/>
        <w:br/>
        <w:t>Максим ріже, а Ярема&lt;br /&gt;</w:t>
        <w:br/>
        <w:br/>
        <w:t>Не ріже &amp;mdash; лютує:&lt;br /&gt;</w:t>
        <w:br/>
        <w:br/>
        <w:t>З ножем в руках, на пожарах&lt;br /&gt;</w:t>
        <w:br/>
        <w:br/>
        <w:t>І днює й ночує.&lt;br /&gt;</w:t>
        <w:br/>
        <w:br/>
        <w:t>Не милує, не минає&lt;br /&gt;</w:t>
        <w:br/>
        <w:br/>
        <w:t>Нігде ні одного:&lt;br /&gt;</w:t>
        <w:br/>
        <w:br/>
        <w:t>За титаря ляхам платить,&lt;br /&gt;</w:t>
        <w:br/>
        <w:br/>
        <w:t>За батька святого,&lt;br /&gt;</w:t>
        <w:br/>
        <w:br/>
        <w:t>За Оксану... та й зомліє,&lt;br /&gt;</w:t>
        <w:br/>
        <w:br/>
        <w:t>Згадавши Оксану.&lt;br /&gt;</w:t>
        <w:br/>
        <w:br/>
        <w:t>А Залізняк: &amp;quot;Гуляй, сину,&lt;br /&gt;</w:t>
        <w:br/>
        <w:br/>
        <w:t>Поки доля встане!&lt;br /&gt;</w:t>
        <w:br/>
        <w:br/>
        <w:t>Погуляєм!&amp;quot;&lt;br /&gt;</w:t>
        <w:br/>
        <w:br/>
        <w:t>Погуляли&lt;br /&gt;</w:t>
        <w:br/>
        <w:br/>
        <w:t>Купою на купі&lt;br /&gt;</w:t>
        <w:br/>
        <w:br/>
        <w:t>Од Києва до Умані&lt;br /&gt;</w:t>
        <w:br/>
        <w:br/>
        <w:t>Лягли ляхи трупом.&lt;br /&gt;</w:t>
        <w:br/>
        <w:br/>
        <w:t>Як та хмара, гайдамаки&lt;br /&gt;</w:t>
        <w:br/>
        <w:br/>
        <w:t>Умань обступили&lt;br /&gt;</w:t>
        <w:br/>
        <w:br/>
        <w:t>Опівночі; до схід сонця&lt;br /&gt;</w:t>
        <w:br/>
        <w:br/>
        <w:t>Умань затопили;&lt;br /&gt;</w:t>
        <w:br/>
        <w:br/>
        <w:t>Затопили, закричали:&lt;br /&gt;</w:t>
        <w:br/>
        <w:br/>
        <w:t>&amp;quot;Карай ляха знову!&amp;quot;&lt;br /&gt;</w:t>
        <w:br/>
        <w:br/>
        <w:t>Покотились по базару&lt;br /&gt;</w:t>
        <w:br/>
        <w:br/>
        <w:t>Кінні narodowi;&lt;br /&gt;</w:t>
        <w:br/>
        <w:br/>
        <w:t>Покотились малі діти&lt;br /&gt;</w:t>
        <w:br/>
        <w:br/>
        <w:t>І каліки хворі.&lt;br /&gt;</w:t>
        <w:br/>
        <w:br/>
        <w:t>Гвалт і галас. На базарі,&lt;br /&gt;</w:t>
        <w:br/>
        <w:br/>
        <w:t>Як посеред моря&lt;br /&gt;</w:t>
        <w:br/>
        <w:br/>
        <w:t>Кровавого, стоїть Гонта&lt;br /&gt;</w:t>
        <w:br/>
        <w:br/>
        <w:t>З Максимом завзятим.&lt;br /&gt;</w:t>
        <w:br/>
        <w:br/>
        <w:t>Кричать удвох: &amp;quot;Добре, діти!&lt;br /&gt;</w:t>
        <w:br/>
        <w:br/>
        <w:t>Отак їх, проклятих!&amp;quot;&lt;br /&gt;</w:t>
        <w:br/>
        <w:br/>
        <w:t>Аж ось ведуть гайдамаки&lt;br /&gt;</w:t>
        <w:br/>
        <w:br/>
        <w:t>Ксьондза-єзуїта&lt;br /&gt;</w:t>
        <w:br/>
        <w:br/>
        <w:t>І двох хлопців. &amp;quot;Гонто, Гонто!&lt;br /&gt;</w:t>
        <w:br/>
        <w:br/>
        <w:t>Оце твої діти.&lt;br /&gt;</w:t>
        <w:br/>
        <w:br/>
        <w:t>Ти нас ріжеш &amp;mdash; заріж і їх:&lt;br /&gt;</w:t>
        <w:br/>
        <w:br/>
        <w:t>Вони католики.&lt;br /&gt;</w:t>
        <w:br/>
        <w:br/>
        <w:t>Чого ж ти став? чом не ріжеш?&lt;br /&gt;</w:t>
        <w:br/>
        <w:br/>
        <w:t>Поки невеликі,&lt;br /&gt;</w:t>
        <w:br/>
        <w:br/>
        <w:t>Заріж і їх, бо виростуть,&lt;br /&gt;</w:t>
        <w:br/>
        <w:br/>
        <w:t>То тебе заріжуть...&amp;quot;&lt;br /&gt;</w:t>
        <w:br/>
        <w:br/>
        <w:t>&amp;quot;Убийте пса! а собачат&lt;br /&gt;</w:t>
        <w:br/>
        <w:br/>
        <w:t>Своєю заріжу.&lt;br /&gt;</w:t>
        <w:br/>
        <w:br/>
        <w:t>Клич громаду. Признавайтесь,&lt;br /&gt;</w:t>
        <w:br/>
        <w:br/>
        <w:t>Що ви католики!&amp;quot;&lt;br /&gt;</w:t>
        <w:br/>
        <w:br/>
        <w:t>&amp;quot;Католики... бо нас мати...&amp;quot;&lt;br /&gt;</w:t>
        <w:br/>
        <w:br/>
        <w:t>&amp;quot;Боже мій великий!&lt;br /&gt;</w:t>
        <w:br/>
        <w:br/>
        <w:t>Мовчіть, мовчіть! знаю, знаю!&amp;quot;&lt;br /&gt;</w:t>
        <w:br/>
        <w:br/>
        <w:t>Зібралась громада.&lt;br /&gt;</w:t>
        <w:br/>
        <w:br/>
        <w:t>&amp;quot;Мої діти католики...&lt;br /&gt;</w:t>
        <w:br/>
        <w:br/>
        <w:t>Щоб не було зради,&lt;br /&gt;</w:t>
        <w:br/>
        <w:br/>
        <w:t>Щоб не було поговору,&lt;br /&gt;</w:t>
        <w:br/>
        <w:br/>
        <w:t>Панове громадо!&lt;br /&gt;</w:t>
        <w:br/>
        <w:br/>
        <w:t>Я присягав, брав свячений&lt;br /&gt;</w:t>
        <w:br/>
        <w:br/>
        <w:t>Різать католика.&lt;br /&gt;</w:t>
        <w:br/>
        <w:br/>
        <w:t>Сини мої, сини мої!&lt;br /&gt;</w:t>
        <w:br/>
        <w:br/>
        <w:t>Чом ви не великі?&lt;br /&gt;</w:t>
        <w:br/>
        <w:br/>
        <w:t>Чом ви ляха не ріжете?..&amp;quot;&lt;br /&gt;</w:t>
        <w:br/>
        <w:br/>
        <w:t>&amp;quot;Будем різать, тату!&amp;quot;&lt;br /&gt;</w:t>
        <w:br/>
        <w:br/>
        <w:t>&amp;quot;Не будете! не будете!&lt;br /&gt;</w:t>
        <w:br/>
        <w:br/>
        <w:t>Будь проклята мати,&lt;br /&gt;</w:t>
        <w:br/>
        <w:br/>
        <w:t>Та проклята католичка,&lt;br /&gt;</w:t>
        <w:br/>
        <w:br/>
        <w:t>Що вас породила!&lt;br /&gt;</w:t>
        <w:br/>
        <w:br/>
        <w:t>Чом вона вас до схід сонця&lt;br /&gt;</w:t>
        <w:br/>
        <w:br/>
        <w:t>Була не втопила?&lt;br /&gt;</w:t>
        <w:br/>
        <w:br/>
        <w:t>Менше б гріха: ви б умерли&lt;br /&gt;</w:t>
        <w:br/>
        <w:br/>
        <w:t>Не католиками;&lt;br /&gt;</w:t>
        <w:br/>
        <w:br/>
        <w:t>А сьогодні, сини мої,&lt;br /&gt;</w:t>
        <w:br/>
        <w:br/>
        <w:t>Горе мені з вами!&lt;br /&gt;</w:t>
        <w:br/>
        <w:br/>
        <w:t>Поцілуйте мене, діти,&lt;br /&gt;</w:t>
        <w:br/>
        <w:br/>
        <w:t>Бо не я вбиваю,&lt;br /&gt;</w:t>
        <w:br/>
        <w:br/>
        <w:t>А присяга&amp;quot;. Махнув ножем &amp;mdash;&lt;br /&gt;</w:t>
        <w:br/>
        <w:br/>
        <w:t>І дітей немає!&lt;br /&gt;</w:t>
        <w:br/>
        <w:br/>
        <w:t>Попадали зарізані.&lt;br /&gt;</w:t>
        <w:br/>
        <w:br/>
        <w:t>&amp;quot;Тату! &amp;mdash; белькотали, &amp;mdash;&lt;br /&gt;</w:t>
        <w:br/>
        <w:br/>
        <w:t>Тату, тату... ми не ляхи!&lt;br /&gt;</w:t>
        <w:br/>
        <w:br/>
        <w:t>Ми...&amp;quot; &amp;mdash; та й замовчали.&lt;br /&gt;</w:t>
        <w:br/>
        <w:br/>
        <w:t>&amp;quot;Поховать хіба?&amp;quot;&lt;br /&gt;</w:t>
        <w:br/>
        <w:br/>
        <w:t>&amp;quot;Не треба!&lt;br /&gt;</w:t>
        <w:br/>
        <w:br/>
        <w:t>Вони католики.&lt;br /&gt;</w:t>
        <w:br/>
        <w:br/>
        <w:t>Сини мої, сини мої!&lt;br /&gt;</w:t>
        <w:br/>
        <w:br/>
        <w:t>Чом ви не великі?&lt;br /&gt;</w:t>
        <w:br/>
        <w:br/>
        <w:t>Чом ворога не різали?&lt;br /&gt;</w:t>
        <w:br/>
        <w:br/>
        <w:t>Чом матір не вбили,&lt;br /&gt;</w:t>
        <w:br/>
        <w:br/>
        <w:t>Ту прокляту католичку,&lt;br /&gt;</w:t>
        <w:br/>
        <w:br/>
        <w:t>Що вас породила?..&lt;br /&gt;</w:t>
        <w:br/>
        <w:br/>
        <w:t>Ходім, брате!&amp;quot;&lt;br /&gt;</w:t>
        <w:br/>
        <w:br/>
        <w:t>Взяв Максима,&lt;br /&gt;</w:t>
        <w:br/>
        <w:br/>
        <w:t>Пішли вздовж базару&lt;br /&gt;</w:t>
        <w:br/>
        <w:br/>
        <w:t>І обидва закричали:&lt;br /&gt;</w:t>
        <w:br/>
        <w:br/>
        <w:t>&amp;quot;Кари ляхам, кари!&amp;quot;&lt;br /&gt;</w:t>
        <w:br/>
        <w:br/>
        <w:t>І карали: страшно, страшно&lt;br /&gt;</w:t>
        <w:br/>
        <w:br/>
        <w:t>Умань запалала.&lt;br /&gt;</w:t>
        <w:br/>
        <w:br/>
        <w:t>Ні в будинку, ні в костьолі,&lt;br /&gt;</w:t>
        <w:br/>
        <w:br/>
        <w:t>Нігде не осталось,&lt;br /&gt;</w:t>
        <w:br/>
        <w:br/>
        <w:t>Всі полягли. Того лиха&lt;br /&gt;</w:t>
        <w:br/>
        <w:br/>
        <w:t>Не було ніколи,&lt;br /&gt;</w:t>
        <w:br/>
        <w:br/>
        <w:t>Що в Умані робилося.&lt;br /&gt;</w:t>
        <w:br/>
        <w:br/>
        <w:t>Базиліан школу,&lt;br /&gt;</w:t>
        <w:br/>
        <w:br/>
        <w:t>Де учились Гонти діти,&lt;br /&gt;</w:t>
        <w:br/>
        <w:br/>
        <w:t>Сам Гонта руйнує:&lt;br /&gt;</w:t>
        <w:br/>
        <w:br/>
        <w:t>&amp;quot;Ти поїла моїх діток! &amp;mdash;&lt;br /&gt;</w:t>
        <w:br/>
        <w:br/>
        <w:t>Гукає, лютує. &amp;mdash;&lt;br /&gt;</w:t>
        <w:br/>
        <w:br/>
        <w:t>Ти поїла невеликих,&lt;br /&gt;</w:t>
        <w:br/>
        <w:br/>
        <w:t>Добру не навчила!..&lt;br /&gt;</w:t>
        <w:br/>
        <w:br/>
        <w:t>Валіть стіни!&amp;quot;&lt;br /&gt;</w:t>
        <w:br/>
        <w:br/>
        <w:t>Гайдамаки&lt;br /&gt;</w:t>
        <w:br/>
        <w:br/>
        <w:t>Стіни розвалили, &amp;mdash;&lt;br /&gt;</w:t>
        <w:br/>
        <w:br/>
        <w:t>Розвалили, об каміння&lt;br /&gt;</w:t>
        <w:br/>
        <w:br/>
        <w:t>Ксьондзів розбивали,&lt;br /&gt;</w:t>
        <w:br/>
        <w:br/>
        <w:t>А школярів у криниці&lt;br /&gt;</w:t>
        <w:br/>
        <w:br/>
        <w:t>Живих поховали.&lt;br /&gt;</w:t>
        <w:br/>
        <w:br/>
        <w:t>До самої ночі ляхів мордували;&lt;br /&gt;</w:t>
        <w:br/>
        <w:br/>
        <w:t>Душі не осталось. А Гонта кричить:&lt;br /&gt;</w:t>
        <w:br/>
        <w:br/>
        <w:t>&amp;quot;Де ви, людоїди? де ви поховались?&lt;br /&gt;</w:t>
        <w:br/>
        <w:br/>
        <w:t>З&amp;#39;їли моїх діток, &amp;mdash; тяжко мені жить!&lt;br /&gt;</w:t>
        <w:br/>
        <w:br/>
        <w:t>Тяжко мені плакать! ні з ким говорить!&lt;br /&gt;</w:t>
        <w:br/>
        <w:br/>
        <w:t>Сини мої любі, мої чорноброві!&lt;br /&gt;</w:t>
        <w:br/>
        <w:br/>
        <w:t>Де ви поховались? Крові мені, крові!&lt;br /&gt;</w:t>
        <w:br/>
        <w:br/>
        <w:t>Шляхетської крові, бо хочеться пить,&lt;br /&gt;</w:t>
        <w:br/>
        <w:br/>
        <w:t>Хочеться дивитись, як вона чорніє,&lt;br /&gt;</w:t>
        <w:br/>
        <w:br/>
        <w:t>Хочеться напитись... Чом вітер не віє,&lt;br /&gt;</w:t>
        <w:br/>
        <w:br/>
        <w:t>Ляхів не навіє?.. Тяжко мені жить!&lt;br /&gt;</w:t>
        <w:br/>
        <w:br/>
        <w:t>Тяжко мені плакать! Праведнії зорі!&lt;br /&gt;</w:t>
        <w:br/>
        <w:br/>
        <w:t>Сховайтесь за хмару: я вас не займав,&lt;br /&gt;</w:t>
        <w:br/>
        <w:br/>
        <w:t>Я дітей зарізав!.. Горе мені, горе!&lt;br /&gt;</w:t>
        <w:br/>
        <w:br/>
        <w:t>Де я прихилюся?&amp;quot;&lt;br /&gt;</w:t>
        <w:br/>
        <w:br/>
        <w:t>Так Гонта кричав,&lt;br /&gt;</w:t>
        <w:br/>
        <w:br/>
        <w:t>По Умані бігав. А серед базару,&lt;br /&gt;</w:t>
        <w:br/>
        <w:br/>
        <w:t>В крові, гайдамаки ставили столи;&lt;br /&gt;</w:t>
        <w:br/>
        <w:br/>
        <w:t>Де що запопали, страви нанесли&lt;br /&gt;</w:t>
        <w:br/>
        <w:br/>
        <w:t>І сіли вечерять. Остатняя кара,&lt;br /&gt;</w:t>
        <w:br/>
        <w:br/>
        <w:t>Остатня вечеря!&lt;br /&gt;</w:t>
        <w:br/>
        <w:br/>
        <w:t>&amp;quot;Гуляйте, сини!&lt;br /&gt;</w:t>
        <w:br/>
        <w:br/>
        <w:t>Пийте, поки п&amp;#39;ється, бийте, поки б&amp;#39;ється! &amp;mdash;&lt;br /&gt;</w:t>
        <w:br/>
        <w:br/>
        <w:t>Залізняк гукає, &amp;mdash; Ану, навісний,&lt;br /&gt;</w:t>
        <w:br/>
        <w:br/>
        <w:t>Ушквар нам що-небудь, нехай земля гнеться,&lt;br /&gt;</w:t>
        <w:br/>
        <w:br/>
        <w:t>Нехай погуляють мої козаки!&amp;quot;&lt;br /&gt;</w:t>
        <w:br/>
        <w:br/>
        <w:t>І кобзар ушкварив:</w:t>
      </w:r>
    </w:p>
    <w:p>
      <w:r>
        <w:br/>
        <w:br/>
        <w:t>&amp;quot;А мій батько орандар,&lt;br /&gt;</w:t>
        <w:br/>
        <w:br/>
        <w:t>Чоботар;&lt;br /&gt;</w:t>
        <w:br/>
        <w:br/>
        <w:t>Моя мати пряха&lt;br /&gt;</w:t>
        <w:br/>
        <w:br/>
        <w:t>Та сваха;&lt;br /&gt;</w:t>
        <w:br/>
        <w:br/>
        <w:t>Брати мої, соколи,&lt;br /&gt;</w:t>
        <w:br/>
        <w:br/>
        <w:t>Привели&lt;br /&gt;</w:t>
        <w:br/>
        <w:br/>
        <w:t>І корову із діброви,&lt;br /&gt;</w:t>
        <w:br/>
        <w:br/>
        <w:t>І намиста нанесли.&lt;br /&gt;</w:t>
        <w:br/>
        <w:br/>
        <w:t>А я собі Христя&lt;br /&gt;</w:t>
        <w:br/>
        <w:br/>
        <w:t>В намисті,&lt;br /&gt;</w:t>
        <w:br/>
        <w:br/>
        <w:t>А на лиштві листя&lt;br /&gt;</w:t>
        <w:br/>
        <w:br/>
        <w:t>Та листя,&lt;br /&gt;</w:t>
        <w:br/>
        <w:br/>
        <w:t>І чоботи, і підкови.&lt;br /&gt;</w:t>
        <w:br/>
        <w:br/>
        <w:t>Вийду вранці до корови,&lt;br /&gt;</w:t>
        <w:br/>
        <w:br/>
        <w:t>Я корову напою,&lt;br /&gt;</w:t>
        <w:br/>
        <w:br/>
        <w:t>Подою,&lt;br /&gt;</w:t>
        <w:br/>
        <w:br/>
        <w:t>З парубками постою,&lt;br /&gt;</w:t>
        <w:br/>
        <w:br/>
        <w:t>Постою&amp;quot;.</w:t>
      </w:r>
    </w:p>
    <w:p>
      <w:r>
        <w:br/>
        <w:br/>
        <w:t>&amp;quot;Ой гоп по вечері,&lt;br /&gt;</w:t>
        <w:br/>
        <w:br/>
        <w:t>Замикайте, діти, двері,&lt;br /&gt;</w:t>
        <w:br/>
        <w:br/>
        <w:t>А ти, стара, не журись&lt;br /&gt;</w:t>
        <w:br/>
        <w:br/>
        <w:t>Та до мене пригорнись!&amp;quot;</w:t>
      </w:r>
    </w:p>
    <w:p>
      <w:r>
        <w:br/>
        <w:br/>
        <w:t>Всі гуляють. А де ж Гонта?&lt;br /&gt;</w:t>
        <w:br/>
        <w:br/>
        <w:t>Чом він не гуляє?&lt;br /&gt;</w:t>
        <w:br/>
        <w:br/>
        <w:t>Чому не п&amp;#39;є з козаками?&lt;br /&gt;</w:t>
        <w:br/>
        <w:br/>
        <w:t>Чому не співає?&lt;br /&gt;</w:t>
        <w:br/>
        <w:br/>
        <w:t>Нема його; тепер йому,&lt;br /&gt;</w:t>
        <w:br/>
        <w:br/>
        <w:t>Мабуть, не до неї,&lt;br /&gt;</w:t>
        <w:br/>
        <w:br/>
        <w:t>Не до співи.&lt;br /&gt;</w:t>
        <w:br/>
        <w:br/>
        <w:t>А хто такий&lt;br /&gt;</w:t>
        <w:br/>
        <w:br/>
        <w:t>У чорній киреї&lt;br /&gt;</w:t>
        <w:br/>
        <w:br/>
        <w:t>Через базар переходить?&lt;br /&gt;</w:t>
        <w:br/>
        <w:br/>
        <w:t>Став; розрива купу&lt;br /&gt;</w:t>
        <w:br/>
        <w:br/>
        <w:t>Ляхів мертвих: шука когось.&lt;br /&gt;</w:t>
        <w:br/>
        <w:br/>
        <w:t>Нагнувся, два трупи&lt;br /&gt;</w:t>
        <w:br/>
        <w:br/>
        <w:t>Невеликих взяв на плечі&lt;br /&gt;</w:t>
        <w:br/>
        <w:br/>
        <w:t>І, позад базару,&lt;br /&gt;</w:t>
        <w:br/>
        <w:br/>
        <w:t>Через мертвих переступа,&lt;br /&gt;</w:t>
        <w:br/>
        <w:br/>
        <w:t>Криється в пожарі&lt;br /&gt;</w:t>
        <w:br/>
        <w:br/>
        <w:t>За костьолом. Хто ж це такий?&lt;br /&gt;</w:t>
        <w:br/>
        <w:br/>
        <w:t>Гонта, горем битий,&lt;br /&gt;</w:t>
        <w:br/>
        <w:br/>
        <w:t>Несе дітей поховати,&lt;br /&gt;</w:t>
        <w:br/>
        <w:br/>
        <w:t>Землею накрити,&lt;br /&gt;</w:t>
        <w:br/>
        <w:br/>
        <w:t>Щоб козацьке мале тіло&lt;br /&gt;</w:t>
        <w:br/>
        <w:br/>
        <w:t>Собаки не їли.&lt;br /&gt;</w:t>
        <w:br/>
        <w:br/>
        <w:t>І темними улицями,&lt;br /&gt;</w:t>
        <w:br/>
        <w:br/>
        <w:t>Де менше горіло,&lt;br /&gt;</w:t>
        <w:br/>
        <w:br/>
        <w:t>Поніс Гонта дітей своїх,&lt;br /&gt;</w:t>
        <w:br/>
        <w:br/>
        <w:t>Щоб ніхто не бачив,&lt;br /&gt;</w:t>
        <w:br/>
        <w:br/>
        <w:t>Де він синів поховає&lt;br /&gt;</w:t>
        <w:br/>
        <w:br/>
        <w:t>І як Гонта плаче.&lt;br /&gt;</w:t>
        <w:br/>
        <w:br/>
        <w:t>Виніс в поле, геть од шляху,&lt;br /&gt;</w:t>
        <w:br/>
        <w:br/>
        <w:t>Свячений виймає&lt;br /&gt;</w:t>
        <w:br/>
        <w:br/>
        <w:t>І свяченим копа яму.&lt;br /&gt;</w:t>
        <w:br/>
        <w:br/>
        <w:t>А Умань палає,&lt;br /&gt;</w:t>
        <w:br/>
        <w:br/>
        <w:t>Світить Гонті до роботи&lt;br /&gt;</w:t>
        <w:br/>
        <w:br/>
        <w:t>І на дітей світить.&lt;br /&gt;</w:t>
        <w:br/>
        <w:br/>
        <w:t>Неначе сплять одягнені.&lt;br /&gt;</w:t>
        <w:br/>
        <w:br/>
        <w:t>Чого ж страшні діти?&lt;br /&gt;</w:t>
        <w:br/>
        <w:br/>
        <w:t>Чого Гонта ніби краде&lt;br /&gt;</w:t>
        <w:br/>
        <w:br/>
        <w:t>Або скарб ховає?&lt;br /&gt;</w:t>
        <w:br/>
        <w:br/>
        <w:t>Аж труситься. Із Умані&lt;br /&gt;</w:t>
        <w:br/>
        <w:br/>
        <w:t>Де-де чуть &amp;mdash; гукають&lt;br /&gt;</w:t>
        <w:br/>
        <w:br/>
        <w:t>Товариші-гайдамаки;&lt;br /&gt;</w:t>
        <w:br/>
        <w:br/>
        <w:t>Гонта мов не чує,&lt;br /&gt;</w:t>
        <w:br/>
        <w:br/>
        <w:t>Синам хату серед степу&lt;br /&gt;</w:t>
        <w:br/>
        <w:br/>
        <w:t>Глибоку будує.&lt;br /&gt;</w:t>
        <w:br/>
        <w:br/>
        <w:t>Та й збудував. Бере синів,&lt;br /&gt;</w:t>
        <w:br/>
        <w:br/>
        <w:t>Кладе в темну хату&lt;br /&gt;</w:t>
        <w:br/>
        <w:br/>
        <w:t>Й не дивиться, ніби чує:&lt;br /&gt;</w:t>
        <w:br/>
        <w:br/>
        <w:t>&amp;quot;Ми не ляхи, тату!&amp;quot;&lt;br /&gt;</w:t>
        <w:br/>
        <w:br/>
        <w:t>Поклав обох; із кишені&lt;br /&gt;</w:t>
        <w:br/>
        <w:br/>
        <w:t>Китайку виймає;&lt;br /&gt;</w:t>
        <w:br/>
        <w:br/>
        <w:t>Поцілував мертвих в очі,&lt;br /&gt;</w:t>
        <w:br/>
        <w:br/>
        <w:t>Хрестить, накриває&lt;br /&gt;</w:t>
        <w:br/>
        <w:br/>
        <w:t>Червоною китайкою&lt;br /&gt;</w:t>
        <w:br/>
        <w:br/>
        <w:t>Голови козачі.&lt;br /&gt;</w:t>
        <w:br/>
        <w:br/>
        <w:t>Розкрив, ще раз подивився...&lt;br /&gt;</w:t>
        <w:br/>
        <w:br/>
        <w:t>Тяжко-важко плаче:&lt;br /&gt;</w:t>
        <w:br/>
        <w:br/>
        <w:t>&amp;quot;Сини мої, сини мої!&lt;br /&gt;</w:t>
        <w:br/>
        <w:br/>
        <w:t>На ту Україну&lt;br /&gt;</w:t>
        <w:br/>
        <w:br/>
        <w:t>Дивітеся: ви за неї&lt;br /&gt;</w:t>
        <w:br/>
        <w:br/>
        <w:t>Й я за неї гину.&lt;br /&gt;</w:t>
        <w:br/>
        <w:br/>
        <w:t>А хто мене поховає?&lt;br /&gt;</w:t>
        <w:br/>
        <w:br/>
        <w:t>На чужому полі&lt;br /&gt;</w:t>
        <w:br/>
        <w:br/>
        <w:t>Хто заплаче надо мною?&lt;br /&gt;</w:t>
        <w:br/>
        <w:br/>
        <w:t>Доле моя, доле!&lt;br /&gt;</w:t>
        <w:br/>
        <w:br/>
        <w:t>Доле моя нещаслива!&lt;br /&gt;</w:t>
        <w:br/>
        <w:br/>
        <w:t>Що ти наробила?&lt;br /&gt;</w:t>
        <w:br/>
        <w:br/>
        <w:t>Нащо мені дітей дала?&lt;br /&gt;</w:t>
        <w:br/>
        <w:br/>
        <w:t>Чом мене не вбила?&lt;br /&gt;</w:t>
        <w:br/>
        <w:br/>
        <w:t>Нехай вони б поховали,&lt;br /&gt;</w:t>
        <w:br/>
        <w:br/>
        <w:t>А то я ховаю&amp;quot;.&lt;br /&gt;</w:t>
        <w:br/>
        <w:br/>
        <w:t>Поцілував, перехрестив,&lt;br /&gt;</w:t>
        <w:br/>
        <w:br/>
        <w:t>Покрив, засипає:&lt;br /&gt;</w:t>
        <w:br/>
        <w:br/>
        <w:t>&amp;quot;Спочивайте, сини мої,&lt;br /&gt;</w:t>
        <w:br/>
        <w:br/>
        <w:t>В глибокій оселі!&lt;br /&gt;</w:t>
        <w:br/>
        <w:br/>
        <w:t>Сука мати не придбала&lt;br /&gt;</w:t>
        <w:br/>
        <w:br/>
        <w:t>Нової постелі.&lt;br /&gt;</w:t>
        <w:br/>
        <w:br/>
        <w:t>Без васильків і без рути&lt;br /&gt;</w:t>
        <w:br/>
        <w:br/>
        <w:t>Спочивайте, діти,&lt;br /&gt;</w:t>
        <w:br/>
        <w:br/>
        <w:t>Та благайте, просіть бога,&lt;br /&gt;</w:t>
        <w:br/>
        <w:br/>
        <w:t>Нехай на сім світі&lt;br /&gt;</w:t>
        <w:br/>
        <w:br/>
        <w:t>Мене за вас покарає,&lt;br /&gt;</w:t>
        <w:br/>
        <w:br/>
        <w:t>За гріх сей великий.&lt;br /&gt;</w:t>
        <w:br/>
        <w:br/>
        <w:t>Просіть, сини! я прощаю,&lt;br /&gt;</w:t>
        <w:br/>
        <w:br/>
        <w:t>Що ви католики&amp;quot;.&lt;br /&gt;</w:t>
        <w:br/>
        <w:br/>
        <w:t>Зрівняв землю, покрив дерном,&lt;br /&gt;</w:t>
        <w:br/>
        <w:br/>
        <w:t>Щоб ніхто не бачив,&lt;br /&gt;</w:t>
        <w:br/>
        <w:br/>
        <w:t>Де полягли Гонти діти,&lt;br /&gt;</w:t>
        <w:br/>
        <w:br/>
        <w:t>Голови козачі.&lt;br /&gt;</w:t>
        <w:br/>
        <w:br/>
        <w:t>&amp;quot;Спочивайте, виглядайте,&lt;br /&gt;</w:t>
        <w:br/>
        <w:br/>
        <w:t>Я швидко прибуду.&lt;br /&gt;</w:t>
        <w:br/>
        <w:br/>
        <w:t>Укоротив я вам віку,&lt;br /&gt;</w:t>
        <w:br/>
        <w:br/>
        <w:t>І мені те буде.&lt;br /&gt;</w:t>
        <w:br/>
        <w:br/>
        <w:t>І мене вб&amp;#39;ють... коли б швидче!&lt;br /&gt;</w:t>
        <w:br/>
        <w:br/>
        <w:t>Та хто поховає?&lt;br /&gt;</w:t>
        <w:br/>
        <w:br/>
        <w:t>Гайдамаки!.. Піду ще раз.&lt;br /&gt;</w:t>
        <w:br/>
        <w:br/>
        <w:t>Ще раз погуляю!..&amp;quot;&lt;br /&gt;</w:t>
        <w:br/>
        <w:br/>
        <w:t>Пішов Гонта похилившись;&lt;br /&gt;</w:t>
        <w:br/>
        <w:br/>
        <w:t>Іде, спотикнеться.&lt;br /&gt;</w:t>
        <w:br/>
        <w:br/>
        <w:t>Пожар світить; Гонта гляне,&lt;br /&gt;</w:t>
        <w:br/>
        <w:br/>
        <w:t>Гляне &amp;mdash; усміхнеться.&lt;br /&gt;</w:t>
        <w:br/>
        <w:br/>
        <w:t>Страшно, страшно усміхався,&lt;br /&gt;</w:t>
        <w:br/>
        <w:br/>
        <w:t>На степ оглядався.&lt;br /&gt;</w:t>
        <w:br/>
        <w:br/>
        <w:t>Утер очі... тілько мріє&lt;br /&gt;</w:t>
        <w:br/>
        <w:br/>
        <w:t>В диму, та й сховався.</w:t>
      </w:r>
    </w:p>
    <w:p>
      <w:r>
        <w:br/>
        <w:br/>
        <w:t>Епілог</w:t>
      </w:r>
    </w:p>
    <w:p>
      <w:r>
        <w:br/>
        <w:br/>
        <w:t>Давно те минуло, як, мала дитина,&lt;br /&gt;</w:t>
        <w:br/>
        <w:br/>
        <w:t>Сирота в ряднині, я колись блукав&lt;br /&gt;</w:t>
        <w:br/>
        <w:br/>
        <w:t>Без свити, без хліба по тій Україні,&lt;br /&gt;</w:t>
        <w:br/>
        <w:br/>
        <w:t>Де Залізняк, Гонта з свяченим гуляв.&lt;br /&gt;</w:t>
        <w:br/>
        <w:br/>
        <w:t>Давно те минуло, як тими шляхами,&lt;br /&gt;</w:t>
        <w:br/>
        <w:br/>
        <w:t>Де йшли гайдамаки, &amp;mdash; малими ногами&lt;br /&gt;</w:t>
        <w:br/>
        <w:br/>
        <w:t>Ходив я, та плакав, та людей шукав,&lt;br /&gt;</w:t>
        <w:br/>
        <w:br/>
        <w:t>Щоб добру навчили. Я тепер згадав,&lt;br /&gt;</w:t>
        <w:br/>
        <w:br/>
        <w:t>Згадав, та й жаль стало, що лихо минуло.&lt;br /&gt;</w:t>
        <w:br/>
        <w:br/>
        <w:t>Молодеє лихо! якби ти вернулось,&lt;br /&gt;</w:t>
        <w:br/>
        <w:br/>
        <w:t>Проміняв би долю, що маю тепер.&lt;br /&gt;</w:t>
        <w:br/>
        <w:br/>
        <w:t>Згадаю те лихо, степи ті безкраї,&lt;br /&gt;</w:t>
        <w:br/>
        <w:br/>
        <w:t>І батька, і діда старого згадаю...&lt;br /&gt;</w:t>
        <w:br/>
        <w:br/>
        <w:t>Дідусь ще гуляє, а батько вже вмер.&lt;br /&gt;</w:t>
        <w:br/>
        <w:br/>
        <w:t>Бувало, в неділю, закривши мінею,&lt;br /&gt;</w:t>
        <w:br/>
        <w:br/>
        <w:t>По чарці з сусідом випивши тієї,&lt;br /&gt;</w:t>
        <w:br/>
        <w:br/>
        <w:t>Батько діда просить, щоб той розказав&lt;br /&gt;</w:t>
        <w:br/>
        <w:br/>
        <w:t>Про Коліївщину, як колись бувало,&lt;br /&gt;</w:t>
        <w:br/>
        <w:br/>
        <w:t>Як Залізняк, Гонта ляхів покарав.&lt;br /&gt;</w:t>
        <w:br/>
        <w:br/>
        <w:t>Столітнії очі, як зорі, сіяли,&lt;br /&gt;</w:t>
        <w:br/>
        <w:br/>
        <w:t>А слово за словом сміялось, лилось:&lt;br /&gt;</w:t>
        <w:br/>
        <w:br/>
        <w:t>Як ляхи конали, як Сміла горіла.&lt;br /&gt;</w:t>
        <w:br/>
        <w:br/>
        <w:t>Сусіди од страху, од жалю німіли.&lt;br /&gt;</w:t>
        <w:br/>
        <w:br/>
        <w:t>І мені, малому, не раз довелось&lt;br /&gt;</w:t>
        <w:br/>
        <w:br/>
        <w:t>За титаря плакать. І ніхто не бачив,&lt;br /&gt;</w:t>
        <w:br/>
        <w:br/>
        <w:t>Що мала дитина у куточку плаче.&lt;br /&gt;</w:t>
        <w:br/>
        <w:br/>
        <w:t>Спасибі, дідусю, що ти заховав&lt;br /&gt;</w:t>
        <w:br/>
        <w:br/>
        <w:t>В голові столітній ту славу козачу:&lt;br /&gt;</w:t>
        <w:br/>
        <w:br/>
        <w:t>Я її онукам тепер розказав.</w:t>
      </w:r>
    </w:p>
    <w:p>
      <w:r>
        <w:br/>
        <w:br/>
        <w:t>Вибачайте, люде добрі,&lt;br /&gt;</w:t>
        <w:br/>
        <w:br/>
        <w:t>Що козацьку славу&lt;br /&gt;</w:t>
        <w:br/>
        <w:br/>
        <w:t>Так навмання розказую,&lt;br /&gt;</w:t>
        <w:br/>
        <w:br/>
        <w:t>Без книжної справи.&lt;br /&gt;</w:t>
        <w:br/>
        <w:br/>
        <w:t>Так дід колись розказував,&lt;br /&gt;</w:t>
        <w:br/>
        <w:br/>
        <w:t>Нехай здоров буде!&lt;br /&gt;</w:t>
        <w:br/>
        <w:br/>
        <w:t>А я за ним. Не знав старий,&lt;br /&gt;</w:t>
        <w:br/>
        <w:br/>
        <w:t>Що письменні люде&lt;br /&gt;</w:t>
        <w:br/>
        <w:br/>
        <w:t>Тії речі прочитають.&lt;br /&gt;</w:t>
        <w:br/>
        <w:br/>
        <w:t>Вибачай, дідусю, &amp;mdash;&lt;br /&gt;</w:t>
        <w:br/>
        <w:br/>
        <w:t>Нехай лають; а я поки&lt;br /&gt;</w:t>
        <w:br/>
        <w:br/>
        <w:t>До своїх вернуся&lt;br /&gt;</w:t>
        <w:br/>
        <w:br/>
        <w:t>Та доведу вже до краю,&lt;br /&gt;</w:t>
        <w:br/>
        <w:br/>
        <w:t>Доведу &amp;mdash; спочину&lt;br /&gt;</w:t>
        <w:br/>
        <w:br/>
        <w:t>Та хоч крізь сон подивлюся&lt;br /&gt;</w:t>
        <w:br/>
        <w:br/>
        <w:t>На ту Україну,&lt;br /&gt;</w:t>
        <w:br/>
        <w:br/>
        <w:t>Де ходили гайдамаки&lt;br /&gt;</w:t>
        <w:br/>
        <w:br/>
        <w:t>З святими ножами, &amp;mdash;&lt;br /&gt;</w:t>
        <w:br/>
        <w:br/>
        <w:t>На ті шляхи, що я міряв&lt;br /&gt;</w:t>
        <w:br/>
        <w:br/>
        <w:t>Малими ногами.</w:t>
      </w:r>
    </w:p>
    <w:p>
      <w:r>
        <w:br/>
        <w:br/>
        <w:t>Погуляли гайдамаки,&lt;br /&gt;</w:t>
        <w:br/>
        <w:br/>
        <w:t>Добре погуляли:&lt;br /&gt;</w:t>
        <w:br/>
        <w:br/>
        <w:t>Трохи не рік шляхетською&lt;br /&gt;</w:t>
        <w:br/>
        <w:br/>
        <w:t>Кров&amp;#39;ю напували&lt;br /&gt;</w:t>
        <w:br/>
        <w:br/>
        <w:t>Україну, та й замовкли &amp;mdash;&lt;br /&gt;</w:t>
        <w:br/>
        <w:br/>
        <w:t>Ножі пощербили.&lt;br /&gt;</w:t>
        <w:br/>
        <w:br/>
        <w:t>Нема Гонти; нема йому&lt;br /&gt;</w:t>
        <w:br/>
        <w:br/>
        <w:t>Хреста, ні могили 6в.&lt;br /&gt;</w:t>
        <w:br/>
        <w:br/>
        <w:t>Буйні вітри розмахали&lt;br /&gt;</w:t>
        <w:br/>
        <w:br/>
        <w:t>Попіл гайдамаки,&lt;br /&gt;</w:t>
        <w:br/>
        <w:br/>
        <w:t>І нікому помолитись,&lt;br /&gt;</w:t>
        <w:br/>
        <w:br/>
        <w:t>Нікому заплакать.&lt;br /&gt;</w:t>
        <w:br/>
        <w:br/>
        <w:t>Один тілько брат названий&lt;br /&gt;</w:t>
        <w:br/>
        <w:br/>
        <w:t>Оставсь на всім світі,&lt;br /&gt;</w:t>
        <w:br/>
        <w:br/>
        <w:t>Та й той &amp;mdash; почув, що так страшно&lt;br /&gt;</w:t>
        <w:br/>
        <w:br/>
        <w:t>Пекельнії діти&lt;br /&gt;</w:t>
        <w:br/>
        <w:br/>
        <w:t>Його брата замучили,&lt;br /&gt;</w:t>
        <w:br/>
        <w:br/>
        <w:t>Залізняк заплакав&lt;br /&gt;</w:t>
        <w:br/>
        <w:br/>
        <w:t>Вперше зроду; сльози не втер,&lt;br /&gt;</w:t>
        <w:br/>
        <w:br/>
        <w:t>Умер неборака.&lt;br /&gt;</w:t>
        <w:br/>
        <w:br/>
        <w:t>Нудьга його задавила&lt;br /&gt;</w:t>
        <w:br/>
        <w:br/>
        <w:t>На чужому полі,&lt;br /&gt;</w:t>
        <w:br/>
        <w:br/>
        <w:t>В чужу землю положила:&lt;br /&gt;</w:t>
        <w:br/>
        <w:br/>
        <w:t>Така його доля!&lt;br /&gt;</w:t>
        <w:br/>
        <w:br/>
        <w:t>Сумно-сумно гайдамаки&lt;br /&gt;</w:t>
        <w:br/>
        <w:br/>
        <w:t>Залізную силу&lt;br /&gt;</w:t>
        <w:br/>
        <w:br/>
        <w:t>Поховали; насипали&lt;br /&gt;</w:t>
        <w:br/>
        <w:br/>
        <w:t>Високу могилу;&lt;br /&gt;</w:t>
        <w:br/>
        <w:br/>
        <w:t>Заплакали, розійшлися,&lt;br /&gt;</w:t>
        <w:br/>
        <w:br/>
        <w:t>Відкіля взялися.</w:t>
      </w:r>
    </w:p>
    <w:p>
      <w:r>
        <w:br/>
        <w:br/>
        <w:t>Один тілько мій Ярема&lt;br /&gt;</w:t>
        <w:br/>
        <w:br/>
        <w:t>На кий похилився,&lt;br /&gt;</w:t>
        <w:br/>
        <w:br/>
        <w:t>Стояв довго. &amp;quot;Спочинь, батьку,&lt;br /&gt;</w:t>
        <w:br/>
        <w:br/>
        <w:t>На чужому полі,&lt;br /&gt;</w:t>
        <w:br/>
        <w:br/>
        <w:t>Бо на своїм нема місця,&lt;br /&gt;</w:t>
        <w:br/>
        <w:br/>
        <w:t>Нема місця волі...&lt;br /&gt;</w:t>
        <w:br/>
        <w:br/>
        <w:t>Спи, козаче, душа щира!&lt;br /&gt;</w:t>
        <w:br/>
        <w:br/>
        <w:t>Хто-небудь згадає&amp;quot;.</w:t>
      </w:r>
    </w:p>
    <w:p>
      <w:r>
        <w:br/>
        <w:br/>
        <w:t>Пішов степом сіромаха,&lt;br /&gt;</w:t>
        <w:br/>
        <w:br/>
        <w:t>Сльози утирає.&lt;br /&gt;</w:t>
        <w:br/>
        <w:br/>
        <w:t>Довго, довго оглядався,&lt;br /&gt;</w:t>
        <w:br/>
        <w:br/>
        <w:t>Та й не видко стало.&lt;br /&gt;</w:t>
        <w:br/>
        <w:br/>
        <w:t>Одна чорна серед степу&lt;br /&gt;</w:t>
        <w:br/>
        <w:br/>
        <w:t>Могила осталась.</w:t>
      </w:r>
    </w:p>
    <w:p>
      <w:r>
        <w:br/>
        <w:br/>
        <w:t>Посіяли гайдамаки&lt;br /&gt;</w:t>
        <w:br/>
        <w:br/>
        <w:t>В Україні жито,&lt;br /&gt;</w:t>
        <w:br/>
        <w:br/>
        <w:t>Та не вони його жали.&lt;br /&gt;</w:t>
        <w:br/>
        <w:br/>
        <w:t>Що мусим робити?&lt;br /&gt;</w:t>
        <w:br/>
        <w:br/>
        <w:t>Нема правди, не виросла;&lt;br /&gt;</w:t>
        <w:br/>
        <w:br/>
        <w:t>Кривда повиває-&lt;br /&gt;</w:t>
        <w:br/>
        <w:br/>
        <w:t>Розійшлися гайдамаки,&lt;br /&gt;</w:t>
        <w:br/>
        <w:br/>
        <w:t>Куди який знає:&lt;br /&gt;</w:t>
        <w:br/>
        <w:br/>
        <w:t>Хто додому, хто в діброву,&lt;br /&gt;</w:t>
        <w:br/>
        <w:br/>
        <w:t>З ножем у халяві,&lt;br /&gt;</w:t>
        <w:br/>
        <w:br/>
        <w:t>Жидів кінчать. Така й досі&lt;br /&gt;</w:t>
        <w:br/>
        <w:br/>
        <w:t>Осталася слава.&lt;br /&gt;</w:t>
        <w:br/>
        <w:br/>
        <w:t>А тим часом стародавню&lt;br /&gt;</w:t>
        <w:br/>
        <w:br/>
        <w:t>Січ розруйнували:&lt;br /&gt;</w:t>
        <w:br/>
        <w:br/>
        <w:t>Хто на Кубань, хто за Дунай,&lt;br /&gt;</w:t>
        <w:br/>
        <w:br/>
        <w:t>Тілько і остались,&lt;br /&gt;</w:t>
        <w:br/>
        <w:br/>
        <w:t>Що пороги серед степу.&lt;br /&gt;</w:t>
        <w:br/>
        <w:br/>
        <w:t>Ревуть завивають:&lt;br /&gt;</w:t>
        <w:br/>
        <w:br/>
        <w:t>&amp;quot;Поховали дітей наших&lt;br /&gt;</w:t>
        <w:br/>
        <w:br/>
        <w:t>І нас розривають&amp;quot;.&lt;br /&gt;</w:t>
        <w:br/>
        <w:br/>
        <w:t>Ревуть собі й ревітимуть &amp;mdash;&lt;br /&gt;</w:t>
        <w:br/>
        <w:br/>
        <w:t>їх люде минули;&lt;br /&gt;</w:t>
        <w:br/>
        <w:br/>
        <w:t>А Україна навіки,&lt;br /&gt;</w:t>
        <w:br/>
        <w:br/>
        <w:t>Навіки заснула.</w:t>
      </w:r>
    </w:p>
    <w:p>
      <w:r>
        <w:br/>
        <w:br/>
        <w:t>З того часу в Україні&lt;br /&gt;</w:t>
        <w:br/>
        <w:br/>
        <w:t>Жито зеленіє;&lt;br /&gt;</w:t>
        <w:br/>
        <w:br/>
        <w:t>Не чуть плачу, ні гармати,&lt;br /&gt;</w:t>
        <w:br/>
        <w:br/>
        <w:t>Тілько вітер віє,&lt;br /&gt;</w:t>
        <w:br/>
        <w:br/>
        <w:t>Нагинає верби в гаї,&lt;br /&gt;</w:t>
        <w:br/>
        <w:br/>
        <w:t>А тирсу на полі.&lt;br /&gt;</w:t>
        <w:br/>
        <w:br/>
        <w:t>Все замовкло. Нехай мовчить:&lt;br /&gt;</w:t>
        <w:br/>
        <w:br/>
        <w:t>Така божа воля.</w:t>
      </w:r>
    </w:p>
    <w:p>
      <w:r>
        <w:br/>
        <w:br/>
        <w:t>Тілько часом увечері&lt;br /&gt;</w:t>
        <w:br/>
        <w:br/>
        <w:t>Понад Дніпром, гаєм&lt;br /&gt;</w:t>
        <w:br/>
        <w:br/>
        <w:t>Ідуть старі гайдамаки,&lt;br /&gt;</w:t>
        <w:br/>
        <w:br/>
        <w:t>Ідучи співають:</w:t>
      </w:r>
    </w:p>
    <w:p>
      <w:r>
        <w:br/>
        <w:br/>
        <w:t>&amp;quot;А в нашого Галайди хата на помості.&lt;br /&gt;</w:t>
        <w:br/>
        <w:br/>
        <w:t>Грай, море! добре, море!&lt;br /&gt;</w:t>
        <w:br/>
        <w:br/>
        <w:t>Добре буде, Галайда!&amp;quot;</w:t>
      </w:r>
    </w:p>
    <w:p>
      <w:r>
        <w:br/>
        <w:br/>
        <w:t>[Квітень&amp;mdash;листопад 1841]</w:t>
      </w:r>
    </w:p>
    <w:p>
      <w:r>
        <w:br/>
        <w:br/>
        <w:t>Передмова</w:t>
      </w:r>
    </w:p>
    <w:p>
      <w:r>
        <w:br/>
        <w:br/>
        <w:t>По мові &amp;mdash; передмова. Можна і без неї, так ось бачте що: все, що я бачив надрукованого, &amp;mdash; тілько бачив, а прочитав дуже небагато, &amp;mdash; всюди є передслово, а в мене нема. Якби я не друкував своїх &amp;quot;Гайдамаків&amp;quot;, то воно б не треба і передмови. А коли вже пускаю в люди, то треба і з чим, щоб не сміялись на обірванців, щоб не сказали: &amp;quot;От який! хіба діди та батьки дурніші були, що не пускали в люди навіть граматки без предисловія&amp;quot;. Так, далебі, так, вибачайте, треба предисловіє. Так як же його скомпоновать? щоб, знаєте, не було і кривди, щоб не було і правди, а так, як всі предисловія компонуються. Хоч убий, не вмію; треба б хвалить, так сором, а гудить не хочеться. Начнем же уже начало книги с и ц е: весело подивиться на сліпого кобзаря, як він сидить собі з хлопцем, сліпий, під тином, і весело послухать його, як він заспіває думу про те, що давно діялось, як боролися ляхи з козаками; весело... а всетаки скажеш: &amp;quot;Слава богу, що минуло&amp;quot;, &amp;mdash; а надто як згадаєш, що ми одної матері діти, що всі ми слав&amp;#39;яне. Серце болить, а розказувать треба: нехай бачать сини і внуки, що батьки їх помилялись, нехай братаються знову з своїми ворогами. Нехай житом-пшеницею, як золотом, покрита, не розмежованою останеться навіки од моря і до моря &amp;mdash; слав&amp;#39;янськая земля. Про те, що діялось на Украйні 1768 року, розказую так, як чув од старих людей; надрукованого і критикованого нічого не читав, бо, здається, і нема нічого. Галайда вполовину видуманий, а смерть вільшанського титаря правдива, бо ще є люди, которі його знали. Гонта і Залізняк, отамани того кровавого діла, може, виведені в мене не так, як вони були, &amp;mdash; за це не ручаюсь. Дід мій, нехай здоров буде, коли зачина розказувать що-небудь таке, що не сам бачив, а чув, то спершу скаже: &amp;quot;Коли старі люди брешуть, то й я з ними&amp;quot;.</w:t>
      </w:r>
    </w:p>
    <w:p>
      <w:r>
        <w:br/>
        <w:br/>
        <w:t>ПАНОВЕ СУБСКРИБЕНТИ!</w:t>
      </w:r>
    </w:p>
    <w:p>
      <w:r>
        <w:br/>
        <w:br/>
        <w:t>&amp;quot;Бачимо, бачимо, що одурив, та ще хоче і одбрехаться!&amp;quot; Отак ви вслух подумаєте, як прочитаєте мої &amp;quot;Гайдамаки&amp;quot;. Панове громадо! далебі, не брешу. Ось бачите що! Я думав, і дуже хотілось мені надрукувать ваші козацькі імена рядочком гарненько; уже було і найшлося їх десятків зо два, зо три. Слухаю, виходить разномова: один каже &amp;mdash; &amp;quot;треба&amp;quot;, другий каже &amp;mdash; &amp;quot;не треба&amp;quot;, третій &amp;mdash; нічого не каже. Я думав: &amp;quot;Що тут робить на світі?&amp;quot; Взяв та й проциндрив гарненько ті гроші, що треба було заплатить за аркуш надрукованого паперу, а до вас і ну писать оцю цидулу! Все б то це нічого! Чого не трапляється на віку! Все буває, як на довгій ниві. Та ось лихо мені на безголов&amp;#39;я! Єсть ще і такі паничі, що соромились свою благородну фамілію (Кирпа-Гнучкошиєнко-в) і надрукувать в мужицькій книжці. Далебі, правда!</w:t>
      </w:r>
    </w:p>
    <w:p>
      <w:r>
        <w:br/>
        <w:br/>
        <w:t>Т. Шевченко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Гайдамаки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