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Гаррі, я не винна!</w:t>
      </w:r>
    </w:p>
    <w:p>
      <w:r>
        <w:br/>
        <w:t xml:space="preserve"> &lt;p&gt;Переклад Григорій Філіпчук</w:t>
      </w:r>
    </w:p>
    <w:p>
      <w:r>
        <w:br/>
        <w:t>Голландський корабель повертався з Яви, навантажений рідкісними товарами. Він причалив у Сутамптоні, й матросам дозволили зійти на берег.</w:t>
      </w:r>
    </w:p>
    <w:p>
      <w:r>
        <w:br/>
        <w:t>Серед них був і Генріх Верстег. На правому плечі він ніс мавпу, а на лівому — папугу та клунок індійського краму. Сподівався, що в місті йому поталанить продати тварин і крам.</w:t>
      </w:r>
    </w:p>
    <w:p>
      <w:r>
        <w:br/>
        <w:t>Стояла рання весна, вечоріло швидко. Верстег ішов спроквола імлистими вулицями, ледь освітленими газовими лампами. Думав про те, що небавом повернеться до Амстердама, згадував матір, з якою не бачився три роки, наречену, що чекала на нього в Монікендамі. Підраховував, скільки зможе виторгувати за свою живність і крам, шукав якусь крамницю, де міг би збути свій чужоземний товар.</w:t>
      </w:r>
    </w:p>
    <w:p>
      <w:r>
        <w:br/>
        <w:t>На Абов-бар-стріт до нього підійшов вишукано вдягнений чоловік і спитав, чи матрос не продав би йому папугу.</w:t>
      </w:r>
    </w:p>
    <w:p>
      <w:r>
        <w:br/>
        <w:t>— Папуга пригодився б мені,— мовив незнайомець,— хочу, аби хтось зі мною говорив, але в такий спосіб, щоб я не мусив йому відповідати. Живу самотиною.</w:t>
      </w:r>
    </w:p>
    <w:p>
      <w:r>
        <w:br/>
        <w:t>Генріх Верстеґ, як і більшість голландських матросів, добре говорив по-англійському. Він назвав ціну за папугу, й незнайомець погодився.</w:t>
      </w:r>
    </w:p>
    <w:p>
      <w:r>
        <w:br/>
        <w:t>— Ходімо до мене,— сказав він. — Живу далеченько. Покладете папугу в клітку, вдома я її маю. Розпакуєте й цей крам, може, дещо мені припаде до вподоби.</w:t>
      </w:r>
    </w:p>
    <w:p>
      <w:r>
        <w:br/>
        <w:t>Генріх Верстеґ зрадів несподіваному щастю. Подався за незнайомцем і дорогою став вихваляти мавпу, сподіваючись і її продати. Запевняв, що вона належить до дуже цінної породи, яка добре переносить англійський клімат.</w:t>
      </w:r>
    </w:p>
    <w:p>
      <w:r>
        <w:br/>
        <w:t>Одначе Генріх невдовзі замовк. Незнайомець не озивався до нього і, либонь, навіть не слухав його.</w:t>
      </w:r>
    </w:p>
    <w:p>
      <w:r>
        <w:br/>
        <w:t>По годинній мовчанці незнайомець мовив:</w:t>
      </w:r>
    </w:p>
    <w:p>
      <w:r>
        <w:br/>
        <w:t>— Уже недалеко.</w:t>
      </w:r>
    </w:p>
    <w:p>
      <w:r>
        <w:br/>
        <w:t>Вийшли за місто. Шлях стелився між приватними віллами, обнесеними парканами, а з моря час від часу долинало тужливе завивання сирени.</w:t>
      </w:r>
    </w:p>
    <w:p>
      <w:r>
        <w:br/>
        <w:t>Незнайомець зупинився перед залізною брамою, добув із кишені ключі й відчинив її. Коли Генріх зайшов на подвір'я, той її замкнув.</w:t>
      </w:r>
    </w:p>
    <w:p>
      <w:r>
        <w:br/>
        <w:t>Матроса пойняло якесь неприємне передчуття.</w:t>
      </w:r>
    </w:p>
    <w:p>
      <w:r>
        <w:br/>
        <w:t>У глибині подвір'я в сутіні бовваніли невиразні обриси непривітної вілли, вікна якої були щільно затулені віконницями.</w:t>
      </w:r>
    </w:p>
    <w:p>
      <w:r>
        <w:br/>
        <w:t>Мовчазна незнайома людина, мертвотний будинок — усе це вельми гнітило Генріха.</w:t>
      </w:r>
    </w:p>
    <w:p>
      <w:r>
        <w:br/>
        <w:t>"Це якийсь дивак",— подумав матрос. Та Генріх не був багачем і не боявся, що його хтось пограбує. Матрос засоромився за той страх, що на якусь мить охопив його.</w:t>
      </w:r>
    </w:p>
    <w:p>
      <w:r>
        <w:br/>
        <w:t>— Маєте сірники? Посвітіть мені, будь ласка,— сказав незнайомець і встромив ключ у замкову шпарину дверей вілли.</w:t>
      </w:r>
    </w:p>
    <w:p>
      <w:r>
        <w:br/>
        <w:t>Матрос, зайшовши до вілли, стежив за незнайомцем, який приніс сюди лампу, світло якої осяяло розкішно вмебльовану вітальню.</w:t>
      </w:r>
    </w:p>
    <w:p>
      <w:r>
        <w:br/>
        <w:t>Тепер Генріх Верстеґ зовсім заспокоївся. В нього зажевріла надія, що його дивний компаньйон купить у нього й більшу частину краму.</w:t>
      </w:r>
    </w:p>
    <w:p>
      <w:r>
        <w:br/>
        <w:t>Незнайомець вийшов із вітальні й невдовзі повернувся з кліткою в руках.</w:t>
      </w:r>
    </w:p>
    <w:p>
      <w:r>
        <w:br/>
        <w:t>— Покладіть сюди папугу,— сказав він.</w:t>
      </w:r>
    </w:p>
    <w:p>
      <w:r>
        <w:br/>
        <w:t>Він зачинив дверцята клітки, в якій папуга полохливо затріпотів крилами. Відтак попросив матроса взяти лампу й перейти до сусідньої кімнати. Мовляв, там є добрий стіл, на якому він зможе розкласти свій крам.</w:t>
      </w:r>
    </w:p>
    <w:p>
      <w:r>
        <w:br/>
        <w:t>Генріх погодився й подався до сусідньої кімнати. Тієї миті враз за ним зачинилися двері, й незнайомець замкнув їх на ключ. Матрос опинився в пастці.</w:t>
      </w:r>
    </w:p>
    <w:p>
      <w:r>
        <w:br/>
        <w:t>Генріх поклав лампу на стіл і хотів було кинутися до дверей. Та голос незнайомця зупинив його:</w:t>
      </w:r>
    </w:p>
    <w:p>
      <w:r>
        <w:br/>
        <w:t>— Ще один крок, і ви загинете, матросе!</w:t>
      </w:r>
    </w:p>
    <w:p>
      <w:r>
        <w:br/>
        <w:t>Генріх підвів голову й у віконці, що його раніш він не помітив, побачив револьвер, націлений на нього. Його пойняв страх.</w:t>
      </w:r>
    </w:p>
    <w:p>
      <w:r>
        <w:br/>
        <w:t>Про боротьбу й не спадало на гадку, бо ані ніж, ані револьвер не могли йому стати в пригоді. Незнайомця захищала стіна біля віконця, з якого він цілився в матроса. Генріх бачив лише руку, що стискала револьвера.</w:t>
      </w:r>
    </w:p>
    <w:p>
      <w:r>
        <w:br/>
        <w:t>— Слухайте добре, що тепер я казатиму,— заговорив незнайомець. — Чиніть так. До цих послуг я вас змушую, але гарно заплачу вам за них. Ви не можете не послухатися. Мусите без вагань скоритися мені, інакше я вас застрелю, як собаку. Витягніть шухляду зі стола. Там лежить револьвер, заряджений п'ятьма кулями... Візьміть його.</w:t>
      </w:r>
    </w:p>
    <w:p>
      <w:r>
        <w:br/>
        <w:t>Голландець, не усвідомлюючи свого вчинку, машинально виконував те, що йому наказував господар. Мавпа на його плечі лячно пищала й здригалася. Незнайомець вів далі:</w:t>
      </w:r>
    </w:p>
    <w:p>
      <w:r>
        <w:br/>
        <w:t>— У глибині кімнати висить завіса. Розсуньте її.</w:t>
      </w:r>
    </w:p>
    <w:p>
      <w:r>
        <w:br/>
        <w:t>Коли Генріх зробив це, побачив там бічну кімнату, в якій на ліжку лежала жінка із зв'язаними руками й ногами, з хустинкою в устах. Вона зиркнула на нього зухвалими очима.</w:t>
      </w:r>
    </w:p>
    <w:p>
      <w:r>
        <w:br/>
        <w:t>— Розв'яжіть їй руки й ноги, з уст витягніть хустинку,— наказав незнайомець.</w:t>
      </w:r>
    </w:p>
    <w:p>
      <w:r>
        <w:br/>
        <w:t>Тільки-но матрос виконав його наказ, жінка, дуже молода й справді вродлива, вклякла на коліна й заволала до віконця:</w:t>
      </w:r>
    </w:p>
    <w:p>
      <w:r>
        <w:br/>
        <w:t>— Гаррі, це жахлива пастка! Ви мене заманили до цієї вілли, бо хочете вбити. Ви казали, що тут ми проживемо перші дні перемир'я. Я сподівалася, що переконала вас, що ви, нарешті, повірили, що я не винна. Гаррі! Гаррі! Я не винна!</w:t>
      </w:r>
    </w:p>
    <w:p>
      <w:r>
        <w:br/>
        <w:t>— Не вірю вам,— грубо відказав незнайомець.</w:t>
      </w:r>
    </w:p>
    <w:p>
      <w:r>
        <w:br/>
        <w:t>— Гаррі, я не винна! — повторювала відчайдушним тоном молода жінка.</w:t>
      </w:r>
    </w:p>
    <w:p>
      <w:r>
        <w:br/>
        <w:t>— Це ваші останні слова. Добре. Запам'ятаю. Повторюватиму їх собі до кінця своїх днів.</w:t>
      </w:r>
    </w:p>
    <w:p>
      <w:r>
        <w:br/>
        <w:t>Голос незнайомця затремтів, але тієї самої миті знору твердо залунав:</w:t>
      </w:r>
    </w:p>
    <w:p>
      <w:r>
        <w:br/>
        <w:t>— Я кохаю вас досі. Коли б я так вас не кохав, то вбив би своїми руками. Ні, не зміг би я... А тепер, матросе, якщо ви не пустите цій жінці кулю в голову, поки я дорахую до десяти, то впадете трупом до її ніг. Один, два, три...</w:t>
      </w:r>
    </w:p>
    <w:p>
      <w:r>
        <w:br/>
        <w:t>Не встиг незнайомець долічити й до чотирьох, як спантеличений Генріх вистрілив у жінку, що дивилася на нього благальними очима. Куля влучила їй у чоло, жінка впала обличчям долі. Вмить за цим з віконця пролунав постріл, і куля впилася матросові в скроню. Він звалився на стіл, а мавпа, пронизливо й полохливо запищавши, сховалася під його куртку.</w:t>
      </w:r>
    </w:p>
    <w:p>
      <w:r>
        <w:br/>
        <w:t>Коли наступного дня перехожі почули дивні звуки з вілли, повідомили про це поліцію, і невдовзі полісмени прийшли туди й виламали двері. Вони знайшли там два трупи — молодої жінки та матроса.</w:t>
      </w:r>
    </w:p>
    <w:p>
      <w:r>
        <w:br/>
        <w:t>З-під куртки господаря вискочила мавпа і стрибнула одному з полісменів в обличчя. Всі жахнулися. І, відступивши пару кроків назад, уколошкали її кількома пострілами. Аж відтак наважилися підійти до трупів.</w:t>
      </w:r>
    </w:p>
    <w:p>
      <w:r>
        <w:br/>
        <w:t>Полісмени почали вивчати весь випадок. Було зрозуміло, що матрос застрелив жінку й сам скінчив самогубством. Обставини цієї трагедії були вельми загадкові. Імена обох загиблих вони легко встановили, але ніхто не розумів, як леді Фіннгаль, дружина члена палати лордів, опинилася в периферійній віллі з матросом, який лише вчора приплив до Сутамптона.</w:t>
      </w:r>
    </w:p>
    <w:p>
      <w:r>
        <w:br/>
        <w:t>Власник вілли не знав нічого такого, що могло б внести бодай трохи світла в розслідування. За тиждень до цього віллу найняв якийсь містер Коллінс із Манчестера, якого не вдалося розшукати. Отой Коллінс носив окудяри й мав довгі вуса, які, одначе, могли бути фальшивими.</w:t>
      </w:r>
    </w:p>
    <w:p>
      <w:r>
        <w:br/>
        <w:t>Лорд Фіннґаль негайно приїхав до Лондона. Він щиро кохав свою дружину й дуже тужив за нею. Він ніяк не міг зрозуміти, як це могло статися. Після цього нещастя став цілковитим відлюдником. Живе у своєму будинку в Кенсинґстоні, і його єдине товариство складають німий служник та папуга, який щоразу повторює:</w:t>
      </w:r>
    </w:p>
    <w:p>
      <w:r>
        <w:br/>
        <w:t>— Гаррі, я не винна!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Гаррі, я не винна!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