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Геометрія</w:t>
      </w:r>
    </w:p>
    <w:p>
      <w:r>
        <w:br/>
        <w:t xml:space="preserve"> &lt;p&gt;I</w:t>
      </w:r>
    </w:p>
    <w:p>
      <w:r>
        <w:br/>
        <w:t>Піфагорові штани — назва, по-перше, вульгарна, а по-друге, вона не відповідає дійсному станові речей.</w:t>
      </w:r>
    </w:p>
    <w:p>
      <w:r>
        <w:br/>
        <w:t>Ну, хто-таки, скажіть, може пошити штани з катета або з гіпотенузи?</w:t>
      </w:r>
    </w:p>
    <w:p>
      <w:r>
        <w:br/>
        <w:t>Ми знаємо, що матерії — сукна чи шевйоту — на штани треба приблизно один метр.</w:t>
      </w:r>
    </w:p>
    <w:p>
      <w:r>
        <w:br/>
        <w:t>Ну, а скільки треба на штани катетів, а скільки гіпотенуз?</w:t>
      </w:r>
    </w:p>
    <w:p>
      <w:r>
        <w:br/>
        <w:t>Ніхто цього не скаже.</w:t>
      </w:r>
    </w:p>
    <w:p>
      <w:r>
        <w:br/>
        <w:t>Отже, Піфагорові штани зовсім не штани, а геометрична теорема, що її винайшов і довів великий грецький математик Піфагор, що народився на острові Са-мосі, потім переселився в південну Грецію, де й жив у V столітті до нашої ери.</w:t>
      </w:r>
    </w:p>
    <w:p>
      <w:r>
        <w:br/>
        <w:t>Піфагорова теорема, як ви знаєте, полягає ось у чім:</w:t>
      </w:r>
    </w:p>
    <w:p>
      <w:r>
        <w:br/>
        <w:t>"Сума площ квадратів, побудованих на катетах прямокутного трикутника, дорівнює площі квадрата, побудованого на гіпотенузі цього трикутника".</w:t>
      </w:r>
    </w:p>
    <w:p>
      <w:r>
        <w:br/>
        <w:t>Цією теоремою найбільше уславився Піфагор перед математикою, перед усім людством.</w:t>
      </w:r>
    </w:p>
    <w:p>
      <w:r>
        <w:br/>
        <w:t>І ніколи за це людство Піфагора не забуде.</w:t>
      </w:r>
    </w:p>
    <w:p>
      <w:r>
        <w:br/>
        <w:t>II</w:t>
      </w:r>
    </w:p>
    <w:p>
      <w:r>
        <w:br/>
        <w:t>Васька Перепелицю Піфагор цікавив постільки, поскільки треба було знати і вміти довести його теорему перед учителькою геометрії Вірою Іванівною.</w:t>
      </w:r>
    </w:p>
    <w:p>
      <w:r>
        <w:br/>
        <w:t>І все!</w:t>
      </w:r>
    </w:p>
    <w:p>
      <w:r>
        <w:br/>
        <w:t>Більше Піфагор аж ніяк Васька Перепелицю не цікавив, а — навпаки — непокоїв його.</w:t>
      </w:r>
    </w:p>
    <w:p>
      <w:r>
        <w:br/>
        <w:t>Та й справді: десь там аж на острові Самосі народився якийсь там Піфагор, вигадав аж у V столітті теорему, а ти тут страждай!</w:t>
      </w:r>
    </w:p>
    <w:p>
      <w:r>
        <w:br/>
        <w:t>Та ще й Віра Іванівна:</w:t>
      </w:r>
    </w:p>
    <w:p>
      <w:r>
        <w:br/>
        <w:t>— Ти, Перепелице, продивись Піфагорову теорему, та не один раз продивись, бо ось-ось екзамени! А ти не дуже, Васю, її знаєш!</w:t>
      </w:r>
    </w:p>
    <w:p>
      <w:r>
        <w:br/>
        <w:t>Добре говорити Вірі Іванівні — "продивись": що, вона, Віра Іванівна, центр нападу чи воротар?</w:t>
      </w:r>
    </w:p>
    <w:p>
      <w:r>
        <w:br/>
        <w:t>Що, їй. Вірі Іванівні, болить, що вчора футбольна команда з вулиці Чкалова забила команді, де грає Васько, три голи, а Васькова команда їм — нуль?</w:t>
      </w:r>
    </w:p>
    <w:p>
      <w:r>
        <w:br/>
        <w:t>3:0!!</w:t>
      </w:r>
    </w:p>
    <w:p>
      <w:r>
        <w:br/>
        <w:t>Жарти вам!</w:t>
      </w:r>
    </w:p>
    <w:p>
      <w:r>
        <w:br/>
        <w:t>Добрі мені жарти, коли капітан Васькової команди Вано Недоберидзе плакав!</w:t>
      </w:r>
    </w:p>
    <w:p>
      <w:r>
        <w:br/>
        <w:t>Чесне піонерське, отакими сльозами плакав.</w:t>
      </w:r>
    </w:p>
    <w:p>
      <w:r>
        <w:br/>
        <w:t>А потім одібрав у Рубена Амудар'яна, воротаря, бутси й крикнув:</w:t>
      </w:r>
    </w:p>
    <w:p>
      <w:r>
        <w:br/>
        <w:t>— Біжи додому в шкарпетках! Партач!</w:t>
      </w:r>
    </w:p>
    <w:p>
      <w:r>
        <w:br/>
        <w:t>— Холодно, Вано! Як я побіжу? Та й мама...</w:t>
      </w:r>
    </w:p>
    <w:p>
      <w:r>
        <w:br/>
        <w:t>— Що "холодно"?! Що "мама"?! А пропускати м'ячі не холодно?! А три — нуль — теж "мама"?!</w:t>
      </w:r>
    </w:p>
    <w:p>
      <w:r>
        <w:br/>
        <w:t>А Васькові Вано підніс під самісінький ніс кулака :</w:t>
      </w:r>
    </w:p>
    <w:p>
      <w:r>
        <w:br/>
        <w:t>— У штангу? Я тобі дам у штангу! Так коли Васькові, скажіть, будь ласка, робити оте саме "продивись"?</w:t>
      </w:r>
    </w:p>
    <w:p>
      <w:r>
        <w:br/>
        <w:t>Несправедлива Віра Іванівна!</w:t>
      </w:r>
    </w:p>
    <w:p>
      <w:r>
        <w:br/>
        <w:t>III</w:t>
      </w:r>
    </w:p>
    <w:p>
      <w:r>
        <w:br/>
        <w:t>Екзамени.</w:t>
      </w:r>
    </w:p>
    <w:p>
      <w:r>
        <w:br/>
        <w:t>Екзамени — річ серйозна. Кому хочеться дістати переекзаменовку на осінь, — ціле ж літо тоді нанівець піде!</w:t>
      </w:r>
    </w:p>
    <w:p>
      <w:r>
        <w:br/>
        <w:t>А як іще, крий доле, на другий рік залишишся?!</w:t>
      </w:r>
    </w:p>
    <w:p>
      <w:r>
        <w:br/>
        <w:t>А футбол хіба річ не серйозна? Кому хочеться діставати 3:0 на користь супротивника?!</w:t>
      </w:r>
    </w:p>
    <w:p>
      <w:r>
        <w:br/>
        <w:t>От і крутись! От і страждай!</w:t>
      </w:r>
    </w:p>
    <w:p>
      <w:r>
        <w:br/>
        <w:t>Дехто каже, що спочатку приготуй уроки, продивись вивчене, а потім і в футбол можна.</w:t>
      </w:r>
    </w:p>
    <w:p>
      <w:r>
        <w:br/>
        <w:t>Але це так говорять, мабуть, не футболісти.</w:t>
      </w:r>
    </w:p>
    <w:p>
      <w:r>
        <w:br/>
        <w:t>Хоч візьміть, приміром, Вано Недоберидзе, капітана футбольної команди: він і в футбол грає, і вчиться непогано. Якось так уміє...</w:t>
      </w:r>
    </w:p>
    <w:p>
      <w:r>
        <w:br/>
        <w:t>А у Васька так не виходить.</w:t>
      </w:r>
    </w:p>
    <w:p>
      <w:r>
        <w:br/>
        <w:t>Чому — він і сам не знає!</w:t>
      </w:r>
    </w:p>
    <w:p>
      <w:r>
        <w:br/>
        <w:t>Однаково ж він із Вано ніби й уроки готує... Тільки Вано спочатку вивчить уроки, а потім у футбол тренірується, а Васько спочатку тренірується у футбол, а потім учить уроки.</w:t>
      </w:r>
    </w:p>
    <w:p>
      <w:r>
        <w:br/>
        <w:t>А хіба це не все дно?</w:t>
      </w:r>
    </w:p>
    <w:p>
      <w:r>
        <w:br/>
        <w:t>Сама ж Віра Іванівна каже, що від зміни місця доданків сума не змінюється.</w:t>
      </w:r>
    </w:p>
    <w:p>
      <w:r>
        <w:br/>
        <w:t>Перед екзаменами Васько кріпко засумував.</w:t>
      </w:r>
    </w:p>
    <w:p>
      <w:r>
        <w:br/>
        <w:t>"Доведеться, мабуть, кинути футбол!" — подумав Васько.</w:t>
      </w:r>
    </w:p>
    <w:p>
      <w:r>
        <w:br/>
        <w:t>— Чого ти, Васю, такий сумний? — запитав його Рубен Амудар'ян.</w:t>
      </w:r>
    </w:p>
    <w:p>
      <w:r>
        <w:br/>
        <w:t>— Екзамени! Доведеться, мабуть, припинити футбол! За геометрію треба братися! Погано в мене, Рубене, з геометрією!</w:t>
      </w:r>
    </w:p>
    <w:p>
      <w:r>
        <w:br/>
        <w:t>— "Пифагоровьі штани на все стороньї равньї", — заспівав Рубен Амудар'ян.</w:t>
      </w:r>
    </w:p>
    <w:p>
      <w:r>
        <w:br/>
        <w:t>— Ти не смійся, Рубене, тут не до сміху. Віра Іванівна сказала, що, як не візьмусь за геометрію, може бути погано!</w:t>
      </w:r>
    </w:p>
    <w:p>
      <w:r>
        <w:br/>
        <w:t>— "Погано"! "Погано"! — перекривив Васька Рубен. — Що ти не знаєш, що робити? Ту ж саму Піфагорову теорему не можна хіба накреслити на долоні або на пальцях? Та й основні теореми теж сяк-так понамальовуємо. Я тобі перед екзаменами допоможу!</w:t>
      </w:r>
    </w:p>
    <w:p>
      <w:r>
        <w:br/>
        <w:t>Днів, мабуть, із сім сидів перед екзаменами Васько Перепелиця і все записував чорнильним олівцем не долонях і на обшлагах у сорочці теореми та аксіоми.</w:t>
      </w:r>
    </w:p>
    <w:p>
      <w:r>
        <w:br/>
        <w:t>Мало не всю геометрію за допомогою Рубена по списував та понакреслював.</w:t>
      </w:r>
    </w:p>
    <w:p>
      <w:r>
        <w:br/>
        <w:t>"Викручусь!" — думав собі Васько Перепелиця.</w:t>
      </w:r>
    </w:p>
    <w:p>
      <w:r>
        <w:br/>
        <w:t>Іде Васько Перепелиця на екзамен з геометрії.</w:t>
      </w:r>
    </w:p>
    <w:p>
      <w:r>
        <w:br/>
        <w:t>Боязко Васькові...</w:t>
      </w:r>
    </w:p>
    <w:p>
      <w:r>
        <w:br/>
        <w:t>Боязко, та, проте, він сам себе підбадьорює: "Те невже ж провалюсь? Все ж у мене списано".</w:t>
      </w:r>
    </w:p>
    <w:p>
      <w:r>
        <w:br/>
        <w:t>Треба ж було Рубенові взяти до школи футбольного м'яча, щоб після екзаменів зразу на майданчик — і в футбола!</w:t>
      </w:r>
    </w:p>
    <w:p>
      <w:r>
        <w:br/>
        <w:t>Раненько прийшли наші учні до школи, — екзамени ще за годину.</w:t>
      </w:r>
    </w:p>
    <w:p>
      <w:r>
        <w:br/>
        <w:t>— А давай ударимо, Васго, — крикнув Рубен і вдарив по м'ячу.</w:t>
      </w:r>
    </w:p>
    <w:p>
      <w:r>
        <w:br/>
        <w:t>Васько одбив. Підбігає ще кілька учнів. Літає м'яч по шкільному двору.</w:t>
      </w:r>
    </w:p>
    <w:p>
      <w:r>
        <w:br/>
        <w:t>От Рубен як ударить! Гарматний удар!</w:t>
      </w:r>
    </w:p>
    <w:p>
      <w:r>
        <w:br/>
        <w:t>Васько хотів перехопити м'яча, а він його по руках я-а-ак шарахне! Васько впав і руками в калюжу, підхопився, як глянув на руку, так і вмер...</w:t>
      </w:r>
    </w:p>
    <w:p>
      <w:r>
        <w:br/>
        <w:t>Руки — сині-сині, бо чорнильний олівець розлізся, ну, такі руки, хоч поодрубуй.</w:t>
      </w:r>
    </w:p>
    <w:p>
      <w:r>
        <w:br/>
        <w:t>А головне, м'ячем поперебивало усі перпендикуляри, поперемішувало катети з гіпотенузами, а з Піфагорової теореми наробило кваші.</w:t>
      </w:r>
    </w:p>
    <w:p>
      <w:r>
        <w:br/>
        <w:t>...Як увійшов Васько до класу, як подивилася Віра Іванівна на руки, покивала головою та й опустила в журналі проти прізвища Васі Перепелиці коротенький перпендикуляр... Одиницю!</w:t>
      </w:r>
    </w:p>
    <w:p>
      <w:r>
        <w:br/>
        <w:t>Навіть не екзаменувала.</w:t>
      </w:r>
    </w:p>
    <w:p>
      <w:r>
        <w:br/>
        <w:t>За те поставила, що хотів обдурити вчительку і цілу екзаменаційну комісію.</w:t>
      </w:r>
    </w:p>
    <w:p>
      <w:r>
        <w:br/>
        <w:t>Про-о-пало у Васька Перепелиці літо!</w:t>
      </w:r>
    </w:p>
    <w:p>
      <w:r>
        <w:br/>
        <w:t>1952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Геометрія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