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Гер переможений</w:t>
      </w:r>
    </w:p>
    <w:p>
      <w:r>
        <w:br/>
        <w:t xml:space="preserve"> &lt;p&gt;Полонені німці зводили цей квартал з любов’ю і розпачем. Спочатку вони тільки боялися, брутальна лайка зависала на вустах, коли охоронець чіплявся поглядом і байдуже погиркував: "Шнель, бидлота, шнель!" Вони не любили цей народ, не любили будинки, які мали тут поставити, але тільки-но звівся фундамент, як щось трапилося з кожною цеглиною: цеглини лагідно лягали в руки, не обривали м’язи і не дряпали шкіру, немовби розмовляли з полоненими про те, що цей будинок міг би бути їхнім, стояти на околиці Лейпціґа.</w:t>
      </w:r>
    </w:p>
    <w:p>
      <w:r>
        <w:br/>
        <w:t>Коли протала земля, Фрідріх скопав маленьку грядочку, обгородив її камінням і посіяв нагідки. Де він узяв те насіння, невідомо, але ми, діти, добре пам’ятаємо, як він клав між грудочками зернини, як потім притоптував їх і, повернувшись до нас, усміхався: "Гут… кіндер… гут". А коли німців повели у барак, ми розвоювали ту землицю, розкидали каміння, зробили з паличок хрест, зв’язали його травою і поставили на грядці. Уранці, коли їх вивели на роботу, ми ще спали, але навіть крізь сон я чула, як скреготіли в розчині лопати, як стукали дужками відра, як надсадно бухикав Фрідріх і гиркав охоронець.</w:t>
      </w:r>
    </w:p>
    <w:p>
      <w:r>
        <w:br/>
        <w:t>Місто давно не сердилося на німців, вдови жаліли їх і роздивлялися картки їхніх дружин та дітей, часом приносили щось із одягу — старий піджак або картуз, та ще варену картоплю, на що ті всміхалися, дякували, називаючи вдів "фрау".</w:t>
      </w:r>
    </w:p>
    <w:p>
      <w:r>
        <w:br/>
        <w:t>У Фрідріха теж була фотокартка двох дівчаток у білих сукенках і білих черевичках, він не раз нам тикав ту дивовижу, чи забувши, що ми вже бачили, а чи хотів похизуватися, які в нього чепурні діти. І ми у відповідь цілу весну і ціле літо топтали і розкидали його грядку, його маленьку державку в нашому злиденному місті. Він до того бридко кашляв, до того був худий, гнилозубий і брудний, що ми не могли його не дражнити. Ми любили ціляти в нього грудками, любили, коли він саджав нас на коліна та співав своїх дурних німецьких пісеньок.</w:t>
      </w:r>
    </w:p>
    <w:p>
      <w:r>
        <w:br/>
        <w:t>Під осінь німець уже не садив грядку, ходив, хитаючись, і харкав кров’ю. Охоронець замість "шнеляти" простягав йому цигарку і дозволяв лежати під стіною.</w:t>
      </w:r>
    </w:p>
    <w:p>
      <w:r>
        <w:br/>
        <w:t>Фрідріх робив тільки прикраси зі шматочків цегли — сонця і квіти, він чіпляв їх понад вікнами другого поверху, так що самотні жінки подовгу стояли, роздивлялися і навіть сплакували.</w:t>
      </w:r>
    </w:p>
    <w:p>
      <w:r>
        <w:br/>
        <w:t>Одного ранку його знайшли під стіною барака, де він стояв спиною до людей, понуривши голову.</w:t>
      </w:r>
    </w:p>
    <w:p>
      <w:r>
        <w:br/>
        <w:t>— Бидлота, тобі що — немає нужника? — гиркнув охоронець і тут же осікся: від шиї до коробки сіріла мотузка.</w:t>
      </w:r>
    </w:p>
    <w:p>
      <w:r>
        <w:br/>
        <w:t>Коли зняли його і взяли на руки, то здивувалися, що немає в ньому тіла. Його поховали за містом, укинувши в яму і навіть не насипавши горба.</w:t>
      </w:r>
    </w:p>
    <w:p>
      <w:r>
        <w:br/>
        <w:t>Осінь видалася теплою, в кінці листопада ми перейшли в новий дім. Якось посеред грудня я сиділа на вікні і раптом побачила квітку. Пролітав перший сніжок, а вона цвіла собі під вікном. Була велика і кошлата, не квітка, а півсоняха. Я одяглася, вискочила на подвір’я, простягла руку, щоб зірвати, і відсіпнула. Поруч з нагідкою стояв зроблений з паличок і зв’язаний нами хрест…</w:t>
      </w:r>
    </w:p>
    <w:p>
      <w:r>
        <w:br/>
        <w:t>Минуло півстоліття. За цей час у будинку не тріснула жодна стіна, не струхла і не всохла підлога. Якось син вирішив повісити на стіні поличку. Стіна не піддавалася дрилю, а потім дриль шурхнув у якийсь отвір. Коли вибили цеглину, вийняли з отвору рукавицю. В рукавиці лежала фотокартка двох дівчаток у білих сукенках. Дриль пошкодив їм черевички, але дівчатка дивилися на нас, мов живі, і запитували:</w:t>
      </w:r>
    </w:p>
    <w:p>
      <w:r>
        <w:br/>
        <w:t>— Ви не знаєте, де наш тато?..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Гер переможений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