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Гімн труду і сонцю</w:t>
      </w:r>
    </w:p>
    <w:p>
      <w:r>
        <w:br/>
        <w:t xml:space="preserve"> 1</w:t>
      </w:r>
    </w:p>
    <w:p>
      <w:r>
        <w:br/>
        <w:t>Як гордий соняшник, самого сонця син,&lt;br /&gt;</w:t>
        <w:br/>
        <w:t>Лише до нього вид обертає квітущий,&lt;br /&gt;</w:t>
        <w:br/>
        <w:t>Так ти, обернений до майбуття годин,&lt;br /&gt;</w:t>
        <w:br/>
        <w:t>Ніде й ні перед ким не гнеш своїх колін</w:t>
      </w:r>
    </w:p>
    <w:p>
      <w:r>
        <w:br/>
        <w:t>I знаєш: вічний ти, а все скороминуще.&lt;br /&gt;</w:t>
        <w:br/>
        <w:t>Ти в простім одязі. Не пурпур, не єдваб&lt;br /&gt;</w:t>
        <w:br/>
        <w:t>Тіл зделікачених, знесилених оздоби,-&lt;br /&gt;</w:t>
        <w:br/>
        <w:t>Ні: блуза, що одна привабити могла б&lt;br /&gt;</w:t>
        <w:br/>
        <w:t>Свободу-дiвчину, кому король і раб-&lt;br /&gt;</w:t>
        <w:br/>
        <w:t>Два різні вияви єдиної хвороби.</w:t>
      </w:r>
    </w:p>
    <w:p>
      <w:r>
        <w:br/>
        <w:t>Не шабля і не спис, а молот і терпуг,&lt;br /&gt;</w:t>
        <w:br/>
        <w:t>Не мрія, а ява, не порив, а потреба:&lt;br /&gt;</w:t>
        <w:br/>
        <w:t>Із темних брил життя ти силою напруг&lt;br /&gt;</w:t>
        <w:br/>
        <w:t>Витісуєш Нове — і синій виднокруг&lt;br /&gt;</w:t>
        <w:br/>
        <w:t>Обійми розкрива скорителеві неба.</w:t>
      </w:r>
    </w:p>
    <w:p>
      <w:r>
        <w:br/>
        <w:t>2</w:t>
      </w:r>
    </w:p>
    <w:p>
      <w:r>
        <w:br/>
        <w:t>Гнуться присмерки віджилі&lt;br /&gt;</w:t>
        <w:br/>
        <w:t>Перед сонячним життям,&lt;br /&gt;</w:t>
        <w:br/>
        <w:t>Срібне полум'я флотилій&lt;br /&gt;</w:t>
        <w:br/>
        <w:t>Крає груди небесам.</w:t>
      </w:r>
    </w:p>
    <w:p>
      <w:r>
        <w:br/>
        <w:t>Грім, ухоплений рукою,&lt;br /&gt;</w:t>
        <w:br/>
        <w:t>Світить далі голубій.&lt;br /&gt;</w:t>
        <w:br/>
        <w:t>Геть, уславлений спокою!&lt;br /&gt;</w:t>
        <w:br/>
        <w:t>Ми в труді, у боротьбі!</w:t>
      </w:r>
    </w:p>
    <w:p>
      <w:r>
        <w:br/>
        <w:t>Для нового Прометея&lt;br /&gt;</w:t>
        <w:br/>
        <w:t>Твій огонь не згас у млії&lt;br /&gt;</w:t>
        <w:br/>
        <w:t>П'ятикутною зорею&lt;br /&gt;</w:t>
        <w:br/>
        <w:t>Сяє сонце на землі.</w:t>
      </w:r>
    </w:p>
    <w:p>
      <w:r>
        <w:br/>
        <w:t>3</w:t>
      </w:r>
    </w:p>
    <w:p>
      <w:r>
        <w:br/>
        <w:t>Усе злічити й скерувати,&lt;br /&gt;</w:t>
        <w:br/>
        <w:t>Узяти небо в береги,&lt;br /&gt;</w:t>
        <w:br/>
        <w:t>І перетяти світ проклятий&lt;br /&gt;</w:t>
        <w:br/>
        <w:t>Промінням волі і жаги,</w:t>
      </w:r>
    </w:p>
    <w:p>
      <w:r>
        <w:br/>
        <w:t>У праці, в муці стиснуть зуби,&lt;br /&gt;</w:t>
        <w:br/>
        <w:t>В боях устоять, як граніт...&lt;br /&gt;</w:t>
        <w:br/>
        <w:t>Ну, справді, що нам до Гекуби,&lt;br /&gt;</w:t>
        <w:br/>
        <w:t>Як ми новий створили світ?</w:t>
      </w:r>
    </w:p>
    <w:p>
      <w:r>
        <w:br/>
        <w:t>4</w:t>
      </w:r>
    </w:p>
    <w:p>
      <w:r>
        <w:br/>
        <w:t>Міцних, вузлуватих, потрісканих рук&lt;br /&gt;</w:t>
        <w:br/>
        <w:t>Не спинить ні гамір, ні гомін, ні стук,&lt;br /&gt;</w:t>
        <w:br/>
        <w:t>Зловісні примари очей не вжахнуть,&lt;br /&gt;</w:t>
        <w:br/>
        <w:t>Бо видиться ясно ясна для них путь.</w:t>
      </w:r>
    </w:p>
    <w:p>
      <w:r>
        <w:br/>
        <w:t>Ці руки — ти бачиш? — цих рук міліон.&lt;br /&gt;</w:t>
        <w:br/>
        <w:t>Ці руки — за троном хитається трон,&lt;br /&gt;</w:t>
        <w:br/>
        <w:t>Ці очі по кроку вимірюють крок,&lt;br /&gt;</w:t>
        <w:br/>
        <w:t>І падають мури, як жовтий пісок.</w:t>
      </w:r>
    </w:p>
    <w:p>
      <w:r>
        <w:br/>
        <w:t>Де сон староденний, мов крига, застиг,&lt;br /&gt;</w:t>
        <w:br/>
        <w:t>Творці вибиваються з темних кормиг.&lt;br /&gt;</w:t>
        <w:br/>
        <w:t>'У світі найкраще — визволення крик.&lt;br /&gt;</w:t>
        <w:br/>
        <w:t>Мільйони трудящих-один робітник.</w:t>
      </w:r>
    </w:p>
    <w:p>
      <w:r>
        <w:br/>
        <w:t>1931-1932 pp.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Гімн труду і сонцю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