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Горобець</w:t>
      </w:r>
    </w:p>
    <w:p>
      <w:r>
        <w:br/>
        <w:t xml:space="preserve"> ГОРОБЕЦЬ&lt;br /&gt;</w:t>
        <w:br/>
        <w:t>(Поема)&lt;br /&gt;</w:t>
        <w:br/>
        <w:t>І</w:t>
      </w:r>
    </w:p>
    <w:p>
      <w:r>
        <w:br/>
        <w:t>Я в грозі. Круг мене злива...&lt;br /&gt;</w:t>
        <w:br/>
        <w:t>Хмари, вітер і огні...&lt;br /&gt;</w:t>
        <w:br/>
        <w:t>І печально, і щасливо&lt;br /&gt;</w:t>
        <w:br/>
        <w:t>в ці хвилини жить мені.&lt;br /&gt;</w:t>
        <w:br/>
        <w:t>Люди добрі, подивіться...&lt;br /&gt;</w:t>
        <w:br/>
        <w:t>Що за штука, що за чудь.&lt;br /&gt;</w:t>
        <w:br/>
        <w:t>Важко непманки синиці&lt;br /&gt;</w:t>
        <w:br/>
        <w:t>у манто шумлять, ідуть.&lt;br /&gt;</w:t>
        <w:br/>
        <w:t>Ось горобчик. Серце мліє...&lt;br /&gt;</w:t>
        <w:br/>
        <w:t>В нього джимі золоті,&lt;br /&gt;</w:t>
        <w:br/>
        <w:t>під крилом портфель чорніє&lt;br /&gt;</w:t>
        <w:br/>
        <w:t>і пропелер у хвості.&lt;br /&gt;</w:t>
        <w:br/>
        <w:t>Що для нього сум і горе&lt;br /&gt;</w:t>
        <w:br/>
        <w:t>і непманія оця, —&lt;br /&gt;</w:t>
        <w:br/>
        <w:t>крізь пенсне горять, як зорі,&lt;br /&gt;</w:t>
        <w:br/>
        <w:t>чорні очі горобця.&lt;br /&gt;</w:t>
        <w:br/>
        <w:t>Та життя у громі й леті&lt;br /&gt;</w:t>
        <w:br/>
        <w:t>направля на інший тон&lt;br /&gt;</w:t>
        <w:br/>
        <w:t>у червоному кашкеті&lt;br /&gt;</w:t>
        <w:br/>
        <w:t>на посту кулик-мільтон.&lt;br /&gt;</w:t>
        <w:br/>
        <w:t>Тому крикне, тому гляне,&lt;br /&gt;</w:t>
        <w:br/>
        <w:t>тому паличкою хить.&lt;br /&gt;</w:t>
        <w:br/>
        <w:t>У чоботях, при нагані,&lt;br /&gt;</w:t>
        <w:br/>
        <w:t>наче лялька, він стоїть.</w:t>
      </w:r>
    </w:p>
    <w:p>
      <w:r>
        <w:br/>
        <w:t>II</w:t>
      </w:r>
    </w:p>
    <w:p>
      <w:r>
        <w:br/>
        <w:t>На півдні десь і рифи, й друзи,&lt;br /&gt;</w:t>
        <w:br/>
        <w:t>і хтось комусь кричить: "Кінець.&lt;br /&gt;</w:t>
        <w:br/>
        <w:t>А за столом у колі друзів&lt;br /&gt;</w:t>
        <w:br/>
        <w:t>сидить редактор горобець.&lt;br /&gt;</w:t>
        <w:br/>
        <w:t>Чого він тут, я й сам не знаю,&lt;br /&gt;</w:t>
        <w:br/>
        <w:t>бо в голові йому теє...&lt;br /&gt;</w:t>
        <w:br/>
        <w:t>Він чай спокійно попиває&lt;br /&gt;</w:t>
        <w:br/>
        <w:t>і заїдає монпансьє.&lt;br /&gt;</w:t>
        <w:br/>
        <w:t>Для нього ми — йолопи, свині,&lt;br /&gt;</w:t>
        <w:br/>
        <w:t>ще азіятчина у нас...&lt;br /&gt;</w:t>
        <w:br/>
        <w:t>Він був два роки у Берліні&lt;br /&gt;</w:t>
        <w:br/>
        <w:t>і зна дві слові: вас іст дас.&lt;br /&gt;</w:t>
        <w:br/>
        <w:t>О горобець... Ти всім немилий...&lt;br /&gt;</w:t>
        <w:br/>
        <w:t>Це помилково в дні нові&lt;br /&gt;</w:t>
        <w:br/>
        <w:t>оцю газету доручили&lt;br /&gt;</w:t>
        <w:br/>
        <w:t>твоїй порожній голові.&lt;br /&gt;</w:t>
        <w:br/>
        <w:t>Все місто — зави, поми, зами,&lt;br /&gt;</w:t>
        <w:br/>
        <w:t>радянських баришень рої...&lt;br /&gt;</w:t>
        <w:br/>
        <w:t>І заливаються сльозами&lt;br /&gt;</w:t>
        <w:br/>
        <w:t>в пивних поети солов'ї...</w:t>
      </w:r>
    </w:p>
    <w:p>
      <w:r>
        <w:br/>
        <w:t>III</w:t>
      </w:r>
    </w:p>
    <w:p>
      <w:r>
        <w:br/>
        <w:t>Ідуть колони... Любі братця...&lt;br /&gt;</w:t>
        <w:br/>
        <w:t>А поруч, гляньте, що за грець...&lt;br /&gt;</w:t>
        <w:br/>
        <w:t>На закордонній самокатці&lt;br /&gt;</w:t>
        <w:br/>
        <w:t>везе дитину горобець.&lt;br /&gt;</w:t>
        <w:br/>
        <w:t>Іду дорогою сумною,&lt;br /&gt;</w:t>
        <w:br/>
        <w:t>нема дорозі тій кінця...&lt;br /&gt;</w:t>
        <w:br/>
        <w:t>І хочу вдарить я ногою&lt;br /&gt;</w:t>
        <w:br/>
        <w:t>в чванливе пузо горобця.&lt;br /&gt;</w:t>
        <w:br/>
        <w:t>[1926]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