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і на міт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і на міт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