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Готичні смереки над банями буків...</w:t>
      </w:r>
    </w:p>
    <w:p>
      <w:r>
        <w:br/>
        <w:t xml:space="preserve"> Готичні смереки над банями буків,&lt;br /&gt;</w:t>
        <w:br/>
        <w:t>гаркаві громи над країною крон.&lt;br /&gt;</w:t>
        <w:br/>
        <w:t>Ночей чорнокнижжя читаю по буквах,&lt;br /&gt;</w:t>
        <w:br/>
        <w:t>і сплю, прочитавши собі Оріон.</w:t>
      </w:r>
    </w:p>
    <w:p>
      <w:r>
        <w:br/>
        <w:t>А вранці повстану. Обуренням серця,&lt;br /&gt;</w:t>
        <w:br/>
        <w:t>веселим азартом очей і ума.&lt;br /&gt;</w:t>
        <w:br/>
        <w:t>На вікнах розсиплеться сонячне скерцо&lt;br /&gt;</w:t>
        <w:br/>
        <w:t>і рух засміється над скрипом гальма.</w:t>
      </w:r>
    </w:p>
    <w:p>
      <w:r>
        <w:br/>
        <w:t>Обридли відьомскі шабаші фікцій&lt;br /&gt;</w:t>
        <w:br/>
        <w:t>і ця конфіскація душ під гармонь.&lt;br /&gt;</w:t>
        <w:br/>
        <w:t>І хочеться часом в двадцятому віці&lt;br /&gt;</w:t>
        <w:br/>
        <w:t>забитись в печеру і няньчить вогонь.</w:t>
      </w:r>
    </w:p>
    <w:p>
      <w:r>
        <w:br/>
        <w:t>Свободи предтеча — розхристана втеча&lt;br /&gt;</w:t>
        <w:br/>
        <w:t>з мурованих дум у мандруючий дим.&lt;br /&gt;</w:t>
        <w:br/>
        <w:t>Дзвенить ручаїв стрімголова малеча&lt;br /&gt;</w:t>
        <w:br/>
        <w:t>блакитною кров'ю камінних глибин.</w:t>
      </w:r>
    </w:p>
    <w:p>
      <w:r>
        <w:br/>
        <w:t>Світанки мої у смарагдовій ворсі&lt;br /&gt;</w:t>
        <w:br/>
        <w:t>над кумканням всіх ропухатих дрібниць —&lt;br /&gt;</w:t>
        <w:br/>
        <w:t>готика самотності, готика суворості,&lt;br /&gt;</w:t>
        <w:br/>
        <w:t>рубінові розсипища суниць…</w:t>
      </w:r>
    </w:p>
    <w:p>
      <w:r>
        <w:br/>
        <w:t>Отут я стою під замисленим небом&lt;br /&gt;</w:t>
        <w:br/>
        <w:t>на чорних вітрах світових веремій,&lt;br /&gt;</w:t>
        <w:br/>
        <w:t>і в сутичці вічній святого з ганебним&lt;br /&gt;</w:t>
        <w:br/>
        <w:t>світлішає розум зацькований мій.</w:t>
      </w:r>
    </w:p>
    <w:p>
      <w:r>
        <w:br/>
        <w:t>Болять дисонанси. Сумують симфонії.&lt;br /&gt;</w:t>
        <w:br/>
        <w:t>Пручаються ноти в розпечений залп.&lt;br /&gt;</w:t>
        <w:br/>
        <w:t>Будую мовчання, як зал філармонії.&lt;br /&gt;</w:t>
        <w:br/>
        <w:t>Колонний безсонний смерековий зал.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Готичні смереки над банями буків...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