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 Нулін</w:t>
      </w:r>
    </w:p>
    <w:p>
      <w:r>
        <w:br/>
        <w:t xml:space="preserve"> На влови час! Ріжки сурмлять;&lt;br /&gt;</w:t>
        <w:br/>
        <w:t>Псарі сідлають вірні коні&lt;br /&gt;</w:t>
        <w:br/>
        <w:t>І в сідлах з досвіту сидять;&lt;br /&gt;</w:t>
        <w:br/>
        <w:t>Хорти стрибають на припоні.&lt;br /&gt;</w:t>
        <w:br/>
        <w:t>Та от виходить пан у двір,&lt;br /&gt;</w:t>
        <w:br/>
        <w:t>У боки взявшись, поглядає;&lt;br /&gt;</w:t>
        <w:br/>
        <w:t>Він задоволений, і зір&lt;br /&gt;</w:t>
        <w:br/>
        <w:t>Поважністю приємно сяє.&lt;br /&gt;</w:t>
        <w:br/>
        <w:t>Чекмінь затягнутий на нім,&lt;br /&gt;</w:t>
        <w:br/>
        <w:t>Кинджал за поясом тугим,&lt;br /&gt;</w:t>
        <w:br/>
        <w:t>І фляжка з ромом дорогим,&lt;br /&gt;</w:t>
        <w:br/>
        <w:t>І ріг на ланцюжку дзвінкому.&lt;br /&gt;</w:t>
        <w:br/>
        <w:t>В чіпці легенькому, нічному&lt;br /&gt;</w:t>
        <w:br/>
        <w:t>Очима сонними жона&lt;br /&gt;</w:t>
        <w:br/>
        <w:t>Сердито дивиться з вікна&lt;br /&gt;</w:t>
        <w:br/>
        <w:t>На збір, на псарну цю тривогу.&lt;br /&gt;</w:t>
        <w:br/>
        <w:t>До пана підвели коня,&lt;br /&gt;</w:t>
        <w:br/>
        <w:t>Він чолку — хоп, в стремена ногу,&lt;br /&gt;</w:t>
        <w:br/>
        <w:t>Кричить: не скоро буду я! —&lt;br /&gt;</w:t>
        <w:br/>
        <w:t>І виїжджає на дорогу.</w:t>
      </w:r>
    </w:p>
    <w:p>
      <w:r>
        <w:br/>
        <w:t>Останнє вересня число&lt;br /&gt;</w:t>
        <w:br/>
        <w:t>(У прозі кажучи). Село&lt;br /&gt;</w:t>
        <w:br/>
        <w:t>Нудьгує, грязь, дощі, негода,&lt;br /&gt;</w:t>
        <w:br/>
        <w:t>Осінній вітер, мокрий сніг,&lt;br /&gt;</w:t>
        <w:br/>
        <w:t>Виття вовків. Та насолода&lt;br /&gt;</w:t>
        <w:br/>
        <w:t>Мисливцеві! Узявши ріг,&lt;br /&gt;</w:t>
        <w:br/>
        <w:t>В далекім полі він гарцює,&lt;br /&gt;</w:t>
        <w:br/>
        <w:t>Знаходить скрізь собі нічліг,&lt;br /&gt;</w:t>
        <w:br/>
        <w:t>Бушує, мокне і святкує&lt;br /&gt;</w:t>
        <w:br/>
        <w:t>Свій опустошливий набіг.</w:t>
      </w:r>
    </w:p>
    <w:p>
      <w:r>
        <w:br/>
        <w:t>Та що ж робить його дружині&lt;br /&gt;</w:t>
        <w:br/>
        <w:t>Без мужа о такій годині?&lt;br /&gt;</w:t>
        <w:br/>
        <w:t>Нема їй часу для журби:&lt;br /&gt;</w:t>
        <w:br/>
        <w:t>Гусей корми, соли гриби,&lt;br /&gt;</w:t>
        <w:br/>
        <w:t>Обіди замовляй, вечері —&lt;br /&gt;</w:t>
        <w:br/>
        <w:t>От праця наших милих дам!&lt;br /&gt;</w:t>
        <w:br/>
        <w:t>В комору, в льох заглянь у двері, —&lt;br /&gt;</w:t>
        <w:br/>
        <w:t>Потрібен зір хазяйки й там.</w:t>
      </w:r>
    </w:p>
    <w:p>
      <w:r>
        <w:br/>
        <w:t>Читачу, героїня наша&lt;br /&gt;</w:t>
        <w:br/>
        <w:t>(Ой, я забув їй дать ім'я!&lt;br /&gt;</w:t>
        <w:br/>
        <w:t>Муж просто звав її Наташа,&lt;br /&gt;</w:t>
        <w:br/>
        <w:t>Та буду величати я&lt;br /&gt;</w:t>
        <w:br/>
        <w:t>Наталя Павлівна), зазначу,&lt;br /&gt;</w:t>
        <w:br/>
        <w:t>Вона виховувалась так,&lt;br /&gt;</w:t>
        <w:br/>
        <w:t>Що господарством, мій читачу,&lt;br /&gt;</w:t>
        <w:br/>
        <w:t>Не турбувалася ніяк,&lt;br /&gt;</w:t>
        <w:br/>
        <w:t>Бо не у батьківськім законі&lt;br /&gt;</w:t>
        <w:br/>
        <w:t>Вона розквітла і зросла,&lt;br /&gt;</w:t>
        <w:br/>
        <w:t>А в благороднім пансіоні&lt;br /&gt;</w:t>
        <w:br/>
        <w:t>У емігрантки Фальбала.</w:t>
      </w:r>
    </w:p>
    <w:p>
      <w:r>
        <w:br/>
        <w:t>Вона сидить перед вікном;&lt;br /&gt;</w:t>
        <w:br/>
        <w:t>Розгорнуто четвертий том&lt;br /&gt;</w:t>
        <w:br/>
        <w:t>Сентиментального романа;&lt;br /&gt;</w:t>
        <w:br/>
        <w:t>Любов Елізи і Армана,&lt;br /&gt;</w:t>
        <w:br/>
        <w:t>Чи листування двох родин—&lt;br /&gt;</w:t>
        <w:br/>
        <w:t>Роман класичний, старовинний,&lt;br /&gt;</w:t>
        <w:br/>
        <w:t>Без краю довгий, доброчинний,&lt;br /&gt;</w:t>
        <w:br/>
        <w:t>Нічим від інших не відмінний,&lt;br /&gt;</w:t>
        <w:br/>
        <w:t>Без романтичних крутанин.</w:t>
      </w:r>
    </w:p>
    <w:p>
      <w:r>
        <w:br/>
        <w:t>До романтизму не прихильна,&lt;br /&gt;</w:t>
        <w:br/>
        <w:t>Вона його читала пильно,&lt;br /&gt;</w:t>
        <w:br/>
        <w:t>Та ось розважилась вона,&lt;br /&gt;</w:t>
        <w:br/>
        <w:t>Побачивши картину бою&lt;br /&gt;</w:t>
        <w:br/>
        <w:t>Козла з собакою двірською&lt;br /&gt;</w:t>
        <w:br/>
        <w:t>І посміхалася з вікна.&lt;br /&gt;</w:t>
        <w:br/>
        <w:t>Навколо хлопці реготали;&lt;br /&gt;</w:t>
        <w:br/>
        <w:t>Тимчасом, з виглядом сумним,&lt;br /&gt;</w:t>
        <w:br/>
        <w:t>Індички ситі виступали&lt;br /&gt;</w:t>
        <w:br/>
        <w:t>З індиком, мокрим і брудним;&lt;br /&gt;</w:t>
        <w:br/>
        <w:t>Три качки плюскались в калюжі;&lt;br /&gt;</w:t>
        <w:br/>
        <w:t>Йшла молодиця через двір&lt;br /&gt;</w:t>
        <w:br/>
        <w:t>Білизну вішать; ніжний зір&lt;br /&gt;</w:t>
        <w:br/>
        <w:t>На всьому зупинявсь байдуже.&lt;br /&gt;</w:t>
        <w:br/>
        <w:t>Здавалось, сніг піти хотів...&lt;br /&gt;</w:t>
        <w:br/>
        <w:t>Аж раптом дзвоник забринів.</w:t>
      </w:r>
    </w:p>
    <w:p>
      <w:r>
        <w:br/>
        <w:t>Хто в глушині прожив багато,&lt;br /&gt;</w:t>
        <w:br/>
        <w:t>Той безперечно знає сам,&lt;br /&gt;</w:t>
        <w:br/>
        <w:t>Чому дзвіночка вість крилата&lt;br /&gt;</w:t>
        <w:br/>
        <w:t>Хвилює часом серце нам.&lt;br /&gt;</w:t>
        <w:br/>
        <w:t>Це, може, їде запізнілий&lt;br /&gt;</w:t>
        <w:br/>
        <w:t>Друг юності, товариш милий?..&lt;br /&gt;</w:t>
        <w:br/>
        <w:t>О боже мій!.. Чи не вона?..&lt;br /&gt;</w:t>
        <w:br/>
        <w:t>Ось ближче, ближче. Серце б'ється.&lt;br /&gt;</w:t>
        <w:br/>
        <w:t>Та звук все далі віддається...&lt;br /&gt;</w:t>
        <w:br/>
        <w:t>І змовкла у полях луна.</w:t>
      </w:r>
    </w:p>
    <w:p>
      <w:r>
        <w:br/>
        <w:t>От господиня до балкону&lt;br /&gt;</w:t>
        <w:br/>
        <w:t>Біжить, зрадівши тому дзвону,&lt;br /&gt;</w:t>
        <w:br/>
        <w:t>І дивиться: із-за млина&lt;br /&gt;</w:t>
        <w:br/>
        <w:t>Коляса їде — о, неначе&lt;br /&gt;</w:t>
        <w:br/>
        <w:t>Сюди вона... звернула... ні,&lt;br /&gt;</w:t>
        <w:br/>
        <w:t>Ще мить і зникне вдалині.&lt;br /&gt;</w:t>
        <w:br/>
        <w:t>Красуня ледве не заплаче.</w:t>
      </w:r>
    </w:p>
    <w:p>
      <w:r>
        <w:br/>
        <w:t>Та вмить... о радість! косогір:&lt;br /&gt;</w:t>
        <w:br/>
        <w:t>Коляса набік. — Філько! Гришо!&lt;br /&gt;</w:t>
        <w:br/>
        <w:t>Біжіть до брички, та скоріше!&lt;br /&gt;</w:t>
        <w:br/>
        <w:t>Везіть її мерщій у двір!&lt;br /&gt;</w:t>
        <w:br/>
        <w:t>Просіть же пана у кімнати!&lt;br /&gt;</w:t>
        <w:br/>
        <w:t>Та чи живий?.. біжи Спитати!&lt;br /&gt;</w:t>
        <w:br/>
        <w:t>Жвавіше!&lt;br /&gt;</w:t>
        <w:br/>
        <w:t>І служник біжить.&lt;br /&gt;</w:t>
        <w:br/>
        <w:t>Наталя Павлівна умить&lt;br /&gt;</w:t>
        <w:br/>
        <w:t>Шаль найдорожчу одягає,&lt;br /&gt;</w:t>
        <w:br/>
        <w:t>Завісу хутко запинає&lt;br /&gt;</w:t>
        <w:br/>
        <w:t>І кучерявить локон свій,&lt;br /&gt;</w:t>
        <w:br/>
        <w:t>І жде: коли ж, о боже мій!&lt;br /&gt;</w:t>
        <w:br/>
        <w:t>Забризканий в глухій Дорозі,&lt;br /&gt;</w:t>
        <w:br/>
        <w:t>Сумний, поранений на розі&lt;br /&gt;</w:t>
        <w:br/>
        <w:t>Так-сяк чвалає екіпаж;&lt;br /&gt;</w:t>
        <w:br/>
        <w:t>Пан молодий услід кульгає;&lt;br /&gt;</w:t>
        <w:br/>
        <w:t>Слуга-француз журби не знає,&lt;br /&gt;</w:t>
        <w:br/>
        <w:t>Говорячи: Allons, courage! ( Вперед, сміливіш!)&lt;br /&gt;</w:t>
        <w:br/>
        <w:t>Ось біля ґанку; в сіни входять,&lt;br /&gt;</w:t>
        <w:br/>
        <w:t>І через декілька хвилин&lt;br /&gt;</w:t>
        <w:br/>
        <w:t>Кімнату панові відводять&lt;br /&gt;</w:t>
        <w:br/>
        <w:t>І двері відчиняють. Він&lt;br /&gt;</w:t>
        <w:br/>
        <w:t>Вже одягатися бажає.&lt;br /&gt;</w:t>
        <w:br/>
        <w:t>Picard клопочеться, літає.&lt;br /&gt;</w:t>
        <w:br/>
        <w:t>Хто він? Я вам не розповів?&lt;br /&gt;</w:t>
        <w:br/>
        <w:t>Граф Нулін це, з чужих країв,&lt;br /&gt;</w:t>
        <w:br/>
        <w:t>Де він, як знаємо ми з чутки,&lt;br /&gt;</w:t>
        <w:br/>
        <w:t>Майбутні гайнував прибутки.&lt;br /&gt;</w:t>
        <w:br/>
        <w:t>Паризьких сповнений новин,&lt;br /&gt;</w:t>
        <w:br/>
        <w:t>До Петербурга їде він;&lt;br /&gt;</w:t>
        <w:br/>
        <w:t>Везе він фраки і жилети,&lt;br /&gt;</w:t>
        <w:br/>
        <w:t>Плащі, капелюші, корсети,&lt;br /&gt;</w:t>
        <w:br/>
        <w:t>Чарівні запонки, лорнети,&lt;br /&gt;</w:t>
        <w:br/>
        <w:t>Панчохи дорогі a jour,(ажурні)&lt;br /&gt;</w:t>
        <w:br/>
        <w:t>Жахливу книжечку Гізота&lt;br /&gt;</w:t>
        <w:br/>
        <w:t>І зошит злих карикатур,&lt;br /&gt;</w:t>
        <w:br/>
        <w:t>Роман новенький Вальтер-Скотта,&lt;br /&gt;</w:t>
        <w:br/>
        <w:t>Bons-mots паризького двора, (Гострі словечки)&lt;br /&gt;</w:t>
        <w:br/>
        <w:t>Останню пісню Беранжера,&lt;br /&gt;</w:t>
        <w:br/>
        <w:t>Мелодії Россіні, Пера,&lt;br /&gt;</w:t>
        <w:br/>
        <w:t>Et cetera, et cetera. (І так далі, і так далі.)</w:t>
      </w:r>
    </w:p>
    <w:p>
      <w:r>
        <w:br/>
        <w:t>Вже стіл застелено; пора;&lt;br /&gt;</w:t>
        <w:br/>
        <w:t>Хазяйка жде нетерпеливо;&lt;br /&gt;</w:t>
        <w:br/>
        <w:t>Відкрились двері, Нулін мій&lt;br /&gt;</w:t>
        <w:br/>
        <w:t>Ввійшов і кланяється їй,&lt;br /&gt;</w:t>
        <w:br/>
        <w:t>Вона питається зичливо:&lt;br /&gt;</w:t>
        <w:br/>
        <w:t>"Нога болить ще?" — "Не біда",—&lt;br /&gt;</w:t>
        <w:br/>
        <w:t>Хазяйці граф відповіла.&lt;br /&gt;</w:t>
        <w:br/>
        <w:t>Ідуть за стіл, і граф сідає,&lt;br /&gt;</w:t>
        <w:br/>
        <w:t>Під ложок і виделок дзвін&lt;br /&gt;</w:t>
        <w:br/>
        <w:t>Розмову починає він:&lt;br /&gt;</w:t>
        <w:br/>
        <w:t>Росію ганить і не знає,&lt;br /&gt;</w:t>
        <w:br/>
        <w:t>Як можна жить в її снігах,&lt;br /&gt;</w:t>
        <w:br/>
        <w:t>Жалкує за Парижем — страх.&lt;br /&gt;</w:t>
        <w:br/>
        <w:t>"А що театр?" — "О, сиротіє,&lt;br /&gt;</w:t>
        <w:br/>
        <w:t>C'est bien mauvais, са fait pitie.(Дуже погано, саме убозтво)&lt;br /&gt;</w:t>
        <w:br/>
        <w:t>I на Тальму нема надії,&lt;br /&gt;</w:t>
        <w:br/>
        <w:t>І мамзель Марс, на жаль, старіє,&lt;br /&gt;</w:t>
        <w:br/>
        <w:t>Але Потьє, le grand Potier! (Великий Потьє)&lt;br /&gt;</w:t>
        <w:br/>
        <w:t>Колишню славу у народі&lt;br /&gt;</w:t>
        <w:br/>
        <w:t>Підтримує і досі він".&lt;br /&gt;</w:t>
        <w:br/>
        <w:t>"Який письменник там у моді?"&lt;br /&gt;</w:t>
        <w:br/>
        <w:t>"Все d’Arlincourt і Ламартін".&lt;br /&gt;</w:t>
        <w:br/>
        <w:t>"В нас теж наслідують їх твори".&lt;br /&gt;</w:t>
        <w:br/>
        <w:t>"І недаремно, я додам,—&lt;br /&gt;</w:t>
        <w:br/>
        <w:t>Граф каже, жвавий та бадьорий. —&lt;br /&gt;</w:t>
        <w:br/>
        <w:t>Дай боже просвітитись нам!"&lt;br /&gt;</w:t>
        <w:br/>
        <w:t>"Як талії в Парижі носять?"&lt;br /&gt;</w:t>
        <w:br/>
        <w:t>"О, дуже низько... майже так,&lt;br /&gt;</w:t>
        <w:br/>
        <w:t>Там кожен має добрий смак.&lt;br /&gt;</w:t>
        <w:br/>
        <w:t>Тут банти, а мережка як?&lt;br /&gt;</w:t>
        <w:br/>
        <w:t>У вас пошито модно досить".&lt;br /&gt;</w:t>
        <w:br/>
        <w:t>"Нам надсилають Телеграф".&lt;br /&gt;</w:t>
        <w:br/>
        <w:t>"Відомі вам останні вісті?"&lt;br /&gt;</w:t>
        <w:br/>
        <w:t>Вже й водевіль співає граф&lt;br /&gt;</w:t>
        <w:br/>
        <w:t>Хазяйці. "Графе, треба ж їсти!"&lt;br /&gt;</w:t>
        <w:br/>
        <w:t>"Спасибі".&lt;br /&gt;</w:t>
        <w:br/>
        <w:t>З ранку ще сумна,&lt;br /&gt;</w:t>
        <w:br/>
        <w:t>Розвеселилась надзвичайно&lt;br /&gt;</w:t>
        <w:br/>
        <w:t>Мисливця нашого жона;&lt;br /&gt;</w:t>
        <w:br/>
        <w:t>Блискучий граф міркує тайно,&lt;br /&gt;</w:t>
        <w:br/>
        <w:t>Яка приваблива вона.&lt;br /&gt;</w:t>
        <w:br/>
        <w:t>В розмові вечір пролітає,&lt;br /&gt;</w:t>
        <w:br/>
        <w:t>Граф сам не свій; хазяйка зір&lt;br /&gt;</w:t>
        <w:br/>
        <w:t>На нього з усміхом звертає&lt;br /&gt;</w:t>
        <w:br/>
        <w:t>І знов байдуже опускає.&lt;br /&gt;</w:t>
        <w:br/>
        <w:t>Аж от і ніч їде на двір.&lt;br /&gt;</w:t>
        <w:br/>
        <w:t>Вже спить слуга у коридорі,&lt;br /&gt;</w:t>
        <w:br/>
        <w:t>Вже чути півня крик на дворі,&lt;br /&gt;</w:t>
        <w:br/>
        <w:t>В чавунну дошку сторож б'є;&lt;br /&gt;</w:t>
        <w:br/>
        <w:t>Свічки в світлиці догоріли,&lt;br /&gt;</w:t>
        <w:br/>
        <w:t>Наталя Павлівна встає,&lt;br /&gt;</w:t>
        <w:br/>
        <w:t>Здійма повіки обважнілі:&lt;br /&gt;</w:t>
        <w:br/>
        <w:t>"Приємних снів!" — І граф палкий&lt;br /&gt;</w:t>
        <w:br/>
        <w:t>Встає, з досади сам не свій,&lt;br /&gt;</w:t>
        <w:br/>
        <w:t>Цілує руку їй манірно,&lt;br /&gt;</w:t>
        <w:br/>
        <w:t>А пустотлива та рука&lt;br /&gt;</w:t>
        <w:br/>
        <w:t>його долоню — неймовірно! —&lt;br /&gt;</w:t>
        <w:br/>
        <w:t>В своїй тихесенько стиска.</w:t>
      </w:r>
    </w:p>
    <w:p>
      <w:r>
        <w:br/>
        <w:t>Наталя Павлівна в алькові,&lt;br /&gt;</w:t>
        <w:br/>
        <w:t>Стоїть Параша край вікна.&lt;br /&gt;</w:t>
        <w:br/>
        <w:t>Красуні вигадки раптові&lt;br /&gt;</w:t>
        <w:br/>
        <w:t>Завжди виконує вона:&lt;br /&gt;</w:t>
        <w:br/>
        <w:t>Усякі вісті переносить,&lt;br /&gt;</w:t>
        <w:br/>
        <w:t>Приношених капотів просить,&lt;br /&gt;</w:t>
        <w:br/>
        <w:t>Уміє з паном часом грать,&lt;br /&gt;</w:t>
        <w:br/>
        <w:t>На пана вміє й накричать&lt;br /&gt;</w:t>
        <w:br/>
        <w:t>І бреше панії відважно.&lt;br /&gt;</w:t>
        <w:br/>
        <w:t>Наталі Павлівні поважно&lt;br /&gt;</w:t>
        <w:br/>
        <w:t>Про графа, про його діла&lt;br /&gt;</w:t>
        <w:br/>
        <w:t>Усе вона розповіла, —&lt;br /&gt;</w:t>
        <w:br/>
        <w:t>Про все дізнатися зуміла.&lt;br /&gt;</w:t>
        <w:br/>
        <w:t>Та пані увірвавсь терпець,&lt;br /&gt;</w:t>
        <w:br/>
        <w:t>Сказала їй: "Та годі, мила!&lt;br /&gt;</w:t>
        <w:br/>
        <w:t>Подай-но кофту і чепець!"&lt;br /&gt;</w:t>
        <w:br/>
        <w:t>Лягла і вийти їй звеліла.</w:t>
      </w:r>
    </w:p>
    <w:p>
      <w:r>
        <w:br/>
        <w:t>Тимчасом гостеві слуга&lt;br /&gt;</w:t>
        <w:br/>
        <w:t>Одежу зняти помага.&lt;br /&gt;</w:t>
        <w:br/>
        <w:t>Лягає граф, сигару просить,&lt;br /&gt;</w:t>
        <w:br/>
        <w:t>Monsieur Picard йому приносить&lt;br /&gt;</w:t>
        <w:br/>
        <w:t>Графин і срібляний стакан,&lt;br /&gt;</w:t>
        <w:br/>
        <w:t>Світник у бронзовій оправі,&lt;br /&gt;</w:t>
        <w:br/>
        <w:t>Маленькі щипці і цікавий&lt;br /&gt;</w:t>
        <w:br/>
        <w:t>Ще нерозрізаний роман.</w:t>
      </w:r>
    </w:p>
    <w:p>
      <w:r>
        <w:br/>
        <w:t>В постелю лігши, Вальтер-Скотта&lt;br /&gt;</w:t>
        <w:br/>
        <w:t>Очима пробігає він.&lt;br /&gt;</w:t>
        <w:br/>
        <w:t>Та в серці дивний шум і дзвін,&lt;br /&gt;</w:t>
        <w:br/>
        <w:t>Немов його якась турбота&lt;br /&gt;</w:t>
        <w:br/>
        <w:t>Тривожить; так він міркував:&lt;br /&gt;</w:t>
        <w:br/>
        <w:t>Невже я справді покохав?&lt;br /&gt;</w:t>
        <w:br/>
        <w:t>А що, як можна?.. Так, це втішно;&lt;br /&gt;</w:t>
        <w:br/>
        <w:t>Одначе це було б розкішно;&lt;br /&gt;</w:t>
        <w:br/>
        <w:t>Здається, я її скорив. —&lt;br /&gt;</w:t>
        <w:br/>
        <w:t>І Нулін свічку загасив.</w:t>
      </w:r>
    </w:p>
    <w:p>
      <w:r>
        <w:br/>
        <w:t>Жар нестерпучий обіймає,&lt;br /&gt;</w:t>
        <w:br/>
        <w:t>Він хоче спати — сну немає&lt;br /&gt;</w:t>
        <w:br/>
        <w:t>Від грішних, та солодких мрій.&lt;br /&gt;</w:t>
        <w:br/>
        <w:t>Малює жваво Нулін мій&lt;br /&gt;</w:t>
        <w:br/>
        <w:t>Хазяйчин погляд красномовний,&lt;br /&gt;</w:t>
        <w:br/>
        <w:t>І стан її округлий, повний,&lt;br /&gt;</w:t>
        <w:br/>
        <w:t>Рум'янець на лиці сільський —&lt;br /&gt;</w:t>
        <w:br/>
        <w:t>Здоров'я пишного ознака:&lt;br /&gt;</w:t>
        <w:br/>
        <w:t>Його косметика ніяка&lt;br /&gt;</w:t>
        <w:br/>
        <w:t>Не дасть у мудрості своїй,&lt;br /&gt;</w:t>
        <w:br/>
        <w:t>йому і ніжка в око впала,&lt;br /&gt;</w:t>
        <w:br/>
        <w:t>Він не забуде тих хвилин,&lt;br /&gt;</w:t>
        <w:br/>
        <w:t>Коли вона йому недбало&lt;br /&gt;</w:t>
        <w:br/>
        <w:t>Потисла руку; дурень він!&lt;br /&gt;</w:t>
        <w:br/>
        <w:t>Як міг лишить таку перлину?&lt;br /&gt;</w:t>
        <w:br/>
        <w:t>Йому б утіх ловить хвилину!&lt;br /&gt;</w:t>
        <w:br/>
        <w:t>Та ще не пізно. Спить вона&lt;br /&gt;</w:t>
        <w:br/>
        <w:t>У спальні там, сама — одна.&lt;br /&gt;</w:t>
        <w:br/>
        <w:t>В ту ж мить, накинувши на плечі&lt;br /&gt;</w:t>
        <w:br/>
        <w:t>Халат шовковий свій нічний,&lt;br /&gt;</w:t>
        <w:br/>
        <w:t>Якісь у тьмі зваливши речі,&lt;br /&gt;</w:t>
        <w:br/>
        <w:t>Солодких сповнений надій,&lt;br /&gt;</w:t>
        <w:br/>
        <w:t>Крадеться він до господині,&lt;br /&gt;</w:t>
        <w:br/>
        <w:t>Як до Лукреції Тарквіній.</w:t>
      </w:r>
    </w:p>
    <w:p>
      <w:r>
        <w:br/>
        <w:t>Так іноді лукавий кіт,&lt;br /&gt;</w:t>
        <w:br/>
        <w:t>Маніжний любленик служанки,&lt;br /&gt;</w:t>
        <w:br/>
        <w:t>Скрадає мишу з-за лежанки.&lt;br /&gt;</w:t>
        <w:br/>
        <w:t>Прискорює поволі хід&lt;br /&gt;</w:t>
        <w:br/>
        <w:t>І мружиться, і відступає,&lt;br /&gt;</w:t>
        <w:br/>
        <w:t>Хвостом у насолоді грає,&lt;br /&gt;</w:t>
        <w:br/>
        <w:t>Розкриє кігті хитрих лап&lt;br /&gt;</w:t>
        <w:br/>
        <w:t>І бідолаху раптом хап.&lt;br /&gt;</w:t>
        <w:br/>
        <w:t>У тьмі новий Тарквіній бродить,&lt;br /&gt;</w:t>
        <w:br/>
        <w:t>Дорогу помацки находить, —&lt;br /&gt;</w:t>
        <w:br/>
        <w:t>Його веде любовна хіть, —&lt;br /&gt;</w:t>
        <w:br/>
        <w:t>Дух ледве-ледве переводить,&lt;br /&gt;</w:t>
        <w:br/>
        <w:t>Коли підлога зарипить.&lt;br /&gt;</w:t>
        <w:br/>
        <w:t>До любих він дверей підходить,&lt;br /&gt;</w:t>
        <w:br/>
        <w:t>І клямку мідяну замка&lt;br /&gt;</w:t>
        <w:br/>
        <w:t>Помалу стискує рука.&lt;br /&gt;</w:t>
        <w:br/>
        <w:t>І двері тихо поступають;&lt;br /&gt;</w:t>
        <w:br/>
        <w:t>Ось лампа у кутку горить,&lt;br /&gt;</w:t>
        <w:br/>
        <w:t>Кімнату ледве осяває;&lt;br /&gt;</w:t>
        <w:br/>
        <w:t>Хазяйка мирно спочиває,&lt;br /&gt;</w:t>
        <w:br/>
        <w:t>Чи тільки удає, що спить.</w:t>
      </w:r>
    </w:p>
    <w:p>
      <w:r>
        <w:br/>
        <w:t>Він входить, тихо підступає —&lt;br /&gt;</w:t>
        <w:br/>
        <w:t>І впав до ніг їй; дивно вам!&lt;br /&gt;</w:t>
        <w:br/>
        <w:t>Вона здивована до краю.&lt;br /&gt;</w:t>
        <w:br/>
        <w:t>Знайомих петербурзьких дам&lt;br /&gt;</w:t>
        <w:br/>
        <w:t>Тепер, з їх дозволу, прохаю&lt;br /&gt;</w:t>
        <w:br/>
        <w:t>Весь жах красуні уявить&lt;br /&gt;</w:t>
        <w:br/>
        <w:t>І дать пораду, що робить.</w:t>
      </w:r>
    </w:p>
    <w:p>
      <w:r>
        <w:br/>
        <w:t>Вона на нього в дивуванні&lt;br /&gt;</w:t>
        <w:br/>
        <w:t>Підводить очі — Нулін мій,&lt;br /&gt;</w:t>
        <w:br/>
        <w:t>Як у найкращому романі,&lt;br /&gt;</w:t>
        <w:br/>
        <w:t>Про пал оповідає свій.&lt;br /&gt;</w:t>
        <w:br/>
        <w:t>І після ніжних слів зухвало&lt;br /&gt;</w:t>
        <w:br/>
        <w:t>Торкнутись хоче укривала...&lt;br /&gt;</w:t>
        <w:br/>
        <w:t>Опам'яталася вона&lt;br /&gt;</w:t>
        <w:br/>
        <w:t>І — вірна мужеві жона —&lt;br /&gt;</w:t>
        <w:br/>
        <w:t>Так, як давно жінки не били,&lt;br /&gt;</w:t>
        <w:br/>
        <w:t>Мого Тарквінія щосили&lt;br /&gt;</w:t>
        <w:br/>
        <w:t>Б'є по напудреній щоці!</w:t>
      </w:r>
    </w:p>
    <w:p>
      <w:r>
        <w:br/>
        <w:t>І граф почервонів одразу,&lt;br /&gt;</w:t>
        <w:br/>
        <w:t>За необачні манівці&lt;br /&gt;</w:t>
        <w:br/>
        <w:t>Таку одержавши образу;&lt;br /&gt;</w:t>
        <w:br/>
        <w:t>Не знаю, чим би він кінчив&lt;br /&gt;</w:t>
        <w:br/>
        <w:t>І що збирався їй сказати,&lt;br /&gt;</w:t>
        <w:br/>
        <w:t>Та раптом песик, шпіц патлатий,&lt;br /&gt;</w:t>
        <w:br/>
        <w:t>Служницю гавканням збудив.&lt;br /&gt;</w:t>
        <w:br/>
        <w:t>І граф почув ходу квапливу;&lt;br /&gt;</w:t>
        <w:br/>
        <w:t>Свій проклинаючи нічліг&lt;br /&gt;</w:t>
        <w:br/>
        <w:t>І пані, надто вередливу,&lt;br /&gt;</w:t>
        <w:br/>
        <w:t>Пустився у ганебний біг.</w:t>
      </w:r>
    </w:p>
    <w:p>
      <w:r>
        <w:br/>
        <w:t>Як він, хазяйка і Параша&lt;br /&gt;</w:t>
        <w:br/>
        <w:t>Скорочують часи нічні,&lt;br /&gt;</w:t>
        <w:br/>
        <w:t>Самі змалюйте, ласка ваша!&lt;br /&gt;</w:t>
        <w:br/>
        <w:t>Я вам не допоможу, ні.</w:t>
      </w:r>
    </w:p>
    <w:p>
      <w:r>
        <w:br/>
        <w:t>Уранці вставши мовчазливо,&lt;br /&gt;</w:t>
        <w:br/>
        <w:t>Граф одягається ліниво,&lt;br /&gt;</w:t>
        <w:br/>
        <w:t>Рожеві нігті на руці&lt;br /&gt;</w:t>
        <w:br/>
        <w:t>Він опоряджує недбало,&lt;br /&gt;</w:t>
        <w:br/>
        <w:t>Бере до рук байдужно, в'яло&lt;br /&gt;</w:t>
        <w:br/>
        <w:t>І галстука, і гребінці.&lt;br /&gt;</w:t>
        <w:br/>
        <w:t>Печаль у нього на лиці;&lt;br /&gt;</w:t>
        <w:br/>
        <w:t>Про що він думає, не знаю;&lt;br /&gt;</w:t>
        <w:br/>
        <w:t>його запрошують до чаю.&lt;br /&gt;</w:t>
        <w:br/>
        <w:t>Ну, що робити? Нулін мій,&lt;br /&gt;</w:t>
        <w:br/>
        <w:t>Зборовши гнів і сором свій,&lt;br /&gt;</w:t>
        <w:br/>
        <w:t>Іде. Хазяйка жартівлива&lt;br /&gt;</w:t>
        <w:br/>
        <w:t>Глумливо дивиться. Вона&lt;br /&gt;</w:t>
        <w:br/>
        <w:t>Кусає губи та на диво&lt;br /&gt;</w:t>
        <w:br/>
        <w:t>Розмову скромно почина.&lt;br /&gt;</w:t>
        <w:br/>
        <w:t>Давав він відповіді кволі,&lt;br /&gt;</w:t>
        <w:br/>
        <w:t>Та, заохочений поволі,&lt;br /&gt;</w:t>
        <w:br/>
        <w:t>Він у розмові смак знайшов.&lt;br /&gt;</w:t>
        <w:br/>
        <w:t>Ще не минуло й півгодини,&lt;br /&gt;</w:t>
        <w:br/>
        <w:t>Вже граф розповідав новини,&lt;br /&gt;</w:t>
        <w:br/>
        <w:t>Закоханий в красуню знов.&lt;br /&gt;</w:t>
        <w:br/>
        <w:t>Шум в сінях; пан приїхав, може?&lt;br /&gt;</w:t>
        <w:br/>
        <w:t>"Наташо, здрастуй!"&lt;br /&gt;</w:t>
        <w:br/>
        <w:t>"Ах, мій боже!&lt;br /&gt;</w:t>
        <w:br/>
        <w:t>Знайомтеся. Це, любий мій,&lt;br /&gt;</w:t>
        <w:br/>
        <w:t>Граф Нулін".&lt;br /&gt;</w:t>
        <w:br/>
        <w:t>"Щиро я радий.&lt;br /&gt;</w:t>
        <w:br/>
        <w:t>Надворі знову дощ, негода!&lt;br /&gt;</w:t>
        <w:br/>
        <w:t>Я бачив коло кузні ваш&lt;br /&gt;</w:t>
        <w:br/>
        <w:t>Готовий зовсім екіпаж.&lt;br /&gt;</w:t>
        <w:br/>
        <w:t>Наташо! Там біля города&lt;br /&gt;</w:t>
        <w:br/>
        <w:t>Я нині зайця вполював.&lt;br /&gt;</w:t>
        <w:br/>
        <w:t>Горілки! Прошу, призволяйтесь:&lt;br /&gt;</w:t>
        <w:br/>
        <w:t>її здалека я дістав.&lt;br /&gt;</w:t>
        <w:br/>
        <w:t>Обідать, графе, зоставайтесь!"&lt;br /&gt;</w:t>
        <w:br/>
        <w:t>"Я поспішаю, їхать час".&lt;br /&gt;</w:t>
        <w:br/>
        <w:t>"Облиште, графе, прошу вас.&lt;br /&gt;</w:t>
        <w:br/>
        <w:t>Гостей нам бачити приємно.&lt;br /&gt;</w:t>
        <w:br/>
        <w:t>Зостаньтесь, графе!"&lt;br /&gt;</w:t>
        <w:br/>
        <w:t>Та даремно...&lt;br /&gt;</w:t>
        <w:br/>
        <w:t>Усіх позбавившись надій,&lt;br /&gt;</w:t>
        <w:br/>
        <w:t>Не зостається граф сумний.&lt;br /&gt;</w:t>
        <w:br/>
        <w:t>Себе підсиливши стаканом,&lt;br /&gt;</w:t>
        <w:br/>
        <w:t>Пікар кректить за чемоданом;&lt;br /&gt;</w:t>
        <w:br/>
        <w:t>Вже до коляси служники&lt;br /&gt;</w:t>
        <w:br/>
        <w:t>Тяжкі підносять сундуки.&lt;br /&gt;</w:t>
        <w:br/>
        <w:t>Вже й річ покладена остання,&lt;br /&gt;</w:t>
        <w:br/>
        <w:t>Пікар швиденько все уклав.&lt;br /&gt;</w:t>
        <w:br/>
        <w:t>Поїхав граф... Оповідання&lt;br /&gt;</w:t>
        <w:br/>
        <w:t>Вже час кінчати, друзі, нам;&lt;br /&gt;</w:t>
        <w:br/>
        <w:t>Я тільки слова два додам.</w:t>
      </w:r>
    </w:p>
    <w:p>
      <w:r>
        <w:br/>
        <w:t>Коляса в далині пропала,&lt;br /&gt;</w:t>
        <w:br/>
        <w:t>Жона все мужу розказала&lt;br /&gt;</w:t>
        <w:br/>
        <w:t>І графа подвиги нічні&lt;br /&gt;</w:t>
        <w:br/>
        <w:t>Усім сусідам змалювала.&lt;br /&gt;</w:t>
        <w:br/>
        <w:t>Хто ж більше, знаєте чи ні,&lt;br /&gt;</w:t>
        <w:br/>
        <w:t>З красунею тоді сміявся?&lt;br /&gt;</w:t>
        <w:br/>
        <w:t>Ви не вгадаєте? — Чому ж?&lt;br /&gt;</w:t>
        <w:br/>
        <w:t>Муж? — От і маєш. Ні, не муж,&lt;br /&gt;</w:t>
        <w:br/>
        <w:t>Він цим страшенно ображався,&lt;br /&gt;</w:t>
        <w:br/>
        <w:t>Він графа дурнем називав,&lt;br /&gt;</w:t>
        <w:br/>
        <w:t>Молокососом; він казав.&lt;br /&gt;</w:t>
        <w:br/>
        <w:t>Що графа змусить верещати,&lt;br /&gt;</w:t>
        <w:br/>
        <w:t>Ладен хортами зацькувати.&lt;br /&gt;</w:t>
        <w:br/>
        <w:t>Сміявся Лідін, їх сусід,&lt;br /&gt;</w:t>
        <w:br/>
        <w:t>Поміщик двадцяти трьох літ.</w:t>
      </w:r>
    </w:p>
    <w:p>
      <w:r>
        <w:br/>
        <w:t>Тепер упевнена й правдиво&lt;br /&gt;</w:t>
        <w:br/>
        <w:t>Сказати може кожен з нас,&lt;br /&gt;</w:t>
        <w:br/>
        <w:t>Що чоловікові в наш час&lt;br /&gt;</w:t>
        <w:br/>
        <w:t>Дружина вірна — це не диво.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 Нулін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