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Грицеві курчата</w:t>
      </w:r>
    </w:p>
    <w:p>
      <w:r>
        <w:br/>
        <w:t xml:space="preserve"> Казка</w:t>
      </w:r>
    </w:p>
    <w:p>
      <w:r>
        <w:br/>
        <w:t>Жив собі Максим убогий&lt;br /&gt;</w:t>
        <w:br/>
        <w:t>Коло річки, край села.&lt;br /&gt;</w:t>
        <w:br/>
        <w:t>Крім дітей та жінки, в його&lt;br /&gt;</w:t>
        <w:br/>
        <w:t>Тільки курочка була.</w:t>
      </w:r>
    </w:p>
    <w:p>
      <w:r>
        <w:br/>
        <w:t>Нанесла вона яєчок.&lt;br /&gt;</w:t>
        <w:br/>
        <w:t>Вже й Великдень ось-ось-ось!&lt;br /&gt;</w:t>
        <w:br/>
        <w:t>Хоч би кожному яєчком&lt;br /&gt;</w:t>
        <w:br/>
        <w:t>Розговітись довелось!</w:t>
      </w:r>
    </w:p>
    <w:p>
      <w:r>
        <w:br/>
        <w:t>Та старий Максим міркує:&lt;br /&gt;</w:t>
        <w:br/>
        <w:t>"Поїдяться крашанки,&lt;br /&gt;</w:t>
        <w:br/>
        <w:t>А коли підсипем квочку,&lt;br /&gt;</w:t>
        <w:br/>
        <w:t>Будуть згодом курочки.</w:t>
      </w:r>
    </w:p>
    <w:p>
      <w:r>
        <w:br/>
        <w:t>Швидко виростуть курчата,&lt;br /&gt;</w:t>
        <w:br/>
        <w:t>Навесні почнуть нестись,&lt;br /&gt;</w:t>
        <w:br/>
        <w:t>От тоді ми поласуєм!&lt;br /&gt;</w:t>
        <w:br/>
        <w:t>Ласували ж ми колись..."</w:t>
      </w:r>
    </w:p>
    <w:p>
      <w:r>
        <w:br/>
        <w:t>"Це не можна, — каже мати., —&lt;br /&gt;</w:t>
        <w:br/>
        <w:t>Не годиться, ні!.. Та як?&lt;br /&gt;</w:t>
        <w:br/>
        <w:t>Щоб без крашанки Великдень?!&lt;br /&gt;</w:t>
        <w:br/>
        <w:t>Любі діти, чи не так?"</w:t>
      </w:r>
    </w:p>
    <w:p>
      <w:r>
        <w:br/>
        <w:t>"Правда!" — діти закричали...&lt;br /&gt;</w:t>
        <w:br/>
        <w:t>Згодом мати додала:&lt;br /&gt;</w:t>
        <w:br/>
        <w:t>"Дев'ятнадцять дам під квочку,&lt;br /&gt;</w:t>
        <w:br/>
        <w:t>Десять буде для стола".</w:t>
      </w:r>
    </w:p>
    <w:p>
      <w:r>
        <w:br/>
        <w:t>"Хай по-вашому вже буде!" —&lt;br /&gt;</w:t>
        <w:br/>
        <w:t>Каже з усміхом Максим.&lt;br /&gt;</w:t>
        <w:br/>
        <w:t>І пішов собі із хати.&lt;br /&gt;</w:t>
        <w:br/>
        <w:t>Мати вийшла теж за ним,</w:t>
      </w:r>
    </w:p>
    <w:p>
      <w:r>
        <w:br/>
        <w:t>На город пішли садити,&lt;br /&gt;</w:t>
        <w:br/>
        <w:t>Та була уже й пора...&lt;br /&gt;</w:t>
        <w:br/>
        <w:t>В хаті ж праця закипіла:&lt;br /&gt;</w:t>
        <w:br/>
        <w:t>Малювала дітвора.</w:t>
      </w:r>
    </w:p>
    <w:p>
      <w:r>
        <w:br/>
        <w:t>Писанки на диво вийшли!&lt;br /&gt;</w:t>
        <w:br/>
        <w:t>Гриць слона намалював.&lt;br /&gt;</w:t>
        <w:br/>
        <w:t>Слон звів вгору жовтий хобот&lt;br /&gt;</w:t>
        <w:br/>
        <w:t>І на сині ноги встав.</w:t>
      </w:r>
    </w:p>
    <w:p>
      <w:r>
        <w:br/>
        <w:t>Далі взявся за ведмедя.&lt;br /&gt;</w:t>
        <w:br/>
        <w:t>Вуха білими зробив,&lt;br /&gt;</w:t>
        <w:br/>
        <w:t>Тулуб синькою побарвив,&lt;br /&gt;</w:t>
        <w:br/>
        <w:t>Дві ноги почервонив.</w:t>
      </w:r>
    </w:p>
    <w:p>
      <w:r>
        <w:br/>
        <w:t>А Маруся жовту жабку&lt;br /&gt;</w:t>
        <w:br/>
        <w:t>Посадила на сучок.&lt;br /&gt;</w:t>
        <w:br/>
        <w:t>В лапку їй встромила мушку,&lt;br /&gt;</w:t>
        <w:br/>
        <w:t>В другу — китицю квіток.</w:t>
      </w:r>
    </w:p>
    <w:p>
      <w:r>
        <w:br/>
        <w:t>Далі діти малювали&lt;br /&gt;</w:t>
        <w:br/>
        <w:t>Лева, тигра, борсука,&lt;br /&gt;</w:t>
        <w:br/>
        <w:t>Не забули і овечки,&lt;br /&gt;</w:t>
        <w:br/>
        <w:t>І лисиці, і вовка.</w:t>
      </w:r>
    </w:p>
    <w:p>
      <w:r>
        <w:br/>
        <w:t>Дуже гарно у Наталки&lt;br /&gt;</w:t>
        <w:br/>
        <w:t>Вийшов зайчик на лужку,&lt;br /&gt;</w:t>
        <w:br/>
        <w:t>Усміхаючись, підносить&lt;br /&gt;</w:t>
        <w:br/>
        <w:t>Він капусту їжачку.</w:t>
      </w:r>
    </w:p>
    <w:p>
      <w:r>
        <w:br/>
        <w:t>А найменшенький, Івасик,&lt;br /&gt;</w:t>
        <w:br/>
        <w:t>Кицьку тільки що кінчив.&lt;br /&gt;</w:t>
        <w:br/>
        <w:t>Що за мила вийшла кицька!&lt;br /&gt;</w:t>
        <w:br/>
        <w:t>Ще і стрічку почепив.</w:t>
      </w:r>
    </w:p>
    <w:p>
      <w:r>
        <w:br/>
        <w:t>Гриць скінчив уже й верблюда:&lt;br /&gt;</w:t>
        <w:br/>
        <w:t>Височезний, три горби!&lt;br /&gt;</w:t>
        <w:br/>
        <w:t>Звів він голову угору,&lt;br /&gt;</w:t>
        <w:br/>
        <w:t>Тягне листя із верби.</w:t>
      </w:r>
    </w:p>
    <w:p>
      <w:r>
        <w:br/>
        <w:t>Домальовував Івасик,&lt;br /&gt;</w:t>
        <w:br/>
        <w:t>Та вже в хаті аж гуло!&lt;br /&gt;</w:t>
        <w:br/>
        <w:t>Діти плигали, сміялись...&lt;br /&gt;</w:t>
        <w:br/>
        <w:t>Так їм весело було...</w:t>
      </w:r>
    </w:p>
    <w:p>
      <w:r>
        <w:br/>
        <w:t>Аж у хату батько й мати...&lt;br /&gt;</w:t>
        <w:br/>
        <w:t>Мати скрикнула: "Ой, жах!&lt;br /&gt;</w:t>
        <w:br/>
        <w:t>Я ж яєць ще не варила...&lt;br /&gt;</w:t>
        <w:br/>
        <w:t>Хто?! Пізнаю по очах!!"</w:t>
      </w:r>
    </w:p>
    <w:p>
      <w:r>
        <w:br/>
        <w:t>Як німі, сиділи діти...&lt;br /&gt;</w:t>
        <w:br/>
        <w:t>Та всміхнувсь старий Максим:&lt;br /&gt;</w:t>
        <w:br/>
        <w:t>"Не біда: на тісто підуть!&lt;br /&gt;</w:t>
        <w:br/>
        <w:t>Я й сире яєчко з'їм...</w:t>
      </w:r>
    </w:p>
    <w:p>
      <w:r>
        <w:br/>
        <w:t>Так, під квочку дев'ятнадцять&lt;br /&gt;</w:t>
        <w:br/>
        <w:t>З решти будуть писанки.&lt;br /&gt;</w:t>
        <w:br/>
        <w:t>Воно, варені смачніші...&lt;br /&gt;</w:t>
        <w:br/>
        <w:t>Зате маєм малюнки!"</w:t>
      </w:r>
    </w:p>
    <w:p>
      <w:r>
        <w:br/>
        <w:t>Так, як сказано, й зробили...&lt;br /&gt;</w:t>
        <w:br/>
        <w:t>Треба йти негайно в хлів!&lt;br /&gt;</w:t>
        <w:br/>
        <w:t>Всі пішли: і батько, й мати,&lt;br /&gt;</w:t>
        <w:br/>
        <w:t>Гриць на місці вже сидів.</w:t>
      </w:r>
    </w:p>
    <w:p>
      <w:r>
        <w:br/>
        <w:t>Бідна квочка так зраділа,&lt;br /&gt;</w:t>
        <w:br/>
        <w:t>Мальовничим писанкам,&lt;br /&gt;</w:t>
        <w:br/>
        <w:t>Що, зворушена, й не знала,&lt;br /&gt;</w:t>
        <w:br/>
        <w:t>Що казати діточкам.</w:t>
      </w:r>
    </w:p>
    <w:p>
      <w:r>
        <w:br/>
        <w:t>Ось і смеркло. Усі разом&lt;br /&gt;</w:t>
        <w:br/>
        <w:t>Повечеряли й лягли.&lt;br /&gt;</w:t>
        <w:br/>
        <w:t>Та заснути чомусь діти&lt;br /&gt;</w:t>
        <w:br/>
        <w:t>Довго-довго не могли.</w:t>
      </w:r>
    </w:p>
    <w:p>
      <w:r>
        <w:br/>
        <w:t>Все їм згадувались звірі,&lt;br /&gt;</w:t>
        <w:br/>
        <w:t>Кожний сам себе питав:&lt;br /&gt;</w:t>
        <w:br/>
        <w:t>Чи не краще, коли б чорним&lt;br /&gt;</w:t>
        <w:br/>
        <w:t>Вуха він намалював?..</w:t>
      </w:r>
    </w:p>
    <w:p>
      <w:r>
        <w:br/>
        <w:t>Або чом живіт ведмедю&lt;br /&gt;</w:t>
        <w:br/>
        <w:t>Він зеленим не зробив?..&lt;br /&gt;</w:t>
        <w:br/>
        <w:t>Та голівоньки дитячі&lt;br /&gt;</w:t>
        <w:br/>
        <w:t>Сон на подушки схилив...</w:t>
      </w:r>
    </w:p>
    <w:p>
      <w:r>
        <w:br/>
        <w:t>II</w:t>
      </w:r>
    </w:p>
    <w:p>
      <w:r>
        <w:br/>
        <w:t>Аж три тижні бідна квочка&lt;br /&gt;</w:t>
        <w:br/>
        <w:t>Пробула на писанках!&lt;br /&gt;</w:t>
        <w:br/>
        <w:t>Коли б глянули на неї,&lt;br /&gt;</w:t>
        <w:br/>
        <w:t>Вас пройняв би просто жах!</w:t>
      </w:r>
    </w:p>
    <w:p>
      <w:r>
        <w:br/>
        <w:t>Як вона змарніла, схудла!&lt;br /&gt;</w:t>
        <w:br/>
        <w:t>Самі шкіра й кісточки...&lt;br /&gt;</w:t>
        <w:br/>
        <w:t>Гола... Краще не дивіться&lt;br /&gt;</w:t>
        <w:br/>
        <w:t>Ви на неї, діточки!..</w:t>
      </w:r>
    </w:p>
    <w:p>
      <w:r>
        <w:br/>
        <w:t>Тільки серце в неї билось&lt;br /&gt;</w:t>
        <w:br/>
        <w:t>Усе радісніш, сильніш...&lt;br /&gt;</w:t>
        <w:br/>
        <w:t>Залишилось ще посидіть,&lt;br /&gt;</w:t>
        <w:br/>
        <w:t>Почекати тільки ніч!</w:t>
      </w:r>
    </w:p>
    <w:p>
      <w:r>
        <w:br/>
        <w:t>І коли почувся вранці&lt;br /&gt;</w:t>
        <w:br/>
        <w:t>У шкарлупу перший стук,&lt;br /&gt;</w:t>
        <w:br/>
        <w:t>Квочка наче підлетіла&lt;br /&gt;</w:t>
        <w:br/>
        <w:t>Після довгих, довгих мук!</w:t>
      </w:r>
    </w:p>
    <w:p>
      <w:r>
        <w:br/>
        <w:t>І, щаслива вся, в повітрі&lt;br /&gt;</w:t>
        <w:br/>
        <w:t>Враз спинилася вона...&lt;br /&gt;</w:t>
        <w:br/>
        <w:t>Коли — зирк! Стоїть на спині.&lt;br /&gt;</w:t>
        <w:br/>
        <w:t>Де? У кого? У слона!</w:t>
      </w:r>
    </w:p>
    <w:p>
      <w:r>
        <w:br/>
        <w:t>Дійсно: вилупилось першим&lt;br /&gt;</w:t>
        <w:br/>
        <w:t>Чепурненьке слоненя.&lt;br /&gt;</w:t>
        <w:br/>
        <w:t>Не занадто ще велике...&lt;br /&gt;</w:t>
        <w:br/>
        <w:t>Ну, як з доброго коня.</w:t>
      </w:r>
    </w:p>
    <w:p>
      <w:r>
        <w:br/>
        <w:t>Далі з ревом, криком-риком&lt;br /&gt;</w:t>
        <w:br/>
        <w:t>Лев вискакує з яйця.&lt;br /&gt;</w:t>
        <w:br/>
        <w:t>Тихо виліз тигр з-а левом,&lt;br /&gt;</w:t>
        <w:br/>
        <w:t>Далі лупиться вівця.</w:t>
      </w:r>
    </w:p>
    <w:p>
      <w:r>
        <w:br/>
        <w:t>За верблюдом нявка-кицька,&lt;br /&gt;</w:t>
        <w:br/>
        <w:t>Ось і зайчик, і борсук...&lt;br /&gt;</w:t>
        <w:br/>
        <w:t>Метушаться вовк, лисиця,&lt;br /&gt;</w:t>
        <w:br/>
        <w:t>Вже і жабка: стук та стук!</w:t>
      </w:r>
    </w:p>
    <w:p>
      <w:r>
        <w:br/>
        <w:t>Спочатку вжахнулась квочка,&lt;br /&gt;</w:t>
        <w:br/>
        <w:t>Ледве в безвість не втекла!&lt;br /&gt;</w:t>
        <w:br/>
        <w:t>Та отямилася згодом&lt;br /&gt;</w:t>
        <w:br/>
        <w:t>І квоктати почала.</w:t>
      </w:r>
    </w:p>
    <w:p>
      <w:r>
        <w:br/>
        <w:t>Гриць усе це чув і бачив,&lt;br /&gt;</w:t>
        <w:br/>
        <w:t>Та не мав чогось страху,&lt;br /&gt;</w:t>
        <w:br/>
        <w:t>Хоч для більшої безпеки&lt;br /&gt;</w:t>
        <w:br/>
        <w:t>Зліз обачно на вільху.</w:t>
      </w:r>
    </w:p>
    <w:p>
      <w:r>
        <w:br/>
        <w:t>Квочка стала хвилюватись,&lt;br /&gt;</w:t>
        <w:br/>
        <w:t>Малеч кликати на збір.&lt;br /&gt;</w:t>
        <w:br/>
        <w:t>Сполошилися курчата, —&lt;br /&gt;</w:t>
        <w:br/>
        <w:t>Всім хотілося надвір.</w:t>
      </w:r>
    </w:p>
    <w:p>
      <w:r>
        <w:br/>
        <w:t>Перша вийшла з хліву квочка.&lt;br /&gt;</w:t>
        <w:br/>
        <w:t>Через неї плигнув лев,&lt;br /&gt;</w:t>
        <w:br/>
        <w:t>Щось зачув, хвостом замаяв&lt;br /&gt;</w:t>
        <w:br/>
        <w:t>І підняв страшенний рев!</w:t>
      </w:r>
    </w:p>
    <w:p>
      <w:r>
        <w:br/>
        <w:t>Все замовкло, заніміло...&lt;br /&gt;</w:t>
        <w:br/>
        <w:t>Наче цілий світ зомлів...&lt;br /&gt;</w:t>
        <w:br/>
        <w:t>Навіть квочка, рідна мати,&lt;br /&gt;</w:t>
        <w:br/>
        <w:t>Аж припала до землі.</w:t>
      </w:r>
    </w:p>
    <w:p>
      <w:r>
        <w:br/>
        <w:t>Коли рев скотивсь поволі,&lt;br /&gt;</w:t>
        <w:br/>
        <w:t>Громом в прірвах одлунав,&lt;br /&gt;</w:t>
        <w:br/>
        <w:t>Скочив тигр, роззявив рота&lt;br /&gt;</w:t>
        <w:br/>
        <w:t>І сказав в повітря: "Няв!"</w:t>
      </w:r>
    </w:p>
    <w:p>
      <w:r>
        <w:br/>
        <w:t>Далі вибігла лисиця,&lt;br /&gt;</w:t>
        <w:br/>
        <w:t>Вовк, ведмідь, рябий борсук...&lt;br /&gt;</w:t>
        <w:br/>
        <w:t>Жабка плигнула з квітками&lt;br /&gt;</w:t>
        <w:br/>
        <w:t>І найшла на груші сук.</w:t>
      </w:r>
    </w:p>
    <w:p>
      <w:r>
        <w:br/>
        <w:t>І верблюд з трьома горбами&lt;br /&gt;</w:t>
        <w:br/>
        <w:t>Вийшов з хліву, подививсь...&lt;br /&gt;</w:t>
        <w:br/>
        <w:t>Щось було не до вподоби,&lt;br /&gt;</w:t>
        <w:br/>
        <w:t>І він, плюнувши, скрививсь.</w:t>
      </w:r>
    </w:p>
    <w:p>
      <w:r>
        <w:br/>
        <w:t>За вівцею вибіг зайчик.&lt;br /&gt;</w:t>
        <w:br/>
        <w:t>Міг би легко він втекти.&lt;br /&gt;</w:t>
        <w:br/>
        <w:t>Та кого йому боятись?!&lt;br /&gt;</w:t>
        <w:br/>
        <w:t>Це ж все сестри та брати!</w:t>
      </w:r>
    </w:p>
    <w:p>
      <w:r>
        <w:br/>
        <w:t>Без страху підбіг до вовка,&lt;br /&gt;</w:t>
        <w:br/>
        <w:t>На плече йому схиливсь,&lt;br /&gt;</w:t>
        <w:br/>
        <w:t>Але вовк зубами клацнув,&lt;br /&gt;</w:t>
        <w:br/>
        <w:t>І наш зайчик затрусивсь.</w:t>
      </w:r>
    </w:p>
    <w:p>
      <w:r>
        <w:br/>
        <w:t>Правда, деяким звіряткам&lt;br /&gt;</w:t>
        <w:br/>
        <w:t>І ніяково було:&lt;br /&gt;</w:t>
        <w:br/>
        <w:t>В того ока не ставало,&lt;br /&gt;</w:t>
        <w:br/>
        <w:t>В інших зайве прибуло.</w:t>
      </w:r>
    </w:p>
    <w:p>
      <w:r>
        <w:br/>
        <w:t>Той примушений скакати&lt;br /&gt;</w:t>
        <w:br/>
        <w:t>Був лише на трьох ногах.&lt;br /&gt;</w:t>
        <w:br/>
        <w:t>І дарма четверту ногу&lt;br /&gt;</w:t>
        <w:br/>
        <w:t>Він шукав по всіх кутках.</w:t>
      </w:r>
    </w:p>
    <w:p>
      <w:r>
        <w:br/>
        <w:t>Решта всі були здорові,&lt;br /&gt;</w:t>
        <w:br/>
        <w:t>Раді зеленій траві...&lt;br /&gt;</w:t>
        <w:br/>
        <w:t>Тільки слон не вліз у двері&lt;br /&gt;</w:t>
        <w:br/>
        <w:t>І лишився у хліві.</w:t>
      </w:r>
    </w:p>
    <w:p>
      <w:r>
        <w:br/>
        <w:t>А вкінці і він виходить&lt;br /&gt;</w:t>
        <w:br/>
        <w:t>З жовтим хоботом у двір...&lt;br /&gt;</w:t>
        <w:br/>
        <w:t>Тупа синіми ногами&lt;br /&gt;</w:t>
        <w:br/>
        <w:t>І вгорі спиняє зір!</w:t>
      </w:r>
    </w:p>
    <w:p>
      <w:r>
        <w:br/>
        <w:t>"А що то сидить на гілці?!&lt;br /&gt;</w:t>
        <w:br/>
        <w:t>Мамо, зараз же кажіть!"&lt;br /&gt;</w:t>
        <w:br/>
        <w:t>"Та це. Гриць наш! — каже квочка, —&lt;br /&gt;</w:t>
        <w:br/>
        <w:t>Він ізлізе й побіжить..."</w:t>
      </w:r>
    </w:p>
    <w:p>
      <w:r>
        <w:br/>
        <w:t>"Так це він? Зітру на порох!&lt;br /&gt;</w:t>
        <w:br/>
        <w:t>З мене посміха робить?&lt;br /&gt;</w:t>
        <w:br/>
        <w:t>Ноги синькою побарвить?!&lt;br /&gt;</w:t>
        <w:br/>
        <w:t>Жовтий хобот причепить!"</w:t>
      </w:r>
    </w:p>
    <w:p>
      <w:r>
        <w:br/>
        <w:t>І трубу свою до Гриця&lt;br /&gt;</w:t>
        <w:br/>
        <w:t>Простягає лютий слон...&lt;br /&gt;</w:t>
        <w:br/>
        <w:t>Крикнув Гриць — і враз... прокинувсь...&lt;br /&gt;</w:t>
        <w:br/>
        <w:t>Був, на щастя, це лиш сон...</w:t>
      </w:r>
    </w:p>
    <w:p>
      <w:r>
        <w:br/>
        <w:t>Всі прокинулись від крику...&lt;br /&gt;</w:t>
        <w:br/>
        <w:t>Хто кричав — ніхто не зна...&lt;br /&gt;</w:t>
        <w:br/>
        <w:t>А в хліві куняє квочка...&lt;br /&gt;</w:t>
        <w:br/>
        <w:t>Що то висидить вона?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Грицеві курчата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