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Гуляй-Поле</w:t>
      </w:r>
    </w:p>
    <w:p>
      <w:r>
        <w:br/>
        <w:t xml:space="preserve"> Лежить Гуляй-Поле в крові і в сльозах,&lt;br /&gt;</w:t>
        <w:br/>
        <w:t>Потоптане, смертю розоране,&lt;br /&gt;</w:t>
        <w:br/>
        <w:t>В бомбових кратерах і черепах,&lt;br /&gt;</w:t>
        <w:br/>
        <w:t>В гільзах,&lt;br /&gt;</w:t>
        <w:br/>
        <w:t>В ожугах,&lt;br /&gt;</w:t>
        <w:br/>
        <w:t>В м'язах,&lt;br /&gt;</w:t>
        <w:br/>
        <w:t>В трісках...&lt;br /&gt;</w:t>
        <w:br/>
        <w:t>І навіть не крячуть ворони —</w:t>
      </w:r>
    </w:p>
    <w:p>
      <w:r>
        <w:br/>
        <w:t>Жахаються круки, минають здаля, —&lt;br /&gt;</w:t>
        <w:br/>
        <w:t>Шкіриться жаско, смердить земля.</w:t>
      </w:r>
    </w:p>
    <w:p>
      <w:r>
        <w:br/>
        <w:t>Смердить і душить фосфором і тротилом,&lt;br /&gt;</w:t>
        <w:br/>
        <w:t>Паленим м'ясом і динамітом...&lt;br /&gt;</w:t>
        <w:br/>
        <w:t>І вже не збагнеш тут, де ж було тіло?!&lt;br /&gt;</w:t>
        <w:br/>
        <w:t>Де були очі?! Де ж тут могили?!&lt;br /&gt;</w:t>
        <w:br/>
        <w:t>Де матері, а де діти!?</w:t>
      </w:r>
    </w:p>
    <w:p>
      <w:r>
        <w:br/>
        <w:t>В смерчах землі, в гекатомбах руїн,&lt;br /&gt;</w:t>
        <w:br/>
        <w:t>В чорних роздзяплених кратерах&lt;br /&gt;</w:t>
        <w:br/>
        <w:t>Від дітей, від дрібних, тільки пил один...&lt;br /&gt;</w:t>
        <w:br/>
        <w:t>І не плаче мати, і не тужить дзвін,&lt;br /&gt;</w:t>
        <w:br/>
        <w:t>І ніхто вже їх не збиратиме.</w:t>
      </w:r>
    </w:p>
    <w:p>
      <w:r>
        <w:br/>
        <w:t>Не пригорне їх вітер — лиш сажа сама.&lt;br /&gt;</w:t>
        <w:br/>
        <w:t>Брат брата не знайде, і сестер нема.&lt;br /&gt;</w:t>
        <w:br/>
        <w:t>І дітям уже матерів не знайти.&lt;br /&gt;</w:t>
        <w:br/>
        <w:t>І навіть не знати, де ж ставить хрести? —&lt;br /&gt;</w:t>
        <w:br/>
        <w:t>Піроксиліновий сморід і пил.&lt;br /&gt;</w:t>
        <w:br/>
        <w:t>Мільйони мерців обійшлись без могил.&lt;br /&gt;</w:t>
        <w:br/>
        <w:t>Розметані кості згниють без хреста...</w:t>
      </w:r>
    </w:p>
    <w:p>
      <w:r>
        <w:br/>
        <w:t>Гей, ти ж, Земля моя золота!</w:t>
      </w:r>
    </w:p>
    <w:p>
      <w:r>
        <w:br/>
        <w:t>Перед ким, перед чим завинила єси?&lt;br /&gt;</w:t>
        <w:br/>
        <w:t>І яких не кормила ще круків!?&lt;br /&gt;</w:t>
        <w:br/>
        <w:t>Та і хто не знущався з твоєї краси?!&lt;br /&gt;</w:t>
        <w:br/>
        <w:t>І яких бракувало ще Юдиних сил,&lt;br /&gt;</w:t>
        <w:br/>
        <w:t>Щоб і кості дідівські піднесли з могил&lt;br /&gt;</w:t>
        <w:br/>
        <w:t>Й перемішали&lt;br /&gt;</w:t>
        <w:br/>
        <w:t>З костями онуків?!</w:t>
      </w:r>
    </w:p>
    <w:p>
      <w:r>
        <w:br/>
        <w:t>Мовчить Гуляй-Поле, мовчить Гуляй-Поле,&lt;br /&gt;</w:t>
        <w:br/>
        <w:t>Спалене хтивістю й зрадою Юдиною,&lt;br /&gt;</w:t>
        <w:br/>
        <w:t>І лежать його діти — лежать соколи...&lt;br /&gt;</w:t>
        <w:br/>
        <w:t>І ніхто не скаже ніколи-ніколи,&lt;br /&gt;</w:t>
        <w:br/>
        <w:t>Що й вони, що й вони ж були люди.</w:t>
      </w:r>
    </w:p>
    <w:p>
      <w:r>
        <w:br/>
        <w:t>Гей, і були люди — горді орли!&lt;br /&gt;</w:t>
        <w:br/>
        <w:t>Тільки ж прості й не лукаві були.</w:t>
      </w:r>
    </w:p>
    <w:p>
      <w:r>
        <w:br/>
        <w:t>О ви, що цей келих страшний піднесли,&lt;br /&gt;</w:t>
        <w:br/>
        <w:t>Чи самі ж ви його пили?!</w:t>
      </w:r>
    </w:p>
    <w:p>
      <w:r>
        <w:br/>
        <w:t>Не тужить дівчина, не плаче сестра,&lt;br /&gt;</w:t>
        <w:br/>
        <w:t>І рук не ламає матуся стара, —&lt;br /&gt;</w:t>
        <w:br/>
        <w:t>Одплакали доста — не чути ніде.&lt;br /&gt;</w:t>
        <w:br/>
        <w:t>Ні вітер не віє, ні крук не паде.&lt;br /&gt;</w:t>
        <w:br/>
        <w:t>І пташка тужлива тікає також...</w:t>
      </w:r>
    </w:p>
    <w:p>
      <w:r>
        <w:br/>
        <w:t>Гей, ти. Земле моя!&lt;br /&gt;</w:t>
        <w:br/>
        <w:t>За що ж!?</w:t>
      </w:r>
    </w:p>
    <w:p>
      <w:r>
        <w:br/>
        <w:t>За те, що Ти дика була і плідна,&lt;br /&gt;</w:t>
        <w:br/>
        <w:t>Ясна, як червона калина,&lt;br /&gt;</w:t>
        <w:br/>
        <w:t>За те, що Ти сонцю близька і рідна&lt;br /&gt;</w:t>
        <w:br/>
        <w:t>І мила, як тая дівчина!&lt;br /&gt;</w:t>
        <w:br/>
        <w:t>За те, що Ти в злиднях росла, а цвіла!&lt;br /&gt;</w:t>
        <w:br/>
        <w:t>Що Волі вітчизною завжди була.&lt;br /&gt;</w:t>
        <w:br/>
        <w:t>Грімлива, співливая Земле моя! —</w:t>
      </w:r>
    </w:p>
    <w:p>
      <w:r>
        <w:br/>
        <w:t>Хто ж розсудить!? Який судія!?</w:t>
      </w:r>
    </w:p>
    <w:p>
      <w:r>
        <w:br/>
        <w:t>Мовчить Гуляй-Поле, жаске і руде.&lt;br /&gt;</w:t>
        <w:br/>
        <w:t>А стрілка помалу іде та й іде...</w:t>
      </w:r>
    </w:p>
    <w:p>
      <w:r>
        <w:br/>
        <w:t>Хай іде. Хай стікає жалоби мить.&lt;br /&gt;</w:t>
        <w:br/>
        <w:t>Хай жахтить ця земля й мовчить.&lt;br /&gt;</w:t>
        <w:br/>
        <w:t>Нехай неминучість присуд веде.'&lt;br /&gt;</w:t>
        <w:br/>
        <w:t>Хай стрілка до риски йде, —</w:t>
      </w:r>
    </w:p>
    <w:p>
      <w:r>
        <w:br/>
        <w:t>Аж поки не стане на грані отій,&lt;br /&gt;</w:t>
        <w:br/>
        <w:t>Що стоїть Страшний Суд на ній,&lt;br /&gt;</w:t>
        <w:br/>
        <w:t>Аж поки не крикне хтось в мряці страшній&lt;br /&gt;</w:t>
        <w:br/>
        <w:t>Жаске й невблаганне — "СТІЙ!!!"</w:t>
      </w:r>
    </w:p>
    <w:p>
      <w:r>
        <w:br/>
        <w:t>Схитнулись тумани, як фата-моргана.&lt;br /&gt;</w:t>
        <w:br/>
        <w:t>Хтось уже кличе. Десь уже манить...&lt;br /&gt;</w:t>
        <w:br/>
        <w:t>Вже вітер жалобу відбув, і встає,&lt;br /&gt;</w:t>
        <w:br/>
        <w:t>І хмару несе, як знамено своє.</w:t>
      </w:r>
    </w:p>
    <w:p>
      <w:r>
        <w:br/>
        <w:t>Вже вітер шумитиь і полин гуде...&lt;br /&gt;</w:t>
        <w:br/>
        <w:t>...Хтось там понурний, мов тінь, іде, —&lt;br /&gt;</w:t>
        <w:br/>
        <w:t>Ступає задумливий і мовчазний&lt;br /&gt;</w:t>
        <w:br/>
        <w:t>В кереї своїй бойовій.</w:t>
      </w:r>
    </w:p>
    <w:p>
      <w:r>
        <w:br/>
        <w:t>І кінь десь, засідланий, кований вже,&lt;br /&gt;</w:t>
        <w:br/>
        <w:t>Пряде одним вухом і тоскно ірже,&lt;br /&gt;</w:t>
        <w:br/>
        <w:t>І оком кривавим у ніч позира...&lt;br /&gt;</w:t>
        <w:br/>
        <w:t>То не тінь — то страшна мара.</w:t>
      </w:r>
    </w:p>
    <w:p>
      <w:r>
        <w:br/>
        <w:t>Встає від розритих могил і руїн,&lt;br /&gt;</w:t>
        <w:br/>
        <w:t>Іде Гуляй-Поле — проходить один.&lt;br /&gt;</w:t>
        <w:br/>
        <w:t>Іде мовчазний і блідий, мов туман, —&lt;br /&gt;</w:t>
        <w:br/>
        <w:t>Грізний,&lt;br /&gt;</w:t>
        <w:br/>
        <w:t>страшний отаман.</w:t>
      </w:r>
    </w:p>
    <w:p>
      <w:r>
        <w:br/>
        <w:t>Іде отаман по руїнах, мов тінь.&lt;br /&gt;</w:t>
        <w:br/>
        <w:t>Ступа на уламках усіх поколінь.&lt;br /&gt;</w:t>
        <w:br/>
        <w:t>Над кратером чорним понуро стає.&lt;br /&gt;</w:t>
        <w:br/>
        <w:t>Рукою затримує серце своє.&lt;br /&gt;</w:t>
        <w:br/>
        <w:t>Торкає ногою три черепи він —&lt;br /&gt;</w:t>
        <w:br/>
        <w:t>І чорний,&lt;br /&gt;</w:t>
        <w:br/>
        <w:t>і жовтий,&lt;br /&gt;</w:t>
        <w:br/>
        <w:t>і білий один:&lt;br /&gt;</w:t>
        <w:br/>
        <w:t>...Прапрадід був,&lt;br /&gt;</w:t>
        <w:br/>
        <w:t>Прадід...&lt;br /&gt;</w:t>
        <w:br/>
        <w:t>І син...</w:t>
      </w:r>
    </w:p>
    <w:p>
      <w:r>
        <w:br/>
        <w:t>Було Гуляй-Поле, було Гуляй-Поле! —&lt;br /&gt;</w:t>
        <w:br/>
        <w:t>Як буряне море, кипіло й гуло.&lt;br /&gt;</w:t>
        <w:br/>
        <w:t>Були в нього діти, гей, були соколи!&lt;br /&gt;</w:t>
        <w:br/>
        <w:t>І не було сили такої ніколи,&lt;br /&gt;</w:t>
        <w:br/>
        <w:t>Щоб скорило, щоб їх знесло.</w:t>
      </w:r>
    </w:p>
    <w:p>
      <w:r>
        <w:br/>
        <w:t>Три черепи повні сирої землі...</w:t>
      </w:r>
    </w:p>
    <w:p>
      <w:r>
        <w:br/>
        <w:t>Секунди біжать у їдучій імлі —&lt;br /&gt;</w:t>
        <w:br/>
        <w:t>Стрілка іде до своєї мети...&lt;br /&gt;</w:t>
        <w:br/>
        <w:t>Та ніщо не виповнює пустоти.</w:t>
      </w:r>
    </w:p>
    <w:p>
      <w:r>
        <w:br/>
        <w:t>Марево блідне, хистке, як омана, —&lt;br /&gt;</w:t>
        <w:br/>
        <w:t>Фата-моргана, фата-моргана.</w:t>
      </w:r>
    </w:p>
    <w:p>
      <w:r>
        <w:br/>
        <w:t>Вітер шумить. І полин гуде.&lt;br /&gt;</w:t>
        <w:br/>
        <w:t>І кінь ірже...&lt;br /&gt;</w:t>
        <w:br/>
        <w:t>Та ніхто не йде!&lt;br /&gt;</w:t>
        <w:br/>
        <w:t>Не чує ніхто і не бачить його,&lt;br /&gt;</w:t>
        <w:br/>
        <w:t>Мов немає роду того!</w:t>
      </w:r>
    </w:p>
    <w:p>
      <w:r>
        <w:br/>
        <w:t>Мов немає вже гордих,&lt;br /&gt;</w:t>
        <w:br/>
        <w:t>лиш ниці й покірні, —&lt;br /&gt;</w:t>
        <w:br/>
        <w:t>Нікчемні пророки, і брехуни,&lt;br /&gt;</w:t>
        <w:br/>
        <w:t>Дрібненькі політики й говоруни,&lt;br /&gt;</w:t>
        <w:br/>
        <w:t>І паралітики... — лише вони —&lt;br /&gt;</w:t>
        <w:br/>
        <w:t>Продані, зраджені і невірні.</w:t>
      </w:r>
    </w:p>
    <w:p>
      <w:r>
        <w:br/>
        <w:t>Меч не тримається в їхній руці,&lt;br /&gt;</w:t>
        <w:br/>
        <w:t>І переляк на лиці.</w:t>
      </w:r>
    </w:p>
    <w:p>
      <w:r>
        <w:br/>
        <w:t>О, де Ти, Мужній, Простий і Великий —&lt;br /&gt;</w:t>
        <w:br/>
        <w:t>Благословенний на меч і бої!?!.&lt;br /&gt;</w:t>
        <w:br/>
        <w:t>Вибухають воплем, вибухають криком, —&lt;br /&gt;</w:t>
        <w:br/>
        <w:t>Ждуть Тебе сироти твої, й каліки,&lt;br /&gt;</w:t>
        <w:br/>
        <w:t>Й невідомщені малята твої!</w:t>
      </w:r>
    </w:p>
    <w:p>
      <w:r>
        <w:br/>
        <w:t>Удар громами. Смерчем прийди.&lt;br /&gt;</w:t>
        <w:br/>
        <w:t>І поведи!&lt;br /&gt;</w:t>
        <w:br/>
        <w:t>І поведи...</w:t>
      </w:r>
    </w:p>
    <w:p>
      <w:r>
        <w:br/>
        <w:t>О, де Ти, Грізний, Страшний, Непоборний!?&lt;br /&gt;</w:t>
        <w:br/>
        <w:t>Як Бог, Вогнеликий! Як земля, Чорний!&lt;br /&gt;</w:t>
        <w:br/>
        <w:t>Меч Правосуддя! Кара Господня! —&lt;br /&gt;</w:t>
        <w:br/>
        <w:t>Де ж Ти —&lt;br /&gt;</w:t>
        <w:br/>
        <w:t>Меснику всенародний!?!</w:t>
      </w:r>
    </w:p>
    <w:p>
      <w:r>
        <w:br/>
        <w:t>Безжалісний, і невблаганний,&lt;br /&gt;</w:t>
        <w:br/>
        <w:t>І безрозсудний, і предковічний.&lt;br /&gt;</w:t>
        <w:br/>
        <w:t>Із всіх жорстоких єдино правий!&lt;br /&gt;</w:t>
        <w:br/>
        <w:t>Страшний,&lt;br /&gt;</w:t>
        <w:br/>
        <w:t>Апокаліптичний!</w:t>
      </w:r>
    </w:p>
    <w:p>
      <w:r>
        <w:br/>
        <w:t>Неповинная кров — клятьба Твоя.&lt;br /&gt;</w:t>
        <w:br/>
        <w:t>Ти — єдиний з усіх Судія.</w:t>
      </w:r>
    </w:p>
    <w:p>
      <w:r>
        <w:br/>
        <w:t>Тінь Твоя ходить. Вітер гуде...</w:t>
      </w:r>
    </w:p>
    <w:p>
      <w:r>
        <w:br/>
        <w:t>Іде по кістках він.&lt;br /&gt;</w:t>
        <w:br/>
        <w:t>Іде...&lt;br /&gt;</w:t>
        <w:br/>
        <w:t>Іде!!!&lt;br /&gt;</w:t>
        <w:br/>
        <w:t>(Стрілка доходить своєї межі). —&lt;br /&gt;</w:t>
        <w:br/>
        <w:t>Ходою тяжкою іде, мов чужий,</w:t>
      </w:r>
    </w:p>
    <w:p>
      <w:r>
        <w:br/>
        <w:t>Вдивляється мовчки до серця свого, —&lt;br /&gt;</w:t>
        <w:br/>
        <w:t>Дивиться вглиб — і не бачить його, —&lt;br /&gt;</w:t>
        <w:br/>
        <w:t>В муках, в вогні обернулось в такий&lt;br /&gt;</w:t>
        <w:br/>
        <w:t>Камінь&lt;br /&gt;</w:t>
        <w:br/>
        <w:t>Обсмалений і тяжкий.</w:t>
      </w:r>
    </w:p>
    <w:p>
      <w:r>
        <w:br/>
        <w:t>Він виходить на дике бескиддя руїн.&lt;br /&gt;</w:t>
        <w:br/>
        <w:t>Мов чорний орел, позирає один.&lt;br /&gt;</w:t>
        <w:br/>
        <w:t>Вітер керею йому роздима...&lt;br /&gt;</w:t>
        <w:br/>
        <w:t>— Нема!.. Ще орлят нема...</w:t>
      </w:r>
    </w:p>
    <w:p>
      <w:r>
        <w:br/>
        <w:t>Ще лежать між розритих дідівських могил.&lt;br /&gt;</w:t>
        <w:br/>
        <w:t>Ще ковтають глину, сльози і пил.&lt;br /&gt;</w:t>
        <w:br/>
        <w:t>Ще їх не окрилив відчай і гнів&lt;br /&gt;</w:t>
        <w:br/>
        <w:t>Для страшносудних боїв.</w:t>
      </w:r>
    </w:p>
    <w:p>
      <w:r>
        <w:br/>
        <w:t>Келих не повен. Ще крапля паде.&lt;br /&gt;</w:t>
        <w:br/>
        <w:t>Ще стрілка До риски своєї іде...</w:t>
      </w:r>
    </w:p>
    <w:p>
      <w:r>
        <w:br/>
        <w:t>Він пестить ефес і жде:</w:t>
      </w:r>
    </w:p>
    <w:p>
      <w:r>
        <w:br/>
        <w:t>...Вам мало на світі сиріт і калік?!?&lt;br /&gt;</w:t>
        <w:br/>
        <w:t>Гряде ж&lt;br /&gt;</w:t>
        <w:br/>
        <w:t>М І Й !&lt;br /&gt;</w:t>
        <w:br/>
        <w:t>Р І К !!</w:t>
      </w:r>
    </w:p>
    <w:p>
      <w:r>
        <w:br/>
        <w:t>І свисне Він так, що туман впаде.&lt;br /&gt;</w:t>
        <w:br/>
        <w:t>Застогне земля і загуде.&lt;br /&gt;</w:t>
        <w:br/>
        <w:t>Задвигтить Гуляй-Поле небачено ще.&lt;br /&gt;</w:t>
        <w:br/>
        <w:t>І — лявіна потече, —&lt;br /&gt;</w:t>
        <w:br/>
        <w:t>Невблаганна. Безодвічна.&lt;br /&gt;</w:t>
        <w:br/>
        <w:t>Страшна. Апокаліптична.</w:t>
      </w:r>
    </w:p>
    <w:p>
      <w:r>
        <w:br/>
        <w:t>І приб'ють вони серце, мов стяг, на стовпі...&lt;br /&gt;</w:t>
        <w:br/>
        <w:t>І встануть каліки... І встануть сліпі...&lt;br /&gt;</w:t>
        <w:br/>
        <w:t>І кинуться юні... Мужні... Старі...&lt;br /&gt;</w:t>
        <w:br/>
        <w:t>І сестри зґвалтовані, і матері...</w:t>
      </w:r>
    </w:p>
    <w:p>
      <w:r>
        <w:br/>
        <w:t>І дитя подаватиме кріс і набій&lt;br /&gt;</w:t>
        <w:br/>
        <w:t>В цей святий, страшносудний бій...</w:t>
      </w:r>
    </w:p>
    <w:p>
      <w:r>
        <w:br/>
        <w:t>Прокотиться смерч.&lt;br /&gt;</w:t>
        <w:br/>
        <w:t>Й не поможе ні "Боже мій!",&lt;br /&gt;</w:t>
        <w:br/>
        <w:t>І не врятує "Пробі" повалених ниць...&lt;br /&gt;</w:t>
        <w:br/>
        <w:t>Гей, відміряно ж буде та й мірою гожою!&lt;br /&gt;</w:t>
        <w:br/>
        <w:t>Загатяться кратери кістками ворожими,&lt;br /&gt;</w:t>
        <w:br/>
        <w:t>Черепами грабіжників і дітовбивць.</w:t>
      </w:r>
    </w:p>
    <w:p>
      <w:r>
        <w:br/>
        <w:t>Над головами ґвалтівників і паскуд&lt;br /&gt;</w:t>
        <w:br/>
        <w:t>Довготерпеливі довершать Суд.&lt;br /&gt;</w:t>
        <w:br/>
        <w:t>І розвіють пил. І розвіють прах.&lt;br /&gt;</w:t>
        <w:br/>
        <w:t>І ляжуть самі на чужих кістках.&lt;br /&gt;</w:t>
        <w:br/>
        <w:t>І вітер над ними, як щит, приб'є —&lt;br /&gt;</w:t>
        <w:br/>
        <w:t>Як Меч Правосуддя — ім'я Твоє.</w:t>
      </w:r>
    </w:p>
    <w:p>
      <w:r>
        <w:br/>
        <w:t>Лежатимуть так, щоб колись розцвісти.&lt;br /&gt;</w:t>
        <w:br/>
        <w:t>Лежатимуть всі. І над всіми — Ти&lt;br /&gt;</w:t>
        <w:br/>
        <w:t>І серце Твоє. І не візьме їх тлінь —&lt;br /&gt;</w:t>
        <w:br/>
        <w:t>Офіруваних&lt;br /&gt;</w:t>
        <w:br/>
        <w:t>В ім'я поколінь.</w:t>
      </w:r>
    </w:p>
    <w:p>
      <w:r>
        <w:br/>
        <w:t>Пливтимуть світи мимо серця Твого.&lt;br /&gt;</w:t>
        <w:br/>
        <w:t>Цвістиме чебрець. І не буде того,&lt;br /&gt;</w:t>
        <w:br/>
        <w:t>Хто б Тебе осудив за діла Твої, —&lt;br /&gt;</w:t>
        <w:br/>
        <w:t>Такого&lt;br /&gt;</w:t>
        <w:br/>
        <w:t>Нема судії!</w:t>
      </w:r>
    </w:p>
    <w:p>
      <w:r>
        <w:br/>
        <w:t>А якщо десь є — убий і його!&lt;br /&gt;</w:t>
        <w:br/>
        <w:t>Щоб знав міру горя Твого.</w:t>
      </w:r>
    </w:p>
    <w:p>
      <w:r>
        <w:br/>
        <w:t>Пливтимуть світи мимо серця Твого.&lt;br /&gt;</w:t>
        <w:br/>
        <w:t>Густиме над маками соняшний гонг.&lt;br /&gt;</w:t>
        <w:br/>
        <w:t>І густиме в віках Твоє ім'я —&lt;br /&gt;</w:t>
        <w:br/>
        <w:t>Єдиний, найбільший з усіх Судія!</w:t>
      </w:r>
    </w:p>
    <w:p>
      <w:r>
        <w:br/>
        <w:t>Благословенний. Могутній, як ниви і синь.&lt;br /&gt;</w:t>
        <w:br/>
        <w:t>Вічний&lt;br /&gt;</w:t>
        <w:br/>
        <w:t>В с е р ц я х п о к о л і н ь !</w:t>
      </w:r>
    </w:p>
    <w:p>
      <w:r>
        <w:br/>
        <w:t>Січень, 1944 р. Тернопіль.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Гуляй-Поле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