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співаю про тіло електричне</w:t>
      </w:r>
    </w:p>
    <w:p>
      <w:r>
        <w:br/>
        <w:t xml:space="preserve"> 1</w:t>
      </w:r>
    </w:p>
    <w:p>
      <w:r>
        <w:br/>
        <w:t>Я співаю про тіло електричне.&lt;br /&gt;</w:t>
        <w:br/>
        <w:t>Безліч коханих мене обіймають, і я обіймаю їх.&lt;br /&gt;</w:t>
        <w:br/>
        <w:t>Мене вони не відпустять, доки я з ними не піду, щоб їм відповісти,&lt;br /&gt;</w:t>
        <w:br/>
        <w:t>Доки їх не очищу і по вінця не виповню щедротою душі.&lt;br /&gt;</w:t>
        <w:br/>
        <w:t>Чи ж не ті шукають криївки, хто сквернить тіло своє?&lt;br /&gt;</w:t>
        <w:br/>
        <w:t>Чим кращий той, хто ганить живого, від того, хто мертвого ганить?&lt;br /&gt;</w:t>
        <w:br/>
        <w:t>Чи ж тіло менше значить, аніж душа?&lt;br /&gt;</w:t>
        <w:br/>
        <w:t>І коли тіло — це не душа, що ж тоді душа?</w:t>
      </w:r>
    </w:p>
    <w:p>
      <w:r>
        <w:br/>
      </w:r>
    </w:p>
    <w:p>
      <w:r>
        <w:br/>
        <w:t>2</w:t>
      </w:r>
    </w:p>
    <w:p>
      <w:r>
        <w:br/>
        <w:t>Любов до тіла мужчини чи жіночого тіла не потребує виправдань —&lt;br /&gt;</w:t>
        <w:br/>
        <w:t>адже тіло саме не потребує виправдань.&lt;br /&gt;</w:t>
        <w:br/>
        <w:t>Досконале тіло мужчини, і тіло жіноче також досконале.&lt;br /&gt;</w:t>
        <w:br/>
        <w:t>Вираз обличчя не потребує виправдань.&lt;br /&gt;</w:t>
        <w:br/>
        <w:t>Та добре збудований чоловік виражає себе не лише в обличчі,&lt;br /&gt;</w:t>
        <w:br/>
        <w:t>а в цілій постаті також, в окремих частинах тіла, в суглобах,&lt;br /&gt;</w:t>
        <w:br/>
        <w:t>плавній грації стегон, вигині рук;&lt;br /&gt;</w:t>
        <w:br/>
        <w:t>У ході, постаті, гнучкості стану, колін, в статурі усій, що її&lt;br /&gt;</w:t>
        <w:br/>
        <w:t>не сховає одежа;&lt;br /&gt;</w:t>
        <w:br/>
        <w:t>Сила і спритність пробиваються через тканину.&lt;br /&gt;</w:t>
        <w:br/>
        <w:t>Людина іде — і в захваті ви, немов од поеми, і навіть більше.&lt;br /&gt;</w:t>
        <w:br/>
        <w:t>Мить зачекавши, ви звернете погляд на спину, потилицю&lt;br /&gt;</w:t>
        <w:br/>
        <w:t>і на лопатки.&lt;br /&gt;</w:t>
        <w:br/>
        <w:t>Мила незграбність дітей, перса і голови жінок, складки їхніх&lt;br /&gt;</w:t>
        <w:br/>
        <w:t>суконь, обриси ніг.</w:t>
      </w:r>
    </w:p>
    <w:p>
      <w:r>
        <w:br/>
        <w:t>Голий плавець у басейні, коли він пливе у прозорому зеленому блиску&lt;br /&gt;</w:t>
        <w:br/>
        <w:t>чи лежить, закинувши голову, і похитується на воді у мовчанні;&lt;br /&gt;</w:t>
        <w:br/>
        <w:t>Нахил вперед і назад веслярів на човнах і вершника у сідлі;&lt;br /&gt;</w:t>
        <w:br/>
        <w:t>Дівчата, матері, господині за хатніми клопотами;&lt;br /&gt;</w:t>
        <w:br/>
        <w:t>Робітники в полуднє з обідніми казанками, їх дружини в чеканні;&lt;br /&gt;</w:t>
        <w:br/>
        <w:t>Юна мати з дитям коло персів, донька фермера в коровні&lt;br /&gt;</w:t>
        <w:br/>
        <w:t>або в саду;&lt;br /&gt;</w:t>
        <w:br/>
        <w:t>Парубок з мотикою в полі, кучер, що править шестериком вороних,&lt;br /&gt;</w:t>
        <w:br/>
        <w:t>запряжених в сани;&lt;br /&gt;</w:t>
        <w:br/>
        <w:t>Борюкання двох підлітків, задерикуватих, здорових, веселих&lt;br /&gt;</w:t>
        <w:br/>
        <w:t>на пустирищі увечері після роботи;&lt;br /&gt;</w:t>
        <w:br/>
        <w:t>Скинуто кепі і піджаки. Їм любо поміряти сили.&lt;br /&gt;</w:t>
        <w:br/>
        <w:t>Сплелися в напрузі тіла, волосся впало на очі.&lt;br /&gt;</w:t>
        <w:br/>
        <w:t>Проїзд пожежників у блискучих касках, гра могутніх м'язів&lt;br /&gt;</w:t>
        <w:br/>
        <w:t>під поясами,&lt;br /&gt;</w:t>
        <w:br/>
        <w:t>Неквапне повернення з пожежі, потім перепочинок — і знову сигнал&lt;br /&gt;</w:t>
        <w:br/>
        <w:t>тривоги;&lt;br /&gt;</w:t>
        <w:br/>
        <w:t>Всі напружено слухають — нахил голови, розрахунок секунд,&lt;br /&gt;</w:t>
        <w:br/>
        <w:t>Оце я люблю — і більше себе не стримую. Вільно крокую,&lt;br /&gt;</w:t>
        <w:br/>
        <w:t>до персів налитих дитям припадаю,&lt;br /&gt;</w:t>
        <w:br/>
        <w:t>Пливу із плавцями, борюся з борцями, їду з пожежниками,&lt;br /&gt;</w:t>
        <w:br/>
        <w:t>відпочиваю, прислухаюсь, рахую секунди.</w:t>
      </w:r>
    </w:p>
    <w:p>
      <w:r>
        <w:br/>
      </w:r>
    </w:p>
    <w:p>
      <w:r>
        <w:br/>
        <w:t>3</w:t>
      </w:r>
    </w:p>
    <w:p>
      <w:r>
        <w:br/>
        <w:t>Я знав звичайного фермера, батька п'ятьох синів, —&lt;br /&gt;</w:t>
        <w:br/>
        <w:t>Вони були батьками синів, і ті теж батьками синів, —&lt;br /&gt;</w:t>
        <w:br/>
        <w:t>Він був навдивовижу міцний, спокійний, прекрасний,&lt;br /&gt;</w:t>
        <w:br/>
        <w:t>Голова, його пшенично-біле волосся, борода, погляд глибокий&lt;br /&gt;</w:t>
        <w:br/>
        <w:t>темних очей, широта і щедрість в поводженні —&lt;br /&gt;</w:t>
        <w:br/>
        <w:t>Все це вабило, я у нього бував, мудрістю він відзначався.&lt;br /&gt;</w:t>
        <w:br/>
        <w:t>Він був шести футів на зріст, старший за вісімдесят років, —&lt;br /&gt;</w:t>
        <w:br/>
        <w:t>його сини були високі, кремезні, бородаті, засмаглі красені.&lt;br /&gt;</w:t>
        <w:br/>
        <w:t>Сини і дочки любили його — кожний, хто знав, любив його;&lt;br /&gt;</w:t>
        <w:br/>
        <w:t>Любили не з розрахунку, а щиро — кожен по-своєму.&lt;br /&gt;</w:t>
        <w:br/>
        <w:t>Він пив тільки воду, — кров пробивалась рум'янцем крізь темну&lt;br /&gt;</w:t>
        <w:br/>
        <w:t>засмаглість обличчя.&lt;br /&gt;</w:t>
        <w:br/>
        <w:t>Він був запеклий рибалка, мисливець, сам веслувати любив&lt;br /&gt;</w:t>
        <w:br/>
        <w:t>(корабельний тесля човен йому дарував), була у нього гвинтівка,&lt;br /&gt;</w:t>
        <w:br/>
        <w:t>дарована також з любов'ю,&lt;br /&gt;</w:t>
        <w:br/>
        <w:t>Коли він рушав з п'ятьма синами і багатьма онуками на полювання&lt;br /&gt;</w:t>
        <w:br/>
        <w:t>чи на рибалку, найміцнішим і найпрекраснішим він серед них&lt;br /&gt;</w:t>
        <w:br/>
        <w:t>здавався.&lt;br /&gt;</w:t>
        <w:br/>
        <w:t>Вам хотілось би також бути з ним довго, довго сидіти з ним поруч&lt;br /&gt;</w:t>
        <w:br/>
        <w:t>в човні, до нього торкатись.</w:t>
      </w:r>
    </w:p>
    <w:p>
      <w:r>
        <w:br/>
        <w:t>4</w:t>
      </w:r>
    </w:p>
    <w:p>
      <w:r>
        <w:br/>
        <w:t>Я зрозумів, що бути з тими, хто мені до вподоби, — це добре,&lt;br /&gt;</w:t>
        <w:br/>
        <w:t>Що посидіти смерком серед інших людей — це добре,&lt;br /&gt;</w:t>
        <w:br/>
        <w:t>Що бути оточеним прекрасною, усміхненою, трепетною плоттю —&lt;br /&gt;</w:t>
        <w:br/>
        <w:t>це добре,&lt;br /&gt;</w:t>
        <w:br/>
        <w:t>Побути між них, когось доторкнутись, охопити злегка рукою його&lt;br /&gt;</w:t>
        <w:br/>
        <w:t>чи її шию на мить — чи ж цього мало?&lt;br /&gt;</w:t>
        <w:br/>
        <w:t>Мені більшої насолоди не треба — я плаваю в ній, як у морі.&lt;br /&gt;</w:t>
        <w:br/>
        <w:t>Є щось в спілкуванні з людьми, в їх вигляді, доторку, в пахощах їх,&lt;br /&gt;</w:t>
        <w:br/>
        <w:t>що радує душу, —&lt;br /&gt;</w:t>
        <w:br/>
        <w:t>Різне радує душу, але це — особливо сильно.&lt;br /&gt;</w:t>
        <w:br/>
        <w:t>Ось тіло жіноче.&lt;br /&gt;</w:t>
        <w:br/>
        <w:t>Божественне сяйво від нього струмує з голови до ніг.&lt;br /&gt;</w:t>
        <w:br/>
        <w:t>Воно притягає нестримно до себе тяжінням непереборним!&lt;br /&gt;</w:t>
        <w:br/>
        <w:t>І я, мов безпорадна пара, втягнена в подих його, і все навколо зникає,&lt;br /&gt;</w:t>
        <w:br/>
        <w:t>крім мене і нього;&lt;br /&gt;</w:t>
        <w:br/>
        <w:t>Всі книги, мистецтво, релігія, час і відчутно тверда земля,&lt;br /&gt;</w:t>
        <w:br/>
        <w:t>нагорода небес, страх пекла — також зникають.&lt;br /&gt;</w:t>
        <w:br/>
        <w:t>Його безумні струми грають невтримно, і відповідь їх невтримна,&lt;br /&gt;</w:t>
        <w:br/>
        <w:t>Волосся, груди, стегна, вигини ніг, недбало відкинуті руки —&lt;br /&gt;</w:t>
        <w:br/>
        <w:t>її і мої — злились воєдино,&lt;br /&gt;</w:t>
        <w:br/>
        <w:t>Відплив, приливом породжений, приплив, що іде на зміну відпливу, —&lt;br /&gt;</w:t>
        <w:br/>
        <w:t>любовна плоть у тремтінні, в солодкому болю,&lt;br /&gt;</w:t>
        <w:br/>
        <w:t>Нестримний, прозорий струмінь кохання, гарячий, спраглий, трепет&lt;br /&gt;</w:t>
        <w:br/>
        <w:t>нестями, білоцвітний шалений сік;&lt;br /&gt;</w:t>
        <w:br/>
        <w:t>Шлюбна ніч кохання переходить надійно і ніжно в розпростерте&lt;br /&gt;</w:t>
        <w:br/>
        <w:t>світання.&lt;br /&gt;</w:t>
        <w:br/>
        <w:t>Що переллється в покірний жаданий день,&lt;br /&gt;</w:t>
        <w:br/>
        <w:t>Згубившись в обіймах солодкої денної плоті.</w:t>
      </w:r>
    </w:p>
    <w:p>
      <w:r>
        <w:br/>
        <w:t>Це зачаття — від жінки народиться потім дитя, від жінки&lt;br /&gt;</w:t>
        <w:br/>
        <w:t>народиться чоловік,&lt;br /&gt;</w:t>
        <w:br/>
        <w:t>Це купеля народин — злиття малого з великим, і знову початок.</w:t>
      </w:r>
    </w:p>
    <w:p>
      <w:r>
        <w:br/>
        <w:t>Не соромся, о жінко, твоя перевага — праматір'ю сущого бути,&lt;br /&gt;</w:t>
        <w:br/>
        <w:t>Ти брама тіла, ти брама душі.</w:t>
      </w:r>
    </w:p>
    <w:p>
      <w:r>
        <w:br/>
        <w:t>В жінці якості всі — вона їх пом'якшує.&lt;br /&gt;</w:t>
        <w:br/>
        <w:t>Вона на своєму місці, і завжди вона в рівновазі,&lt;br /&gt;</w:t>
        <w:br/>
        <w:t>В ній приховане все, як і повинно бути, вона і спокійна,&lt;br /&gt;</w:t>
        <w:br/>
        <w:t>й діяльна;&lt;br /&gt;</w:t>
        <w:br/>
        <w:t>Їй зачинати дочок, і їй зачинати синів.</w:t>
      </w:r>
    </w:p>
    <w:p>
      <w:r>
        <w:br/>
        <w:t>Коли я бачу душу свою, відбиту в природі,&lt;br /&gt;</w:t>
        <w:br/>
        <w:t>Коли я бачу крізь млу несказанно довершене, чисте, прекрасне,&lt;br /&gt;</w:t>
        <w:br/>
        <w:t>Коли бачу похилену голову і на грудях схрещені руки, — жінку я бачу.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співаю про тіло електричне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