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утверждаюсь</w:t>
      </w:r>
    </w:p>
    <w:p>
      <w:r>
        <w:br/>
        <w:t xml:space="preserve"> Я єсть народ, якого Правди сила&lt;br /&gt;</w:t>
        <w:br/>
        <w:t>ніким звойована ще не була.&lt;br /&gt;</w:t>
        <w:br/>
        <w:t>Яка біда мене, яка чума косила! —&lt;br /&gt;</w:t>
        <w:br/>
        <w:t>а сила знову розцвіла.</w:t>
      </w:r>
    </w:p>
    <w:p>
      <w:r>
        <w:br/>
        <w:t>Щоб жить — ні в кого права не питаюсь.&lt;br /&gt;</w:t>
        <w:br/>
        <w:t>Щоб жить — я всі кайдани розірву.&lt;br /&gt;</w:t>
        <w:br/>
        <w:t>Я стверджуюсь, я утверждаюсь,&lt;br /&gt;</w:t>
        <w:br/>
        <w:t>бо я живу.</w:t>
      </w:r>
    </w:p>
    <w:p>
      <w:r>
        <w:br/>
        <w:t>Тевтоніє! Мене ти пожирала,&lt;br /&gt;</w:t>
        <w:br/>
        <w:t>як вішала моїх дочок, синів&lt;br /&gt;</w:t>
        <w:br/>
        <w:t>і як залізо, хліб та вугіль крала...&lt;br /&gt;</w:t>
        <w:br/>
        <w:t>О, як твій дух осатанів!</w:t>
      </w:r>
    </w:p>
    <w:p>
      <w:r>
        <w:br/>
        <w:t>Ти думала — тобою весь з'їдаюсь? —&lt;br /&gt;</w:t>
        <w:br/>
        <w:t>та, подавившись, падаєш в тріву...&lt;br /&gt;</w:t>
        <w:br/>
        <w:t>Я стверджуюсь, я утверждаюсь,&lt;br /&gt;</w:t>
        <w:br/>
        <w:t>бо я живу.</w:t>
      </w:r>
    </w:p>
    <w:p>
      <w:r>
        <w:br/>
        <w:t>Я єсть народ, якого Правди сила&lt;br /&gt;</w:t>
        <w:br/>
        <w:t>ніким звойована ще не була.&lt;br /&gt;</w:t>
        <w:br/>
        <w:t>Яка біда мене, яка чума косила! —&lt;br /&gt;</w:t>
        <w:br/>
        <w:t>а сила знову розцвіла.</w:t>
      </w:r>
    </w:p>
    <w:p>
      <w:r>
        <w:br/>
        <w:t>Сини мої, червоні українці,&lt;br /&gt;</w:t>
        <w:br/>
        <w:t>я буду вас за подвиг прославлять,-&lt;br /&gt;</w:t>
        <w:br/>
        <w:t>ідіть батькам на допомогу й жінці,&lt;br /&gt;</w:t>
        <w:br/>
        <w:t>дітей спішіте визволять!</w:t>
      </w:r>
    </w:p>
    <w:p>
      <w:r>
        <w:br/>
        <w:t>Па українських нивах, на російських,&lt;br /&gt;</w:t>
        <w:br/>
        <w:t>па білоруських — я прошу, молю! —&lt;br /&gt;</w:t>
        <w:br/>
        <w:t>вбивайте ворогів, злодюг злодійських,&lt;br /&gt;</w:t>
        <w:br/>
        <w:t>вбивайте без жалю!</w:t>
      </w:r>
    </w:p>
    <w:p>
      <w:r>
        <w:br/>
        <w:t>Нехай ще в ранах я — я не стидаюсь,&lt;br /&gt;</w:t>
        <w:br/>
        <w:t>гляджу їх, мов пшеницю ярову.&lt;br /&gt;</w:t>
        <w:br/>
        <w:t>Я стверджуюсь, я утверждаюсь,&lt;br /&gt;</w:t>
        <w:br/>
        <w:t>бо я живу.</w:t>
      </w:r>
    </w:p>
    <w:p>
      <w:r>
        <w:br/>
        <w:t>Із ран — нове життя заколоситься,&lt;br /&gt;</w:t>
        <w:br/>
        <w:t>що з нього світ весь буде подивлять,&lt;br /&gt;</w:t>
        <w:br/>
        <w:t>яка земля! яко зерно! росиця! —&lt;br /&gt;</w:t>
        <w:br/>
        <w:t>Ну як же не сіять?</w:t>
      </w:r>
    </w:p>
    <w:p>
      <w:r>
        <w:br/>
        <w:t>І я сіяю, крильми розгортаюсь,&lt;br /&gt;</w:t>
        <w:br/>
        <w:t>своїх орлів скликаю, кличу, зву...&lt;br /&gt;</w:t>
        <w:br/>
        <w:t>Я стверджуюсь, я утверждаюсь,&lt;br /&gt;</w:t>
        <w:br/>
        <w:t>бо я живу.</w:t>
      </w:r>
    </w:p>
    <w:p>
      <w:r>
        <w:br/>
        <w:t>Ще буде: неба чистої блакиті,&lt;br /&gt;</w:t>
        <w:br/>
        <w:t>добробут в нас підніметься, як ртуть,&lt;br /&gt;</w:t>
        <w:br/>
        <w:t>заблискотять косарки в житі,&lt;br /&gt;</w:t>
        <w:br/>
        <w:t>заводи загудуть...</w:t>
      </w:r>
    </w:p>
    <w:p>
      <w:r>
        <w:br/>
        <w:t>І я життям багатим розсвітаюсь,&lt;br /&gt;</w:t>
        <w:br/>
        <w:t>пущу над сонцем хмарку, як брову...&lt;br /&gt;</w:t>
        <w:br/>
        <w:t>Я стверджуюсь, я утверждаюсь,&lt;br /&gt;</w:t>
        <w:br/>
        <w:t>бо я живу.</w:t>
      </w:r>
    </w:p>
    <w:p>
      <w:r>
        <w:br/>
        <w:t>Я єсть народ, якого Правди сила&lt;br /&gt;</w:t>
        <w:br/>
        <w:t>ніким звойована ще не була.&lt;br /&gt;</w:t>
        <w:br/>
        <w:t>Яка біда мене, яка чума косила! —&lt;br /&gt;</w:t>
        <w:br/>
        <w:t>а сила знову розцвіла.</w:t>
      </w:r>
    </w:p>
    <w:p>
      <w:r>
        <w:br/>
        <w:t>Фашистська гидь, тремти! Я розвертаюсь!&lt;br /&gt;</w:t>
        <w:br/>
        <w:t>Тобі ж кладу я дошку гробову.&lt;br /&gt;</w:t>
        <w:br/>
        <w:t>Я стверджуюсь, я утверждаюсь,&lt;br /&gt;</w:t>
        <w:br/>
        <w:t>бо я живу.</w:t>
      </w:r>
    </w:p>
    <w:p>
      <w:r>
        <w:br/>
        <w:t>1943 р. 16 вересня.&lt;br /&gt;</w:t>
        <w:br/>
        <w:t>Кремлівська лікарня.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утверждаюсь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