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Ябеда</w:t>
      </w:r>
    </w:p>
    <w:p>
      <w:r>
        <w:br/>
        <w:t xml:space="preserve"> &lt;p&gt;— Я більше не буду! Ну, чесне слово!</w:t>
      </w:r>
    </w:p>
    <w:p>
      <w:r>
        <w:br/>
        <w:t>— Що ж, повірю. Тільки це вже востаннє. Зрозумів? Коли хоч щось — ти не поїдеш… Якийсь хуліган росте, а не хлопець. Більше панькатися з тобою не буду.</w:t>
      </w:r>
    </w:p>
    <w:p>
      <w:r>
        <w:br/>
        <w:t>— Добре, мамусю. От побачиш, от побачиш.</w:t>
      </w:r>
    </w:p>
    <w:p>
      <w:r>
        <w:br/>
        <w:t>Валько полегшено зітхнув. І в душі він заприсягся: "Годі! Все! Більше цього не буде!"</w:t>
      </w:r>
    </w:p>
    <w:p>
      <w:r>
        <w:br/>
        <w:t>Не вперше Валько давав собі такі клятви, не вперше каявся — легковажна він був людина. Але тепер він вирішив остаточно: скільки можна! Тільки й чути: "Ваш Валько вдарив Борю", "Ваш Валько обірвав вірьовку з білизною!", "Ваш Валько заліз у собачу конуру й гавкав…" І просто нестерпно дивитися у вічі мамі, коли вона докоряє: "Знову? Ну чому ти не можеш поводитися, як Толя?"</w:t>
      </w:r>
    </w:p>
    <w:p>
      <w:r>
        <w:br/>
        <w:t>Ох, оцей Толя — товстий губатий Только, двоюрідний Вальків брат! Чому всі вважають його таким хорошим? Авжеж, він відмінник і щодня чистить зуби. Авжеж, він не стріляє з рогатки і не їздить на трамвайній ковбасі… Але ж він не вміє плавати і не вміє кататися на ковзанах. І плаксій він — як найостанніша баба. Через четвірки ладен крокодилячі сльози лити. А коли вони були молодші і їм траплялось битися, Толя завжди лупцював Валька, бо був на півроку старший і дужчий. Причому побитий Валько мовчав, а Толя ревів. Б'є і плаче, б'є і плаче. І виходило, що винен, звичайно, Валько — він, мовляв, кривдник, він хуліган. І так усе життя…</w:t>
      </w:r>
    </w:p>
    <w:p>
      <w:r>
        <w:br/>
        <w:t>Але Толі не треба виправлятися. Виправлятися треба Валькові.</w:t>
      </w:r>
    </w:p>
    <w:p>
      <w:r>
        <w:br/>
        <w:t>Мама пішла. Дома — нікого. Поскучавши трохи в кімнаті, Валько йде у двір. На обличчі в нього сум і нудьга. Таке обличчя в нього буває тоді, коли вій хворий або коли пише у класі контрольну.</w:t>
      </w:r>
    </w:p>
    <w:p>
      <w:r>
        <w:br/>
        <w:t>З майданчика лунають крики, свист, галас — хлопці грають у футбол. Хтось, вгледівши Валька, гукає:</w:t>
      </w:r>
    </w:p>
    <w:p>
      <w:r>
        <w:br/>
        <w:t>— Валько, гайда сюди, нам нападника дуже треба.</w:t>
      </w:r>
    </w:p>
    <w:p>
      <w:r>
        <w:br/>
        <w:t>Валько зітхає:</w:t>
      </w:r>
    </w:p>
    <w:p>
      <w:r>
        <w:br/>
        <w:t>— Не хочу.</w:t>
      </w:r>
    </w:p>
    <w:p>
      <w:r>
        <w:br/>
        <w:t>І власний голос здається чужим, незнайомим. Як хочеться Валькові пограти у футбола! Та ні, небезпечно. Хіба минулого разу він навмисне "костильнув" Ігоря? Зовсім випадково, в азарті. А скільки крику було: "Скалічив дитину!"</w:t>
      </w:r>
    </w:p>
    <w:p>
      <w:r>
        <w:br/>
        <w:t>Скалічив… Он як ганяє м'яча "каліка"!</w:t>
      </w:r>
    </w:p>
    <w:p>
      <w:r>
        <w:br/>
        <w:t>Підходить Алик, худенький щуплий хлопчина, він погано грає у футбола і тому майже ніколи участі в грі не бере.</w:t>
      </w:r>
    </w:p>
    <w:p>
      <w:r>
        <w:br/>
        <w:t>— Пішли на трембулі покатаємось.</w:t>
      </w:r>
    </w:p>
    <w:p>
      <w:r>
        <w:br/>
        <w:t>"Трембуль" — це трамвай, кататися на ньому "зайцем" — страшенна насолода.</w:t>
      </w:r>
    </w:p>
    <w:p>
      <w:r>
        <w:br/>
        <w:t>Але Валько хитає головою.</w:t>
      </w:r>
    </w:p>
    <w:p>
      <w:r>
        <w:br/>
        <w:t>— Пхи, — каже Алик і відходить.</w:t>
      </w:r>
    </w:p>
    <w:p>
      <w:r>
        <w:br/>
        <w:t>"Тобі, звичайно, "пхи"! Тобі не треба виправлятися".</w:t>
      </w:r>
    </w:p>
    <w:p>
      <w:r>
        <w:br/>
        <w:t>Яскраво сяє сонце, цвірінькають горобці, деренчать на вулиці трамваї, і весело галасують на майданчику футболісти. Життя, повне спокус і радощів, вирує навколо.</w:t>
      </w:r>
    </w:p>
    <w:p>
      <w:r>
        <w:br/>
        <w:t>А тут виправляйся.</w:t>
      </w:r>
    </w:p>
    <w:p>
      <w:r>
        <w:br/>
        <w:t>Це дуже нудно, та що поробиш…</w:t>
      </w:r>
    </w:p>
    <w:p>
      <w:r>
        <w:br/>
        <w:t>Окрім щирого рішення взагалі виправитися, у Валька ще є для цього одна дуже конкретна причина. Сьогодні о четвертій має під'їхати дядько Володя і взяти його з собою на полювання. Дядько Володя, мамин брат, завзятий мисливець, має власну "Волгу" і, коли сезон, щосуботи їздить на полювання. То в Іванківський район, у ліси, то на річку Удай, то під Чернігів. Уже давно він обіцяє взяти з собою Валька і Толю. Але все якось не виходить: то погода непідходяща, мама не пускає, то (і це найчастіше) місця в машині не вистачає — стільки дорослих мисливців. А сьогодні обіцяв точно. І їдуть вони не куди-небудь, а в село Дейманівку, що на Удай-ріці.</w:t>
      </w:r>
    </w:p>
    <w:p>
      <w:r>
        <w:br/>
        <w:t>"Місця, — каже дядько Володя, — Ельдорадо! Очерети — три метри заввишки. Зарості — просто джунглі. Дичини — як гною. І крижаки, і чирята, і лиски, і бекаси, і чого тільки нема!"</w:t>
      </w:r>
    </w:p>
    <w:p>
      <w:r>
        <w:br/>
        <w:t>Ночуватимуть тут же на березі, у наметі. Звечора риби наловлять, юшки на багатті зварять. Дядько Володя з своїми товаришами-мисливцями історії різні розповідатимуть до самісінької ночі, поки не погаснуть у вогнищі останні вуглинки. Немає нічого кращого на світі, як ото лежати на сіні біля багаття, дивитися у вогонь і слухати розповіді дорослих про всякі цікаві випадки… Іскри з вогнища летять у небо і стають зірками, в річці скидається риба, десь в очереті зрідка скрикує якийсь птах…</w:t>
      </w:r>
    </w:p>
    <w:p>
      <w:r>
        <w:br/>
        <w:t>А вдосвіта — на човен і в очерет. Обережно, без звуку веслує дядько Володя, з тихим шурхотом розсуває човен зарості. Клубочиться, стелеться по воді туман. Сидячи на кормі, щулишся Від ранкової прохолоди. Ось поволі випливає з-за очерету сонце — велике тьмяно-біле коло. Зараз на нього ще можна дивитися, і не боляче очам. А за кілька хвилин воно розжене туман і засяє так, що мимохіть замружишся.</w:t>
      </w:r>
    </w:p>
    <w:p>
      <w:r>
        <w:br/>
        <w:t>І враз — плюсь-плюсь-плюсь! Лоп-лоп-лоп! Фш-шш… — з плюскотом зривається з води і злітає крижень.</w:t>
      </w:r>
    </w:p>
    <w:p>
      <w:r>
        <w:br/>
        <w:t>Дядько Володя хапає рушницю:</w:t>
      </w:r>
    </w:p>
    <w:p>
      <w:r>
        <w:br/>
        <w:t>Бах! Бах!</w:t>
      </w:r>
    </w:p>
    <w:p>
      <w:r>
        <w:br/>
        <w:t>Та летить, витягнувши довгу шию і часто-часто махаючи крилами, красень крижак.</w:t>
      </w:r>
    </w:p>
    <w:p>
      <w:r>
        <w:br/>
        <w:t>— Ех, пропуделяв! — зніяковіло каже дядько Володя, переламуючи рушницю і виймаючи гільзи, що димляться і гостро пахнуть порохом.</w:t>
      </w:r>
    </w:p>
    <w:p>
      <w:r>
        <w:br/>
        <w:t>А серце в тебе б'ється так сильно, як у того самого крижака, що ген-ген полетів над очеретами.</w:t>
      </w:r>
    </w:p>
    <w:p>
      <w:r>
        <w:br/>
        <w:t>Але все це Валько поки що знає лише з оповідань дядька Володі. Валько ще ніколи не був на полюванні, ані разу в житті.</w:t>
      </w:r>
    </w:p>
    <w:p>
      <w:r>
        <w:br/>
        <w:t>Тиняється Валько по подвір'ю, місця собі не знаходить.</w:t>
      </w:r>
    </w:p>
    <w:p>
      <w:r>
        <w:br/>
        <w:t>І Враз думка майнула в нього: а чого це він має весь час отак пасивно виправлятися, тільки берегтися, аби чогось не накоїти. Адже можна й активно виправлятися, — вчинити щось благородне і хороше.</w:t>
      </w:r>
    </w:p>
    <w:p>
      <w:r>
        <w:br/>
        <w:t>Це навіть цікаво.</w:t>
      </w:r>
    </w:p>
    <w:p>
      <w:r>
        <w:br/>
        <w:t>Цікаво то Цікаво, але й нелегко.</w:t>
      </w:r>
    </w:p>
    <w:p>
      <w:r>
        <w:br/>
        <w:t>Найблагородніше це врятувати потопаючого або винести з пожежі немовля. Але ж де ти візьмеш пожежу, як її нема! А втопитися в них у дворі можна, хіба що встромивши голову у відро з водою…</w:t>
      </w:r>
    </w:p>
    <w:p>
      <w:r>
        <w:br/>
        <w:t>Заступитися за малюка? Або допомогти якій-небудь бабусі нести кошика?</w:t>
      </w:r>
    </w:p>
    <w:p>
      <w:r>
        <w:br/>
        <w:t>Ет! Як не хочеш робити ніяких благородних вчинків, то ці бабусі з важкими кошиками просто юрбами ходять! А тут — хоч би тобі одна!</w:t>
      </w:r>
    </w:p>
    <w:p>
      <w:r>
        <w:br/>
        <w:t>І малюків, як на зло, ніхто не ображає…</w:t>
      </w:r>
    </w:p>
    <w:p>
      <w:r>
        <w:br/>
        <w:t>Раптом Валько побачив на паркані кота Фімку. Це був здоровенний смугастий котяра, мерзотник, яких світ не бачив. Це він з'їв Вальчиного чижа. І золотих рибок з акваріума лапою повиловлював і теж схрумав, злодюга нещасний.</w:t>
      </w:r>
    </w:p>
    <w:p>
      <w:r>
        <w:br/>
        <w:t>А тепер, звиваючись змією, він повзе по паркану до пташеняти, що, мабуть, тільки вчилося літати і сиділо на паркані, стріпуючи крильцями. Ач що задумав, мармиза смугаста. Ану, дзусь! — щосили закричав Валько.</w:t>
      </w:r>
    </w:p>
    <w:p>
      <w:r>
        <w:br/>
        <w:t>Та Фімка навіть оком не моргнув. Цей негідник не боявся крику. Він давно звик до криків і не звертав на них уваги.</w:t>
      </w:r>
    </w:p>
    <w:p>
      <w:r>
        <w:br/>
        <w:t>— Ну стривай! — розсердився Валько, схопив камінь, прицілився і жбурнув. Камінь чиркнув Фімку по хвосту, Фімка сторчака полетів на землю і… дзень! — у ту ж мить почулося за парканом.</w:t>
      </w:r>
    </w:p>
    <w:p>
      <w:r>
        <w:br/>
        <w:t>Валько так і присів.</w:t>
      </w:r>
    </w:p>
    <w:p>
      <w:r>
        <w:br/>
        <w:t>Цей знайомий звук міг означати лише одне — Валько розбив вікно.</w:t>
      </w:r>
    </w:p>
    <w:p>
      <w:r>
        <w:br/>
        <w:t>Не одне вікно розбив на своєму віку Валько. І завжди бувало неприємно. Але такого противного страху він не відчував ніколи.</w:t>
      </w:r>
    </w:p>
    <w:p>
      <w:r>
        <w:br/>
        <w:t>На якусь мить він заціпенів. Потім крутнув головою праворуч, ліворуч — чи не бачив хто? Здається, ніхто.</w:t>
      </w:r>
    </w:p>
    <w:p>
      <w:r>
        <w:br/>
        <w:t>І за кілька секунд він уже був у себе на третьому поверсі. Так швидко, мабуть, не бігав жоден чемпіон у світі.</w:t>
      </w:r>
    </w:p>
    <w:p>
      <w:r>
        <w:br/>
        <w:t>Тільки б не довідалась мама! Все що завгодно, але тільки б не довідалась мама! Потім він їй сам усе розкаже! Сам, чесне слово! Але тільки не зараз, тільки не сьогодні!</w:t>
      </w:r>
    </w:p>
    <w:p>
      <w:r>
        <w:br/>
        <w:t>Було три години дня. О пів на четверту прийде мама. О четвертій приїде дядько Володя.</w:t>
      </w:r>
    </w:p>
    <w:p>
      <w:r>
        <w:br/>
        <w:t>Валькова доля має вирішитися за півгодини. Довідається чи не довідається?</w:t>
      </w:r>
    </w:p>
    <w:p>
      <w:r>
        <w:br/>
        <w:t>Адже він не хотів. Він хотів, щоб було благородно… Смугастого Фімку… Злодюгу…</w:t>
      </w:r>
    </w:p>
    <w:p>
      <w:r>
        <w:br/>
        <w:t>* * *</w:t>
      </w:r>
    </w:p>
    <w:p>
      <w:r>
        <w:br/>
        <w:t>Ляля вчилася в першому класі. У неї біляві кіски з бантиками і великі сіро-зелені очі. На щічках ямочки — дуже навіть симпатичні. Таких дівчаток малюють на зубному порошку і на цукерках "Щасливе дитинство".</w:t>
      </w:r>
    </w:p>
    <w:p>
      <w:r>
        <w:br/>
        <w:t>Вона ходить навшпиньках, пальчики відставляє вбік і губоньки закопилює по-особливому. Це тому, що вона хоче стати балериною. Взагалі вона дуже хороша дівчинка. Так вважають дорослі. А діти у дворі знають одне: Ляля — ябеда. "Ябеда-донощиця, свиняча помошниця!"</w:t>
      </w:r>
    </w:p>
    <w:p>
      <w:r>
        <w:br/>
        <w:t>— Тьотю, а ваш хлопчик штани порвав.</w:t>
      </w:r>
    </w:p>
    <w:p>
      <w:r>
        <w:br/>
        <w:t>— Дядю, ваша Томочка сніг їла.</w:t>
      </w:r>
    </w:p>
    <w:p>
      <w:r>
        <w:br/>
        <w:t>— Софіє Павлівно, а Володя на поручнях катався.</w:t>
      </w:r>
    </w:p>
    <w:p>
      <w:r>
        <w:br/>
        <w:t>І хлопчика тягли додому за вухо, а Томочка діставала по губах, а Володя — по тому місцю, на якому катався.</w:t>
      </w:r>
    </w:p>
    <w:p>
      <w:r>
        <w:br/>
        <w:t>Не любили діти Лялю.</w:t>
      </w:r>
    </w:p>
    <w:p>
      <w:r>
        <w:br/>
        <w:t>Ходила вона по подвір'ю чистенька, акуратненька, з презирливо закопиленими губками. Сама ніколи на поручнях не каталась, не їла снігу і не рвала штанів. Але ніхто їй не заздрив.</w:t>
      </w:r>
    </w:p>
    <w:p>
      <w:r>
        <w:br/>
        <w:t>І ніхто не хотів з нею гратися. Крім однієї шестирічної Томочки, яка була дуже доброю і не вміла ні сердитися, ні тим паче сваритися.</w:t>
      </w:r>
    </w:p>
    <w:p>
      <w:r>
        <w:br/>
        <w:t>Сьогодні Томочки у дворі не було, і Ляля нудьгувала. Вона намагалася не показувати цього, але важко стояти осторонь, бачити веселі ігри дітей і знати, що тебе в ці ігри не приймають!</w:t>
      </w:r>
    </w:p>
    <w:p>
      <w:r>
        <w:br/>
        <w:t>Подвір'я було велике, з багатьма затишними куточками, де можна сховатися так, що тебе ніхто не побачить. В один з таких куточків, під кущами бузку біля паркану, і залізла від нудьги Ляля. Причаїлася у напівтемряві, дивиться, як гусінь по гілочці повзе. Коли нудно, і це розвага.</w:t>
      </w:r>
    </w:p>
    <w:p>
      <w:r>
        <w:br/>
        <w:t>Аж чує:</w:t>
      </w:r>
    </w:p>
    <w:p>
      <w:r>
        <w:br/>
        <w:t>— Ану, дзусь! — Вальків голос.</w:t>
      </w:r>
    </w:p>
    <w:p>
      <w:r>
        <w:br/>
        <w:t>Глядь — стоїть перед парканом Валько і свариться кулаком, а на кого — з-за кущів не видно.</w:t>
      </w:r>
    </w:p>
    <w:p>
      <w:r>
        <w:br/>
        <w:t>Потім камінь схопив, розмахнувся… І коли почула Ляля, як дзенькнуло за парканом скло, і побачила, як дременув переляканий Валько, — від нудьги Лялиної й сліду не лишилося.</w:t>
      </w:r>
    </w:p>
    <w:p>
      <w:r>
        <w:br/>
        <w:t>Валько розбив вікно, і ніхто, крім неї, цього не бачив!</w:t>
      </w:r>
    </w:p>
    <w:p>
      <w:r>
        <w:br/>
        <w:t>Ляля вилізла з кущів.</w:t>
      </w:r>
    </w:p>
    <w:p>
      <w:r>
        <w:br/>
        <w:t>Як приємно повідомляти що-небудь таке, чого ще ніхто не знає!</w:t>
      </w:r>
    </w:p>
    <w:p>
      <w:r>
        <w:br/>
        <w:t>Першим Лялі зустрівся Алик, який все ще шукав собі напарника для катання на "трембулі".</w:t>
      </w:r>
    </w:p>
    <w:p>
      <w:r>
        <w:br/>
        <w:t>— Твій друг Валечка тільки що розбив шибку, — удавано байдуже мовила вона, проходячи повз Алика.</w:t>
      </w:r>
    </w:p>
    <w:p>
      <w:r>
        <w:br/>
        <w:t>— У-у, ябеда, — похмуро промимрив він їй услід. Потім Ляля ходила по всьому подвір'ю і говорила:</w:t>
      </w:r>
    </w:p>
    <w:p>
      <w:r>
        <w:br/>
        <w:t>— Знаєте, Валько розбив вікно!</w:t>
      </w:r>
    </w:p>
    <w:p>
      <w:r>
        <w:br/>
        <w:t>— Ви не чули, Валько вікно розбив тільки що.</w:t>
      </w:r>
    </w:p>
    <w:p>
      <w:r>
        <w:br/>
        <w:t>— От жах — Валько вікно в сусідньому дворі розбив.</w:t>
      </w:r>
    </w:p>
    <w:p>
      <w:r>
        <w:br/>
        <w:t>Та особливого враження ні на кого це не справило. Не вперше було чути про Валька таке. І ніхто ж не знав, що сьогодні він цілий день виправляється.</w:t>
      </w:r>
    </w:p>
    <w:p>
      <w:r>
        <w:br/>
        <w:t>Тоді Ляля стала вартувати біля воріт. Вона знала, на кого її слова справлять враження — на Валькову маму. Тепер Ляля тільки боялась, щоб хто-небудь не сказав Вальковій мамі раніше, ніж вона. Ляля вже шкодувала, що роздзвонила про це на весь двір. Їй навіть здавалося, що декотрі діти спеціально граються неподалік від воріт.</w:t>
      </w:r>
    </w:p>
    <w:p>
      <w:r>
        <w:br/>
        <w:t>І коли з'явилася Валькова мама, Ляля одразу кинулася до неї.</w:t>
      </w:r>
    </w:p>
    <w:p>
      <w:r>
        <w:br/>
        <w:t>— Тьотю, тьотю, а ваш хлопчик вікно розбив!</w:t>
      </w:r>
    </w:p>
    <w:p>
      <w:r>
        <w:br/>
        <w:t>Валькова мама зітхнула, і обличчя її стало сумне-сумне.</w:t>
      </w:r>
    </w:p>
    <w:p>
      <w:r>
        <w:br/>
        <w:t>— Де? — спитала вона тихо.</w:t>
      </w:r>
    </w:p>
    <w:p>
      <w:r>
        <w:br/>
        <w:t>— У сусідньому дворі… Через паркан… Каменюкою… — Ляля хотіла було розказати всі подробиці, але Валькова мама вже не слухала її. Швидким кроком, навіть не глянувши більше на Лялю, вона попрямувала додому.</w:t>
      </w:r>
    </w:p>
    <w:p>
      <w:r>
        <w:br/>
        <w:t>Валько умів грішити, умів каятися, але брехати Валько не вмів. Особливо мамі.</w:t>
      </w:r>
    </w:p>
    <w:p>
      <w:r>
        <w:br/>
        <w:t>Глянувши на Валька, мама вже могла навіть не питати. Але вона все-таки спитала:</w:t>
      </w:r>
    </w:p>
    <w:p>
      <w:r>
        <w:br/>
        <w:t>— Ти розбив вікно?</w:t>
      </w:r>
    </w:p>
    <w:p>
      <w:r>
        <w:br/>
        <w:t>Валько мовчки схилив голову.</w:t>
      </w:r>
    </w:p>
    <w:p>
      <w:r>
        <w:br/>
        <w:t>Мама чомусь не стала його лаяти, а лише сказала:</w:t>
      </w:r>
    </w:p>
    <w:p>
      <w:r>
        <w:br/>
        <w:t>— Я піду вибачусь і скажу, що сьогодні домовлюсь із склярем.</w:t>
      </w:r>
    </w:p>
    <w:p>
      <w:r>
        <w:br/>
        <w:t>Валько не встиг навіть рота роззявити, як мама пішла. А втім, виправдовуватись у Валька не було зараз ні сил, ні бажання. Він тільки подумав: "Значить, хтось усе-таки бачив".</w:t>
      </w:r>
    </w:p>
    <w:p>
      <w:r>
        <w:br/>
        <w:t>У голові було порожньо.</w:t>
      </w:r>
    </w:p>
    <w:p>
      <w:r>
        <w:br/>
        <w:t>Валько стояв біля вікна і дивився вниз на вулицю. По вулиці проїздили машини, і щоразу, коли проїздила "Волга", серце Валькові завмирало. Отак цього літа він уже багато разів, майже кожної суботи, стояв і ждав. Але тоді було зовсім інакше…</w:t>
      </w:r>
    </w:p>
    <w:p>
      <w:r>
        <w:br/>
        <w:t>У коридорі грюкнули двері — прийшла мама. Валько обернувся. Але мама в кімнату не зайшла, а пішла на кухню. Коли ж Валько знову глянув у вікно — біля під'їзду вже стояла блакитна дядькова "Волга".</w:t>
      </w:r>
    </w:p>
    <w:p>
      <w:r>
        <w:br/>
        <w:t>"Хоч би не було місця, хоч би не було місця", — задихаючись, поспішно подумав Валько.</w:t>
      </w:r>
    </w:p>
    <w:p>
      <w:r>
        <w:br/>
        <w:t>З машини вийшов дядько Володя, потім — Толя. Толя був у старому лижному костюмі, через плече в нього висіла фляжка, на грудях — батьків бінокль. Сумнівів бути не могло — Толя їхав на полювання.</w:t>
      </w:r>
    </w:p>
    <w:p>
      <w:r>
        <w:br/>
        <w:t>Знову грюкнули двері, і в коридорі почувся веселий голос дядька Володі:</w:t>
      </w:r>
    </w:p>
    <w:p>
      <w:r>
        <w:br/>
        <w:t>— Де твій мисливець-сміливець? Щоб через хвилину був готовий. Ми негайно лягаємо на курс. А то не встигнемо на вечірній переліт. Мерщій!</w:t>
      </w:r>
    </w:p>
    <w:p>
      <w:r>
        <w:br/>
        <w:t>— Він не поїде, — почувся мамин голос.</w:t>
      </w:r>
    </w:p>
    <w:p>
      <w:r>
        <w:br/>
        <w:t>— Як?!</w:t>
      </w:r>
    </w:p>
    <w:p>
      <w:r>
        <w:br/>
        <w:t>— Дуже просто, не заслужив і не поїде.</w:t>
      </w:r>
    </w:p>
    <w:p>
      <w:r>
        <w:br/>
        <w:t>Дядько Володя ще щось говорив, і мама говорила, але Валько вже нічого не чув. Він до болю закусив нижню губу — вона зрадницьки тремтіла. Валько ніколи не плакав, завжди пишався цим і не хотів… не хотів… щоб…</w:t>
      </w:r>
    </w:p>
    <w:p>
      <w:r>
        <w:br/>
        <w:t>Потім він бачив, як з під'їзду вийшов дядько Володя, як він сказав щось Толі і Толя знизав плечима і поблажливо, по-дорослому посміхнувся. І не було на Толиному обличчі ані крапельки жалю, а лише погано прихована радість, що сам він їде… Вони сіли в машину і поїхали. А Валько стояв біля вікна і дивився на те місце, де була машина. І хоча вулицею один за одним проїздили автомобілі, вона здавалася йому зовсім порожньою…</w:t>
      </w:r>
    </w:p>
    <w:p>
      <w:r>
        <w:br/>
        <w:t>* * *</w:t>
      </w:r>
    </w:p>
    <w:p>
      <w:r>
        <w:br/>
        <w:t>Ляля пообідала і знову подалася надвір.</w:t>
      </w:r>
    </w:p>
    <w:p>
      <w:r>
        <w:br/>
        <w:t>Вона повільно спускалася сходами, тримаючись рукою за поручні.</w:t>
      </w:r>
    </w:p>
    <w:p>
      <w:r>
        <w:br/>
        <w:t>Ляля завжди повільно й обережно спускалася сходами, боячись спіткнутися, — адже вона збиралася стати балериною і берегла ноги.</w:t>
      </w:r>
    </w:p>
    <w:p>
      <w:r>
        <w:br/>
        <w:t>Раптом вона почула вгорі голоси і спинилася. Вона впізнала голос Валькової мами. Валькова мама стояла на площадці і розмовляла з сусідкою.</w:t>
      </w:r>
    </w:p>
    <w:p>
      <w:r>
        <w:br/>
        <w:t>Лялин тато завжди жартував з цього приводу: "О, знову зійшлися біля перелазу".</w:t>
      </w:r>
    </w:p>
    <w:p>
      <w:r>
        <w:br/>
        <w:t>Ляля на мить згадала про це, але одразу ж забула, так привернула її увагу розмова.</w:t>
      </w:r>
    </w:p>
    <w:p>
      <w:r>
        <w:br/>
        <w:t>— Ви знаєте, такий у мене настрій, просто жах, — говорила Валькова мама. — Покарала свого і так шкодую тепер… Не можу дивитись, як він переживає.</w:t>
      </w:r>
    </w:p>
    <w:p>
      <w:r>
        <w:br/>
        <w:t>— А що таке?</w:t>
      </w:r>
    </w:p>
    <w:p>
      <w:r>
        <w:br/>
        <w:t>Та розумієте, мав він сьогодні їхати з моїм братом на полювання. Так збирався, так готувався! Ви ж знаєте, що це для хлопця значить. А зранку сьогодні — завинив. Я попередила: коли ще що-небудь — не пущу. Приходжу — а мені кажуть: вікно розбив. Я зопалу й не пустила.</w:t>
      </w:r>
    </w:p>
    <w:p>
      <w:r>
        <w:br/>
        <w:t>— Ну що ж — правильно. Треба їх виховувать… А то…</w:t>
      </w:r>
    </w:p>
    <w:p>
      <w:r>
        <w:br/>
        <w:t>— Стривайте. Пішла я одразу (це у сусідньому дворі), дивлюсь, дійсно біля одного вікна на першому поверсі побите скло лежить. Але вікно вже засклене, замазка свіжа. Щось, думаю, швидко вставили. Пішла — дома нікого нема. А це півгодини тому пішла знову. І що ви думаєте? Просто не повірила. Дійсно працював у них сьогодні скляр. Але справа то, виявляється, давня — шибка давно була тріснута. Майстер, коли склив, вийняв її і на землі біля стінки поставив. І лишив. А Валько мій у цю тріснуту шибку і вцілив. Як це трапилось, досі не збагну. Боюсь питати, щоб ще більшої прикрості йому не завдати.</w:t>
      </w:r>
    </w:p>
    <w:p>
      <w:r>
        <w:br/>
        <w:t>— Ви подумайте! Дійсно, шкода хлопця.</w:t>
      </w:r>
    </w:p>
    <w:p>
      <w:r>
        <w:br/>
        <w:t>— Як він хотів, бідолаха, на це полювання, ви собі уявить не можете. Просто марив. І, головне, завжди місця в машині не було — ви ж знаєте цих мисливців! А тут і місце трапилося, і Толя, його двоюрідний брат, поїхав, а він…</w:t>
      </w:r>
    </w:p>
    <w:p>
      <w:r>
        <w:br/>
        <w:t>Ляля слухала, затамувавши подих, і серце в неї билося, як у спійманого шкідливого кошеняти.</w:t>
      </w:r>
    </w:p>
    <w:p>
      <w:r>
        <w:br/>
        <w:t>Потім їй враз стало холодно.</w:t>
      </w:r>
    </w:p>
    <w:p>
      <w:r>
        <w:br/>
        <w:t>Вона подумала, що її зараз побачать. Хоч вона була на другому поверсі, а жінки стояли на площадці третього.</w:t>
      </w:r>
    </w:p>
    <w:p>
      <w:r>
        <w:br/>
        <w:t>Та Лялі чомусь здавалося, що її обов'язково повинні побачити. От зараз підійдуть, перехиляться через поручні і побачать.</w:t>
      </w:r>
    </w:p>
    <w:p>
      <w:r>
        <w:br/>
        <w:t>І Ляля стрімголов кинулася вниз по сходах, забувши в цю мить про те, що вона збирається стати балериною…</w:t>
      </w:r>
    </w:p>
    <w:p>
      <w:r>
        <w:br/>
        <w:t>Вона знову залізла в кущі біля паркану і сиділа там, причаївшись.</w:t>
      </w:r>
    </w:p>
    <w:p>
      <w:r>
        <w:br/>
        <w:t>Чого вона ховалася — вона б сама не змогла пояснити.</w:t>
      </w:r>
    </w:p>
    <w:p>
      <w:r>
        <w:br/>
        <w:t>Їй згадалося, як зовсім недавно були татові іменини. Було багато гостей, повна кімната. Ляля любила свята. Любила, коли шумно й весело і багато людей. Ляля танцювала перед гістьми у костюмі Сніжинки — в білому марлевому платтячку і в короні з вати. Гості гучно їй аплодували, і вона була щаслива. Вона так розійшлася, що не хотіла спати. Вона б танцювала, танцювала й танцювала. Але гості хотіли співати своїх дорослих пісень і танцювати свої дорослі танці — танго, фокстроти і вальси. І мама силоміць одвела Лялю і поклала в постіль.</w:t>
      </w:r>
    </w:p>
    <w:p>
      <w:r>
        <w:br/>
        <w:t>Як жахливо було лежати в темній кімнаті, бачити лише вузеньку смужку світла біля дверей і чути веселий галас за стіною! Ляля довго плакала і не могла заснути…</w:t>
      </w:r>
    </w:p>
    <w:p>
      <w:r>
        <w:br/>
        <w:t>А що таке полювання? Ляля намагалася уявити собі і не могла. В уяві виникали розмальовані індійці з списами, лялькові тигри і леви з дитячих книжок і чомусь кумедне оленя Бембі. І крутилися слова пісеньки: "Враз мисливець вибігає, прямо в зайчика стріляє…"</w:t>
      </w:r>
    </w:p>
    <w:p>
      <w:r>
        <w:br/>
        <w:t>— Ой!</w:t>
      </w:r>
    </w:p>
    <w:p>
      <w:r>
        <w:br/>
        <w:t>Це вже було не з пісеньки. Це мимоволі скрикнула Ляля. Бо побачила, що біля кущів стоїть Валько.</w:t>
      </w:r>
    </w:p>
    <w:p>
      <w:r>
        <w:br/>
        <w:t>Це було так несподівано і страшно, що вона спершу подумала — привиділось. Але то був живий Валько. Чому він тут опинився?</w:t>
      </w:r>
    </w:p>
    <w:p>
      <w:r>
        <w:br/>
        <w:t>Охоплена жахом, ламаючи гілки, Ляля кинулась крізь кущі. Валько одсахнувся з несподіванки.</w:t>
      </w:r>
    </w:p>
    <w:p>
      <w:r>
        <w:br/>
        <w:t>Ляля спіткнулася і з усього розгону гепнула на землю. Спробувала підвестися й сіла, схопившись за коліно.</w:t>
      </w:r>
    </w:p>
    <w:p>
      <w:r>
        <w:br/>
        <w:t>Валько підійшов до неї.</w:t>
      </w:r>
    </w:p>
    <w:p>
      <w:r>
        <w:br/>
        <w:t>Вона пригнула голову і затулилась рукою.</w:t>
      </w:r>
    </w:p>
    <w:p>
      <w:r>
        <w:br/>
        <w:t>— Чого ти? Що з тобою? Забилася?</w:t>
      </w:r>
    </w:p>
    <w:p>
      <w:r>
        <w:br/>
        <w:t>Ляля мовчала.</w:t>
      </w:r>
    </w:p>
    <w:p>
      <w:r>
        <w:br/>
        <w:t>— Боляче?</w:t>
      </w:r>
    </w:p>
    <w:p>
      <w:r>
        <w:br/>
        <w:t>Ляля заплакала.</w:t>
      </w:r>
    </w:p>
    <w:p>
      <w:r>
        <w:br/>
        <w:t>— Ну чого ти? Ну, вдарилася? Пхе, зовсім маленька подряпина. Не плач. Хочеш, я тобі допоможу. Додому одведу. Ну, вставай.</w:t>
      </w:r>
    </w:p>
    <w:p>
      <w:r>
        <w:br/>
        <w:t>Він заспокоював її!</w:t>
      </w:r>
    </w:p>
    <w:p>
      <w:r>
        <w:br/>
        <w:t>Ляля ще дужче заплакала, голосно схлипуючи і не витираючи сліз.</w:t>
      </w:r>
    </w:p>
    <w:p>
      <w:r>
        <w:br/>
        <w:t>Валько розгублено дивився на неї…</w:t>
      </w:r>
    </w:p>
    <w:p>
      <w:r>
        <w:br/>
        <w:t>Хіба він міг знати, що вона плаче зовсім не тому, що болить коліно…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Ябеда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