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був світським левом (Сторінки з життя знаменитостей)</w:t>
      </w:r>
    </w:p>
    <w:p>
      <w:r>
        <w:br/>
        <w:t xml:space="preserve"> &lt;p&gt;© Український переклад. Ю. Я. Лісняк, 1992.</w:t>
      </w:r>
    </w:p>
    <w:p>
      <w:r>
        <w:br/>
        <w:t>...Від великих див</w:t>
      </w:r>
    </w:p>
    <w:p>
      <w:r>
        <w:br/>
        <w:t>Навшпиньки кожен у ті дні ходив.</w:t>
      </w:r>
    </w:p>
    <w:p>
      <w:r>
        <w:br/>
        <w:t>Сатири єпископа Голла</w:t>
      </w:r>
    </w:p>
    <w:p>
      <w:r>
        <w:br/>
        <w:t>Я — велика людина. Тобто — я був великою людиною; але я й не автор "Джуніуса", і не Залізна Маска, бо звуть мене, як гадаю, Роберт Джонс, і народився я десь у місті Димошумі.</w:t>
      </w:r>
    </w:p>
    <w:p>
      <w:r>
        <w:br/>
        <w:t>Перше, що я зробив у своєму житті,— я вхопився обома руками за свій ніс. Мати, побачивши це, назвала мене генієм, а батько заплакав з радості й подарував мені трактат із носології. Той трактат я проштудіював, ще як мені не пошили перших штанів.</w:t>
      </w:r>
    </w:p>
    <w:p>
      <w:r>
        <w:br/>
        <w:t>Тоді я почав намацувати свій шлях у науку і незабаром зрозумів, що, коли в тебе ніс досить помітний, він тебе виведе в люди. Але моя увага не обмежувалась самими теоріями. Щоранку я кілька разів смикав себе за носа й вихиляв півдесятка чарочок.</w:t>
      </w:r>
    </w:p>
    <w:p>
      <w:r>
        <w:br/>
        <w:t>Коли я підріс, батько одного дня закликав мене до свого кабінету.</w:t>
      </w:r>
    </w:p>
    <w:p>
      <w:r>
        <w:br/>
        <w:t>— Сину,— сказав він, коли ми сіли.— Яка головна мета твого життя?</w:t>
      </w:r>
    </w:p>
    <w:p>
      <w:r>
        <w:br/>
        <w:t>— Вивчення носології, тату,— відказав я.</w:t>
      </w:r>
    </w:p>
    <w:p>
      <w:r>
        <w:br/>
        <w:t>— А що ж таке носологія, Роберте?</w:t>
      </w:r>
    </w:p>
    <w:p>
      <w:r>
        <w:br/>
        <w:t>— Носологія — це наука про носи,— відповів я.</w:t>
      </w:r>
    </w:p>
    <w:p>
      <w:r>
        <w:br/>
        <w:t>— А ти можеш сказати мені,— спитав він,— що означає слово "ніс"?</w:t>
      </w:r>
    </w:p>
    <w:p>
      <w:r>
        <w:br/>
        <w:t>— Ніс, тату,— глибоко втішений, відповів я,— має різні визначення у майже тисячі різних авторів. (Тут я вийняв годинника). Тепер полудень чи близько того, і до півночі ми встигнемо розглянути їх усі. Для початку: за Бартолінусом — ніс — це той виступ — той горбик — той наріст — той...</w:t>
      </w:r>
    </w:p>
    <w:p>
      <w:r>
        <w:br/>
        <w:t>— Гаразд, Роберте,— перебив старий добряга.— Я приголомшений обсягом твоїх знань... просто приголомшений... їй же Богу. (Він заплющив очі й приклав руку до серця). Іди сюди! (І взяв мене під руку). Тепер твою освіту можна вважати завершеною — пора тобі вже дбати про себе самому... і нічого кращого ти не придумаєш, як устромити свого носа куди слід... так що... так що... так що... (Він стусаном викинув мене в двері, і я покотився сходами вниз). Так що геть із мого дому, і хай тебе Бог благословить!</w:t>
      </w:r>
    </w:p>
    <w:p>
      <w:r>
        <w:br/>
        <w:t>Відчуваючи в собі божественне afflatus (1), я вирішив, що ця пригода скорше щаслива, ніж нещаслива. Я вирішив скористатися батьковою порадою. Я вирішив устромити носа куди слід. Я смикнув за нього двічі-тричі й написав брошурку з носології.</w:t>
      </w:r>
    </w:p>
    <w:p>
      <w:r>
        <w:br/>
        <w:t>(1) Натхнення (латин.).</w:t>
      </w:r>
    </w:p>
    <w:p>
      <w:r>
        <w:br/>
        <w:t>Весь Димошум загомонів.</w:t>
      </w:r>
    </w:p>
    <w:p>
      <w:r>
        <w:br/>
        <w:t>"Чудесний геній!" — сказав "Щоквартальник".</w:t>
      </w:r>
    </w:p>
    <w:p>
      <w:r>
        <w:br/>
        <w:t>"Видатний фізіолог!" — сказав "Вестмінстер".</w:t>
      </w:r>
    </w:p>
    <w:p>
      <w:r>
        <w:br/>
        <w:t>"Розумний чоловік!" — сказав "Чужоземець".</w:t>
      </w:r>
    </w:p>
    <w:p>
      <w:r>
        <w:br/>
        <w:t>"Тонкий стиліст!" — сказав "Едінбург".</w:t>
      </w:r>
    </w:p>
    <w:p>
      <w:r>
        <w:br/>
        <w:t>"Глибокий мислитель!" — сказав "Дублін".</w:t>
      </w:r>
    </w:p>
    <w:p>
      <w:r>
        <w:br/>
        <w:t>"Велика людина!" — сказав "Бентлі".</w:t>
      </w:r>
    </w:p>
    <w:p>
      <w:r>
        <w:br/>
        <w:t>"Божественна душа!" — сказав "Фрейзер".</w:t>
      </w:r>
    </w:p>
    <w:p>
      <w:r>
        <w:br/>
        <w:t>"Один із нас!" — сказав "Блеквуд".</w:t>
      </w:r>
    </w:p>
    <w:p>
      <w:r>
        <w:br/>
        <w:t>"Цікаво, хто це такий?" — сказала місіс Сініпанчох.</w:t>
      </w:r>
    </w:p>
    <w:p>
      <w:r>
        <w:br/>
        <w:t>"Цікаво, хто він такий?" — сказала старша міс Сініпанчох.</w:t>
      </w:r>
    </w:p>
    <w:p>
      <w:r>
        <w:br/>
        <w:t>"Цікаво, хто він такий?" — сказала молодша міс Сініпанчох.</w:t>
      </w:r>
    </w:p>
    <w:p>
      <w:r>
        <w:br/>
        <w:t>Але я не вділив цим людям ніякої уваги — я саме ввійшов до ательє одного художника.</w:t>
      </w:r>
    </w:p>
    <w:p>
      <w:r>
        <w:br/>
        <w:t>Герцогиня їйджебогг позувала для портрета; маркіз Такі-так держав герцогининого пуделя; граф Ісейте бавився її нюхальною сіллю; а його королівська високість Нечіпаймен спирався на спинку її крісла.</w:t>
      </w:r>
    </w:p>
    <w:p>
      <w:r>
        <w:br/>
        <w:t>Я підійшов до художника й задер носа.</w:t>
      </w:r>
    </w:p>
    <w:p>
      <w:r>
        <w:br/>
        <w:t>— Ох, яка краса! — зітхнула її милість.</w:t>
      </w:r>
    </w:p>
    <w:p>
      <w:r>
        <w:br/>
        <w:t>— О леле! — прошепотів маркіз.</w:t>
      </w:r>
    </w:p>
    <w:p>
      <w:r>
        <w:br/>
        <w:t>— О страхіття! — простогнав граф.</w:t>
      </w:r>
    </w:p>
    <w:p>
      <w:r>
        <w:br/>
        <w:t>— О гидота! — пробурчав його високість.</w:t>
      </w:r>
    </w:p>
    <w:p>
      <w:r>
        <w:br/>
        <w:t>— Що ви за нього візьмете? — спитав художник.</w:t>
      </w:r>
    </w:p>
    <w:p>
      <w:r>
        <w:br/>
        <w:t>— За такий ніс — вигукнула її милість.</w:t>
      </w:r>
    </w:p>
    <w:p>
      <w:r>
        <w:br/>
        <w:t>— Тисячу фунтів,— відповів я, сідаючи.</w:t>
      </w:r>
    </w:p>
    <w:p>
      <w:r>
        <w:br/>
        <w:t>— Тисячу фунтів? — замислено перепитав художник.</w:t>
      </w:r>
    </w:p>
    <w:p>
      <w:r>
        <w:br/>
        <w:t>— Тисячу фунтів,— підтвердив я.</w:t>
      </w:r>
    </w:p>
    <w:p>
      <w:r>
        <w:br/>
        <w:t>— І чудово! — замріяно сказав він.</w:t>
      </w:r>
    </w:p>
    <w:p>
      <w:r>
        <w:br/>
        <w:t>— Тисячу фунтів,— ще раз сказав я.</w:t>
      </w:r>
    </w:p>
    <w:p>
      <w:r>
        <w:br/>
        <w:t>— Із гарантією? — спитав він, повертаючи мій ніс до світла.</w:t>
      </w:r>
    </w:p>
    <w:p>
      <w:r>
        <w:br/>
        <w:t>— Так,— підтвердив я, висякавшись як слід.</w:t>
      </w:r>
    </w:p>
    <w:p>
      <w:r>
        <w:br/>
        <w:t>— Він цілком оригінальний? — спитав художник, шанобливо торкнувшись носа.</w:t>
      </w:r>
    </w:p>
    <w:p>
      <w:r>
        <w:br/>
        <w:t>— Угу,— відповів я, відігнувши носа набік.</w:t>
      </w:r>
    </w:p>
    <w:p>
      <w:r>
        <w:br/>
        <w:t>— Із нього ще не знімали жодної копії? — допитувався він, розглядаючи ніс у лупу.</w:t>
      </w:r>
    </w:p>
    <w:p>
      <w:r>
        <w:br/>
        <w:t>— Жодної,— запевнив я, задираючи носа вгору.</w:t>
      </w:r>
    </w:p>
    <w:p>
      <w:r>
        <w:br/>
        <w:t>— Пречудово! — вигукнув він, приголомшений красою того руху.</w:t>
      </w:r>
    </w:p>
    <w:p>
      <w:r>
        <w:br/>
        <w:t>— Тисячу фунтів,— нагадав я.</w:t>
      </w:r>
    </w:p>
    <w:p>
      <w:r>
        <w:br/>
        <w:t>— Тисячу фунтів? — перепитав він.</w:t>
      </w:r>
    </w:p>
    <w:p>
      <w:r>
        <w:br/>
        <w:t>— Саме так,— відповів я.</w:t>
      </w:r>
    </w:p>
    <w:p>
      <w:r>
        <w:br/>
        <w:t>— Тисячу фунтів? — знову спитав він.</w:t>
      </w:r>
    </w:p>
    <w:p>
      <w:r>
        <w:br/>
        <w:t>— Атож,— підтвердив я.</w:t>
      </w:r>
    </w:p>
    <w:p>
      <w:r>
        <w:br/>
        <w:t>— Ви їх матимете,— сказав він.— Що за зразок чесноти! — і негайно виписав мені чек, а тоді зарисував мій ніс. Я найняв помешкання на Джермін-стріт і послав ЇЇ величності дев'яносто дев'яте видання "Носології" з портретом свого носа... Отож малий нудьгар, принц Уельський, запросив мене на обід.</w:t>
      </w:r>
    </w:p>
    <w:p>
      <w:r>
        <w:br/>
        <w:t>Всі ми були світила науки й добірні люди.</w:t>
      </w:r>
    </w:p>
    <w:p>
      <w:r>
        <w:br/>
        <w:t>Був там сучасний платонік. Він цитував Порфирія, Ямбліхуса, Плотіна, Прокла, Гієрокла, Максима Тірського й Сіріана.</w:t>
      </w:r>
    </w:p>
    <w:p>
      <w:r>
        <w:br/>
        <w:t>Був там один адепт удосконалення людини. Він цитував Тюрго, Прайса, Прістлі, Кондорсе, де Сталь і "Честолюбного вченого під час хвороби".</w:t>
      </w:r>
    </w:p>
    <w:p>
      <w:r>
        <w:br/>
        <w:t>Був там сер Аматор Парадокс. Він зауважив, що всі дурні — філософи, а всі філософи — дурні.</w:t>
      </w:r>
    </w:p>
    <w:p>
      <w:r>
        <w:br/>
        <w:t>Був там Естетихус Етихус. Він говорив про вогонь, про єдність, про атоми; про двоїсту й предковічну душу; про спорідненість і розбрат; про первісний розум і гомеомерію.</w:t>
      </w:r>
    </w:p>
    <w:p>
      <w:r>
        <w:br/>
        <w:t>Був там Теологус Теолого. Він говорив про Євсевія й Арі-ана; про єресь і Нікейський собор; про трактаріанізм і консубстанціалізм.</w:t>
      </w:r>
    </w:p>
    <w:p>
      <w:r>
        <w:br/>
        <w:t>Був там Фрикасе з "Роше-де-Канкаля". Він згадував про мерітон з червоного язика; про кучеряву капусту з оксамитною підливою; про телятину по-сенменульському; маринад по-санфлорантенському; помаранчове мозаїчне желе.</w:t>
      </w:r>
    </w:p>
    <w:p>
      <w:r>
        <w:br/>
        <w:t>Був там Піяк О'Дудлей. Він завів мову про латур і марк-брюнен; про люсе й шамбертен; про рішбур і сен-жорж; про обріон, монвіль і медок; про барак і преньяк; про грав, про сотерн, про лафіт і про сенпере. Він тільки похитав головою над клодвужо й, заплющивши очі, пояснив різницю між хересом і амонтільядо.</w:t>
      </w:r>
    </w:p>
    <w:p>
      <w:r>
        <w:br/>
        <w:t>Був там синьйор Тінтотінтіно з Флоренції. Він розважав про Чімабус, Арпіно, Карпаччо й Аргостіно — про похмурі тони Караваджо, про вишуканість Альбано, про колорит у Тіціана, про гладких фламандок Рубенса і про витівки Яна Стена.</w:t>
      </w:r>
    </w:p>
    <w:p>
      <w:r>
        <w:br/>
        <w:t>Був там ректор Димошумського університету. Він держався думки, що у Фракії місяць називали Бендіс, у Єгипті — Бубастіс, в Римі — Діаною, а в Греції — Артемідою.</w:t>
      </w:r>
    </w:p>
    <w:p>
      <w:r>
        <w:br/>
        <w:t>Був там і Великий Турок із Стамбула. Він був твердо переконаний, що ангели — коні, півні й бики; що хтось там на шостому небі має сімдесят тисяч голів; що землю держить на собі небесно-блакитна корова з незліченними зеленими рогами.</w:t>
      </w:r>
    </w:p>
    <w:p>
      <w:r>
        <w:br/>
        <w:t>Був там Дельфінус Поліглот. Він сказав нам, що сталося з вісімдесят трьома втраченими трагедіями Есхіла; з сорока п'ятьма проповідями Ізея; з триста дев'яносто однією промовою Лісія; зі сто вісімдесятьма трактатами Теофраста; з вісьмома книгами Аполлонія про конічні перерізи; з гімнами й дифірамбами Піндара; і з сорока п'ятьма трагедіями Гомера Молодшого.</w:t>
      </w:r>
    </w:p>
    <w:p>
      <w:r>
        <w:br/>
        <w:t>Був там Фердінанд Фітц Фоссілус Фельдшпат. Він розповів нам усе про підземний вогонь і третинні формації; про газоподібні, рідкі й тверді тіла; про кварц і мергель; про гнейс і граніт; про гіпс і трапп; про тальк і кальцит; про смоляну обманку й рогову обманку; про слюду й сланець; про кіаніт і лепідоліт; про малахіт і тремоліт; про антимон і халцедон; про гематит і про весь світ.</w:t>
      </w:r>
    </w:p>
    <w:p>
      <w:r>
        <w:br/>
        <w:t>Був там і я. Я говорив про себе; про себе, про себе й про себе; про носологію, про свою брошуру й про себе. Я задер носа й говорив про себе.</w:t>
      </w:r>
    </w:p>
    <w:p>
      <w:r>
        <w:br/>
        <w:t>"Напрочуд розумний чоловік!" — сказав принц.</w:t>
      </w:r>
    </w:p>
    <w:p>
      <w:r>
        <w:br/>
        <w:t>"Знаменитий!" — сказали його гості, і другого ранку її світлість герцогиня їйджебогг приїхала до мене з візитом.</w:t>
      </w:r>
    </w:p>
    <w:p>
      <w:r>
        <w:br/>
        <w:t>"Ви приїдете до Олмеків, красунчику?" — сказала вона, поплескавши мене знизу по підборіддю. "Ще б пак",— відказав я. "Із носом і всім іншим?" — спитала вона. "Безперечно".</w:t>
      </w:r>
    </w:p>
    <w:p>
      <w:r>
        <w:br/>
        <w:t>"Ось вам картка, любий мій. Можна сказати там, що ви будете!"</w:t>
      </w:r>
    </w:p>
    <w:p>
      <w:r>
        <w:br/>
        <w:t>"Всім серцем, дорога герцогине". "Пхе! Цього не треба. Аби з усім носом". "Геть з усім, люба моя!" — запевнив я, двічі-тричі вщипнув себе за ніс — і опинився в Олмеків.</w:t>
      </w:r>
    </w:p>
    <w:p>
      <w:r>
        <w:br/>
        <w:t>Покої були напхані так, що й дихати нема чим. "Він іде!" — сказав хтось на сходах. "Він іде!" — підхопив хтось вище. "Він іде!" — підхопив хтось іще вище. "Він прийшов! — вигукнула герцогиня.— Він прийшов, цей любий хлопчик!" — і, міцно вхопивши мене обома руками, тричі поцілувала в ніс.</w:t>
      </w:r>
    </w:p>
    <w:p>
      <w:r>
        <w:br/>
        <w:t>Зразу виникла неабияка сенсація. "Diavolo!" (1) — вигукнув граф Козероггіо. "Dios guarda!" (2) — промурмотів дон Стілетто. "Mille tonneres!" (3) — прогарчав принц де Жабокряк. "Tousand Teufel!" (4) — мовив барон фон Блямбург. Це годі було стерпіти. Я розсердився. "Сер,— сказав я йому,— ви мавпій". "Сер,— відповів він,— Donner und Blitzen!" (5) Кращого годі було й бажати. Ми обмінялись візитними картками. Наступного ранку біля Крейдяної ферми я відстрелив йому носа, а тоді поїхав з візитами до друзів. "Bete!" (6) — сказав один. "Дурень!" — сказав другий. "Бовдур!" — сказав третій. "Йолоп!" — сказав четвертий. "Недотепа!" — сказав п'ятий. "Телепень!" — сказав шостий. "Іди геть!" — сказав сьомий. Все це смутило мене, і я пішов до батька. — Тату,— спитав я,— яка головна мета мого життя?</w:t>
      </w:r>
    </w:p>
    <w:p>
      <w:r>
        <w:br/>
        <w:t>(1) От чорт! (Іт.)</w:t>
      </w:r>
    </w:p>
    <w:p>
      <w:r>
        <w:br/>
        <w:t>(2) Боже, борони! (Ісп.)</w:t>
      </w:r>
    </w:p>
    <w:p>
      <w:r>
        <w:br/>
        <w:t>(3) Тисяча громів! (Фр.)</w:t>
      </w:r>
    </w:p>
    <w:p>
      <w:r>
        <w:br/>
        <w:t>(4) Тисяча чортів! (Нім.)</w:t>
      </w:r>
    </w:p>
    <w:p>
      <w:r>
        <w:br/>
        <w:t>(5) Грім і блискавка! (Нім.)</w:t>
      </w:r>
    </w:p>
    <w:p>
      <w:r>
        <w:br/>
        <w:t>(6) Тварюка! (Фр.)</w:t>
      </w:r>
    </w:p>
    <w:p>
      <w:r>
        <w:br/>
        <w:t>— Сину,— відповів він,— це вивчення носології, як і перше; але, відстреливши баронові носа, ти перебрав міри. У тебе прегарний ніс, це правда; але в Блямбурга тепер нема ніякого. Тебе засудили, а він став героєм дня. Я згоден з тобою, що в Димошумі велич світського лева відповідає розмірам його носа,— але, їй же Богу, годі змагатися з левом, що того носа зовсім не має.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був світським левом (Сторінки з життя знаменитостей)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