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Якщо ти звелиш, чарівна профанко...</w:t>
      </w:r>
    </w:p>
    <w:p>
      <w:r>
        <w:br/>
        <w:t xml:space="preserve"> Якщо ти звелиш, чарівна профанко,&lt;br /&gt;</w:t>
        <w:br/>
        <w:t>Я забуду все, крім одного лиш,-&lt;br /&gt;</w:t>
        <w:br/>
        <w:t>Милувать тебе з вечора до ранку,&lt;br /&gt;</w:t>
        <w:br/>
        <w:t>Якщо ти дозволиш, якщо ти звелиш,-</w:t>
      </w:r>
    </w:p>
    <w:p>
      <w:r>
        <w:br/>
        <w:t>Щоб тобі вгодить, чарівна коханко!</w:t>
      </w:r>
    </w:p>
    <w:p>
      <w:r>
        <w:br/>
        <w:t>Будьмо примітивні — в тім нема стида,&lt;br /&gt;</w:t>
        <w:br/>
        <w:t>Будьмо, як у лісі дикий олень з ланню,&lt;br /&gt;</w:t>
        <w:br/>
        <w:t>Ніжності розводить нам не випада...&lt;br /&gt;</w:t>
        <w:br/>
        <w:t>Вільно віддаваймось нашому паланню,</w:t>
      </w:r>
    </w:p>
    <w:p>
      <w:r>
        <w:br/>
        <w:t>Будьмо примітивні — в тім нема стида!</w:t>
      </w:r>
    </w:p>
    <w:p>
      <w:r>
        <w:br/>
        <w:t>I не говорім про літературу —&lt;br /&gt;</w:t>
        <w:br/>
        <w:t>К чорту всіх творців, к бісу видавців,&lt;br /&gt;</w:t>
        <w:br/>
        <w:t>К лиху мудреців! Знаймо лиш натуру,&lt;br /&gt;</w:t>
        <w:br/>
        <w:t>Жвавих горобців вічне "ців-ців-ців"</w:t>
      </w:r>
    </w:p>
    <w:p>
      <w:r>
        <w:br/>
        <w:t>I не говорім про літературу!</w:t>
      </w:r>
    </w:p>
    <w:p>
      <w:r>
        <w:br/>
        <w:t>Тішитись і спати — хочеш, дорога? —&lt;br /&gt;</w:t>
        <w:br/>
        <w:t>Перша і остання буде в нас робота,&lt;br /&gt;</w:t>
        <w:br/>
        <w:t>Вада і чеснота, слабість і снага,&lt;br /&gt;</w:t>
        <w:br/>
        <w:t>I єдина думка, і одна турбота —</w:t>
      </w:r>
    </w:p>
    <w:p>
      <w:r>
        <w:br/>
        <w:t>Тішитись і спати — хочеш, дорога?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Якщо ти звелиш, чарівна профанко...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