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Янці Купалі скромні намогильні квіти</w:t>
      </w:r>
    </w:p>
    <w:p>
      <w:r>
        <w:br/>
        <w:t xml:space="preserve"> Ти, що був бійцем і сурмачем&lt;br /&gt;</w:t>
        <w:br/>
        <w:t>Люду чистосердого свойого,&lt;br /&gt;</w:t>
        <w:br/>
        <w:t>Рушив, опромінений плачем,&lt;br /&gt;</w:t>
        <w:br/>
        <w:t>У далеку, у нічну дорогу.</w:t>
      </w:r>
    </w:p>
    <w:p>
      <w:r>
        <w:br/>
        <w:t>Знаю, що немає вороття&lt;br /&gt;</w:t>
        <w:br/>
        <w:t>З того шляху, благородний Янко,&lt;br /&gt;</w:t>
        <w:br/>
        <w:t>Що не стрів на покоті життя&lt;br /&gt;</w:t>
        <w:br/>
        <w:t>Ти нового, ярого світанку,</w:t>
      </w:r>
    </w:p>
    <w:p>
      <w:r>
        <w:br/>
        <w:t>Знаю все, поете, і журюсь,&lt;br /&gt;</w:t>
        <w:br/>
        <w:t>Як журився ти крізь гнів великий,&lt;br /&gt;</w:t>
        <w:br/>
        <w:t>Що твою зелену Білорусь&lt;br /&gt;</w:t>
        <w:br/>
        <w:t>Залили криваво-чорні ріки.</w:t>
      </w:r>
    </w:p>
    <w:p>
      <w:r>
        <w:br/>
        <w:t>Але й інше знаю я: дуду,&lt;br /&gt;</w:t>
        <w:br/>
        <w:t>Що ти хлопцем вирізав у гаї,&lt;br /&gt;</w:t>
        <w:br/>
        <w:t>Я в твою могилу покладу,—&lt;br /&gt;</w:t>
        <w:br/>
        <w:t>Хай калина з неї виростає.</w:t>
      </w:r>
    </w:p>
    <w:p>
      <w:r>
        <w:br/>
        <w:t>Інший хлопець прийде молодий,&lt;br /&gt;</w:t>
        <w:br/>
        <w:t>Щоб сопілку вирізать з калини,&lt;br /&gt;</w:t>
        <w:br/>
        <w:t>Заспіває знов вона про бій&lt;br /&gt;</w:t>
        <w:br/>
        <w:t>За веселі предківські долини,</w:t>
      </w:r>
    </w:p>
    <w:p>
      <w:r>
        <w:br/>
        <w:t>Знов Ореса-річка зашумить,&lt;br /&gt;</w:t>
        <w:br/>
        <w:t>Знову заквітчається Олеся,&lt;br /&gt;</w:t>
        <w:br/>
        <w:t>І в незгасній радості в ту мить&lt;br /&gt;</w:t>
        <w:br/>
        <w:t>Ти з Тарасом, Янко, обіймешся.</w:t>
      </w:r>
    </w:p>
    <w:p>
      <w:r>
        <w:br/>
        <w:t>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Янці Купалі скромні намогильні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