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Інфанта</w:t>
      </w:r>
    </w:p>
    <w:p>
      <w:r>
        <w:br/>
        <w:t xml:space="preserve"> Різьблю свій сон... От ніби вчора ми&lt;br /&gt;</w:t>
        <w:br/>
        <w:t>Зійшлись,— і стріча та жива.&lt;br /&gt;</w:t>
        <w:br/>
        <w:t>На землю тканками прозорими&lt;br /&gt;</w:t>
        <w:br/>
        <w:t>Лягли осінні дерева.</w:t>
      </w:r>
    </w:p>
    <w:p>
      <w:r>
        <w:br/>
        <w:t>Акордами проміннострунними&lt;br /&gt;</w:t>
        <w:br/>
        <w:t>День хвилював і тихо гас.&lt;br /&gt;</w:t>
        <w:br/>
        <w:t>Над килимами вогнелунними&lt;br /&gt;</w:t>
        <w:br/>
        <w:t>Венера кинула алмаз.</w:t>
      </w:r>
    </w:p>
    <w:p>
      <w:r>
        <w:br/>
        <w:t>У завивалі мрійнотканому&lt;br /&gt;</w:t>
        <w:br/>
        <w:t>Дрімала синя далечинь,—&lt;br /&gt;</w:t>
        <w:br/>
        <w:t>І от на обрії туманному&lt;br /&gt;</w:t>
        <w:br/>
        <w:t>Замиготіла ваша тінь.</w:t>
      </w:r>
    </w:p>
    <w:p>
      <w:r>
        <w:br/>
        <w:t>Дзвінкою чорною сильветою&lt;br /&gt;</w:t>
        <w:br/>
        <w:t>Вона упала на емаль,&lt;br /&gt;</w:t>
        <w:br/>
        <w:t>А поза нею вуалетою&lt;br /&gt;</w:t>
        <w:br/>
        <w:t>Стелився попелястий жаль.</w:t>
      </w:r>
    </w:p>
    <w:p>
      <w:r>
        <w:br/>
        <w:t>Ви йшли, як сон, як міф укоханий,&lt;br /&gt;</w:t>
        <w:br/>
        <w:t>Що виринає з тьми століть.&lt;br /&gt;</w:t>
        <w:br/>
        <w:t>Вітали вас — мій дух сполоханий,&lt;br /&gt;</w:t>
        <w:br/>
        <w:t>Рум’яне сяйво і блакить.</w:t>
      </w:r>
    </w:p>
    <w:p>
      <w:r>
        <w:br/>
        <w:t>Бриніли в серці домінантою&lt;br /&gt;</w:t>
        <w:br/>
        <w:t>Чуття побожної хвали,&lt;br /&gt;</w:t>
        <w:br/>
        <w:t>Коли величною інфантою&lt;br /&gt;</w:t>
        <w:br/>
        <w:t>Ви поуз мене перейшли.</w:t>
      </w:r>
    </w:p>
    <w:p>
      <w:r>
        <w:br/>
        <w:t>Ви усміхнулись яснозоряно&lt;br /&gt;</w:t>
        <w:br/>
        <w:t>Холодним полиском очей,—&lt;br /&gt;</w:t>
        <w:br/>
        <w:t>І я схилився упокорено,&lt;br /&gt;</w:t>
        <w:br/>
        <w:t>Діткнутий лезом двох мечей.</w:t>
      </w:r>
    </w:p>
    <w:p>
      <w:r>
        <w:br/>
        <w:t>Освячений, в солодкій муці я&lt;br /&gt;</w:t>
        <w:br/>
        <w:t>Був по той бік добра і зла...&lt;br /&gt;</w:t>
        <w:br/>
        <w:t>А наді мною Революція&lt;br /&gt;</w:t>
        <w:br/>
        <w:t>В червоній заграві пливла.</w:t>
      </w:r>
    </w:p>
    <w:p>
      <w:r>
        <w:br/>
        <w:t>1907-1922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