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Ісус Христос розп'ятий був не раз.</w:t>
      </w:r>
    </w:p>
    <w:p>
      <w:r>
        <w:br/>
        <w:t xml:space="preserve"> Ісус Христос розп'ятий був не раз.&lt;br /&gt;</w:t>
        <w:br/>
        <w:t>Там, на Голгофі, це було уперше.&lt;br /&gt;</w:t>
        <w:br/>
        <w:t>Умер од смерті, може,— від образ,&lt;br /&gt;</w:t>
        <w:br/>
        <w:t>і за життям не пожалів, умерши.&lt;br /&gt;</w:t>
        <w:br/>
        <w:t>А потім розп'яли на полотні,&lt;br /&gt;</w:t>
        <w:br/>
        <w:t>у мармурі, у гіпсі і в граніті.&lt;br /&gt;</w:t>
        <w:br/>
        <w:t>А потім розп'яли його в мені,&lt;br /&gt;</w:t>
        <w:br/>
        <w:t>і розп'яли на цілім білім світі.&lt;br /&gt;</w:t>
        <w:br/>
        <w:t>І тіло з'їли, кров'ю запили.&lt;br /&gt;</w:t>
        <w:br/>
        <w:t>Ще рік, чи два, чи десять, чи довіку?&lt;br /&gt;</w:t>
        <w:br/>
        <w:t>І продавали образ з-під поли,&lt;br /&gt;</w:t>
        <w:br/>
        <w:t>і не дають умерти чоловіку.&lt;br /&gt;</w:t>
        <w:br/>
        <w:t>Куди піду? Куди тепер піду?&lt;br /&gt;</w:t>
        <w:br/>
        <w:t>Де на землі земля обітована?&lt;br /&gt;</w:t>
        <w:br/>
        <w:t>Казарми в Гефсіманському саду,&lt;br /&gt;</w:t>
        <w:br/>
        <w:t>І всі народи — як розкрита рана…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Ісус Христос розп'ятий був не раз.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