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Юрко</w:t>
      </w:r>
    </w:p>
    <w:p>
      <w:r>
        <w:br/>
        <w:t xml:space="preserve"> &lt;p&gt;На Донеччині — завод.</w:t>
      </w:r>
    </w:p>
    <w:p>
      <w:r>
        <w:br/>
        <w:t>Уночі над заводом темно й недосяжно думає небо. Проливається на небо золото золотого шлаку — тоді в посьолку сниться...</w:t>
      </w:r>
    </w:p>
    <w:p>
      <w:r>
        <w:br/>
        <w:t>На нічній зміні були: Остап, Юрко. Юрко: гори Юри (Швайцарія), юрта, за юртою тайга — холодна, в снігах: бори, бори, і нема їм краю.</w:t>
      </w:r>
    </w:p>
    <w:p>
      <w:r>
        <w:br/>
        <w:t>Був Перекоп; а після Перекопу Юрко сказав:</w:t>
      </w:r>
    </w:p>
    <w:p>
      <w:r>
        <w:br/>
        <w:t>— Або в завод, або за кордон революцію робити.</w:t>
      </w:r>
    </w:p>
    <w:p>
      <w:r>
        <w:br/>
        <w:t>Послали в завод.</w:t>
      </w:r>
    </w:p>
    <w:p>
      <w:r>
        <w:br/>
        <w:t>Уночі над заводом, мабуть, проходять хмари; коли з півночі — відходять до моря, коли зі сходу — на запорізький степ.</w:t>
      </w:r>
    </w:p>
    <w:p>
      <w:r>
        <w:br/>
        <w:t>...Цех. Вийшли. Пізно.</w:t>
      </w:r>
    </w:p>
    <w:p>
      <w:r>
        <w:br/>
        <w:t>Мовчазно шуміли машини в таємнім напруженні. Зникали постаті за машинами: носили залізо. З гасом стояв дух заводської ночі — глибокої, як море біля японського берега.</w:t>
      </w:r>
    </w:p>
    <w:p>
      <w:r>
        <w:br/>
        <w:t>Ішли: Юрко, Остап — люди однакові, люди різні. (Проходили дні — холодні й теплі, близькі, далекі... люди однакові, люди різні).</w:t>
      </w:r>
    </w:p>
    <w:p>
      <w:r>
        <w:br/>
        <w:t>Над посьолком люкс, над заводом ніч. Що думає ніч?</w:t>
      </w:r>
    </w:p>
    <w:p>
      <w:r>
        <w:br/>
        <w:t>Остап брав великі кроки, Юрко відставав. Дивився на саженну постать Остапову...</w:t>
      </w:r>
    </w:p>
    <w:p>
      <w:r>
        <w:br/>
        <w:t>— ...Так, як почнеш шукати правди, то, гляди, і залізеш у кривду. А чоловік я темний, хоч і пролетаріат. Ну, а Наталка хай ходить до вас, я нічого не імію. Лиш би не в шалапути, не люблю я їх: по-свинячому шукають правди, богородиць наробляють — один розбрат.</w:t>
      </w:r>
    </w:p>
    <w:p>
      <w:r>
        <w:br/>
        <w:t>...Одчинить двері Наталка, трішки заспана, теплий жіночий дух від неї. У неї ноги трішки колесом і, як у молоденької дівчини, зітхання.</w:t>
      </w:r>
    </w:p>
    <w:p>
      <w:r>
        <w:br/>
        <w:t>-...Був я в партизанах. Ще з Махном ходив, а що до чого й досі не добрав. Така вже вдача: як вип'ю пляшку, то й за власть совітів. Більшовиків подавай — і квит.</w:t>
      </w:r>
    </w:p>
    <w:p>
      <w:r>
        <w:br/>
        <w:t>Юркові було образливо, а Остап говорив:</w:t>
      </w:r>
    </w:p>
    <w:p>
      <w:r>
        <w:br/>
        <w:t>— Моє яке діло; хтось добере — нас чимало. А Наталка хай у ячейку ходить, я нічого не імію.</w:t>
      </w:r>
    </w:p>
    <w:p>
      <w:r>
        <w:br/>
        <w:t>Болото закумкало ніч. Де болото? То — жаби.</w:t>
      </w:r>
    </w:p>
    <w:p>
      <w:r>
        <w:br/>
        <w:t>Коли увійшли в двері, Наталка в одній сорочці зустріла. Спитала:</w:t>
      </w:r>
    </w:p>
    <w:p>
      <w:r>
        <w:br/>
        <w:t>— Товаришу Юрко! Що це таке — емісія? А потім: що це таке — девальвація?</w:t>
      </w:r>
    </w:p>
    <w:p>
      <w:r>
        <w:br/>
        <w:t>— Ти краще постіль постели,— сказав Остап. А Наталка постіль стелила й уже з сумом:</w:t>
      </w:r>
    </w:p>
    <w:p>
      <w:r>
        <w:br/>
        <w:t>— Мабуть, довго вчитися нам: революція наша, а слова не наші. ...Роздягались, говорили. Потім Наталка увійшла в Юркову кімнату, білою плямою стала край столу.</w:t>
      </w:r>
    </w:p>
    <w:p>
      <w:r>
        <w:br/>
        <w:t>— Я забула зачинити вікно.</w:t>
      </w:r>
    </w:p>
    <w:p>
      <w:r>
        <w:br/>
        <w:t>— Зачиніть.</w:t>
      </w:r>
    </w:p>
    <w:p>
      <w:r>
        <w:br/>
        <w:t>Вона мовчки вийшла. Юрко думав про неї. Боліли плечі, боліла спина — цілий день носив рейки.</w:t>
      </w:r>
    </w:p>
    <w:p>
      <w:r>
        <w:br/>
        <w:t>Без революції, коли нема творчости, життя тече нудно, одноманітно (або, або: дух творчости, дух руйнування). Живе в посьолку багато людей. Багато з них творять, багато — так.</w:t>
      </w:r>
    </w:p>
    <w:p>
      <w:r>
        <w:br/>
        <w:t>Ранком, коли пролетять тьмяні одуди світанку, гудок. Один, два, три. Наталка будить і чоловіка, і Юрка. Остап іде раніш, Юрко — потім. (Потім): кидається до дверей. Наталка зупиняє.</w:t>
      </w:r>
    </w:p>
    <w:p>
      <w:r>
        <w:br/>
        <w:t>-...Що?</w:t>
      </w:r>
    </w:p>
    <w:p>
      <w:r>
        <w:br/>
        <w:t>— Підождіть, я вам сніданок загорну, все одно запізнились. ...А то підставляє під його обличчя дзеркало.</w:t>
      </w:r>
    </w:p>
    <w:p>
      <w:r>
        <w:br/>
        <w:t>— Гарний?</w:t>
      </w:r>
    </w:p>
    <w:p>
      <w:r>
        <w:br/>
        <w:t>Він знає, що все обличчя в сажі. Йому ніяково: чотири дні лягав не роздягаючись. Не вмивався.</w:t>
      </w:r>
    </w:p>
    <w:p>
      <w:r>
        <w:br/>
        <w:t>— Ех, Наталю!</w:t>
      </w:r>
    </w:p>
    <w:p>
      <w:r>
        <w:br/>
        <w:t>Він зітхнув, але зачепити її не відважився. Поспішає через сонний посьолок. Повз Торця парує, а далі парує в степу: тоскно дивитись на степ, де мріє далина. Наталка дивиться синьо, так буває не часто, так дивляться не всі.</w:t>
      </w:r>
    </w:p>
    <w:p>
      <w:r>
        <w:br/>
        <w:t>І все-таки Юрко звичайнісінька людина, хоч і комуніст (це не Америка, але істина, здорова логіка). Уже проклинав завод — важко, а коли приходив додому, уперто думав про Наталку.</w:t>
      </w:r>
    </w:p>
    <w:p>
      <w:r>
        <w:br/>
        <w:t>Тече життєва ріка одноманітно, глухо перекликаючись в осоках (зелене баговиння в громовицю глибоко сидить у воді, і йому не страшно).</w:t>
      </w:r>
    </w:p>
    <w:p>
      <w:r>
        <w:br/>
        <w:t>Єсть заводський клуб. Улаштовували вистави — заводська молодь (заводська молодь у футбол і лявн-теніс грає). Сьогодні улаштували таку — на диво. Сам робітник написав: і рай був, і пекло було. Виступали (як треба) промовці: один доповідач, а решта — так, свої, заводські.</w:t>
      </w:r>
    </w:p>
    <w:p>
      <w:r>
        <w:br/>
        <w:t>Одному кричали:</w:t>
      </w:r>
    </w:p>
    <w:p>
      <w:r>
        <w:br/>
        <w:t>— Та ти, Юхиме, мабуть, злізь, не шкандаль нашої фірми. Юхим не слухав і все-таки договорив. І все-таки закруглив. Були оплески. Закінчив "урою".</w:t>
      </w:r>
    </w:p>
    <w:p>
      <w:r>
        <w:br/>
        <w:t>Хтось ударив по халяві й із задоволенням зазначив:</w:t>
      </w:r>
    </w:p>
    <w:p>
      <w:r>
        <w:br/>
        <w:t>— Хоч свійський, та хитрий... Щоб тебе дощем намочило!..</w:t>
      </w:r>
    </w:p>
    <w:p>
      <w:r>
        <w:br/>
        <w:t>Остап, Юрко, Наталка — теж на виставі. Остап теж сказав:</w:t>
      </w:r>
    </w:p>
    <w:p>
      <w:r>
        <w:br/>
        <w:t>— От тобі й революція: і не видно її, і видно її. Як ота благодать з неба: щось, десь, а в руки не візьмеш, мов ужак вислизне.</w:t>
      </w:r>
    </w:p>
    <w:p>
      <w:r>
        <w:br/>
        <w:t>Наталка сиділа поруч Юрка. Її тіло торкалось його тіла, і йому було гарно. І спитала Наталка:</w:t>
      </w:r>
    </w:p>
    <w:p>
      <w:r>
        <w:br/>
        <w:t>— А що це таке, що й капітал Маркса, і "Нива" Маркса: директорша колись виписувала?</w:t>
      </w:r>
    </w:p>
    <w:p>
      <w:r>
        <w:br/>
        <w:t>Юрко сказав Наталці, і зраділа вона:</w:t>
      </w:r>
    </w:p>
    <w:p>
      <w:r>
        <w:br/>
        <w:t>— А я оце два дні думаю: як же це так, що і в буржуїв був Маркс, і в нас Маркс. Невже одурили Леніна?</w:t>
      </w:r>
    </w:p>
    <w:p>
      <w:r>
        <w:br/>
        <w:t>Прийшов... антракт. Після вечора були танки. Юрко позіхав.</w:t>
      </w:r>
    </w:p>
    <w:p>
      <w:r>
        <w:br/>
        <w:t>Заводський паркан перстеніє мармурове: сіверко, димно, похмуро. Вийдеш за ворота — жовтява безпорядність ланів. Заглядають, відбігають назад.</w:t>
      </w:r>
    </w:p>
    <w:p>
      <w:r>
        <w:br/>
        <w:t>Ах, давно це було, за молодости молодої, коли юні дзвони юність молоду дзвонили...</w:t>
      </w:r>
    </w:p>
    <w:p>
      <w:r>
        <w:br/>
        <w:t>...Кричали, кричали "кукушки", стукали, стукали молотки за брамою, а назад нема вороття.</w:t>
      </w:r>
    </w:p>
    <w:p>
      <w:r>
        <w:br/>
        <w:t>...Посьолок забайрачився у вітах.</w:t>
      </w:r>
    </w:p>
    <w:p>
      <w:r>
        <w:br/>
        <w:t>До заводу ходять через залізницю — доріжка така, вторована, повз Торця — ріка така: фабрично-заводська, ховається в степах.</w:t>
      </w:r>
    </w:p>
    <w:p>
      <w:r>
        <w:br/>
        <w:t>Ходив Юрко. А до Юрка приходили комітетчики, секретарі. Казали, що не так лекції читає, що доба епізодичних пройшла. Юрко згоджувався, а десь на споді своєї душі запитував, а ви звідки знаєте? Фамільярно похлопували його по спині, а йому було чогось неприємно. Таранкуваті, мамулуваті, "типічні сурйози", але вони вважали себе за справжніх представників пролетаріату.</w:t>
      </w:r>
    </w:p>
    <w:p>
      <w:r>
        <w:br/>
        <w:t>...І сказав Остап із кутка:</w:t>
      </w:r>
    </w:p>
    <w:p>
      <w:r>
        <w:br/>
        <w:t>— Все це гарно, а ще б краще було, коли б хто з вас хоч півпляшки дістав.</w:t>
      </w:r>
    </w:p>
    <w:p>
      <w:r>
        <w:br/>
        <w:t>Голова фабзавкому примружив око:</w:t>
      </w:r>
    </w:p>
    <w:p>
      <w:r>
        <w:br/>
        <w:t>— І справді, хлопці, чи не випити?</w:t>
      </w:r>
    </w:p>
    <w:p>
      <w:r>
        <w:br/>
        <w:t>Юрко запротестував. Тоді підійшли всі й стали його уламувати.</w:t>
      </w:r>
    </w:p>
    <w:p>
      <w:r>
        <w:br/>
        <w:t>— Пий, та не пропивай розуму,— сказав секретар.</w:t>
      </w:r>
    </w:p>
    <w:p>
      <w:r>
        <w:br/>
        <w:t>І Наталка підійшла:</w:t>
      </w:r>
    </w:p>
    <w:p>
      <w:r>
        <w:br/>
        <w:t>— Та що це ви, Юрко! Невже ми в черниці приписалися? Хіба таки Троцький не п'є?</w:t>
      </w:r>
    </w:p>
    <w:p>
      <w:r>
        <w:br/>
        <w:t>Він хотів сказати, що не п'є, але подумав, що йому однаковісінько не повірять: "він же з ним не живе".</w:t>
      </w:r>
    </w:p>
    <w:p>
      <w:r>
        <w:br/>
        <w:t>...Вийшли в садок, горіли зорі, текли потоки, зоряні: аероліти.</w:t>
      </w:r>
    </w:p>
    <w:p>
      <w:r>
        <w:br/>
        <w:t>...Випили небагато (більш не було) і закінчили. Говорили.</w:t>
      </w:r>
    </w:p>
    <w:p>
      <w:r>
        <w:br/>
        <w:t>-...От тепер і я скажу: подавай мені більшовицьку власть, а хочеш, то й у саму ком'ячейку записуй.</w:t>
      </w:r>
    </w:p>
    <w:p>
      <w:r>
        <w:br/>
        <w:t>Наталка сіла біля Остапа.</w:t>
      </w:r>
    </w:p>
    <w:p>
      <w:r>
        <w:br/>
        <w:t>— Що в п'яного на язиці, то у тверезого на думці. Товаришу Юрко, запишіть його в ячейку.</w:t>
      </w:r>
    </w:p>
    <w:p>
      <w:r>
        <w:br/>
        <w:t>Наталка говорила щиро, і обличчя її було світле, як винне повітря восени — ранньої.</w:t>
      </w:r>
    </w:p>
    <w:p>
      <w:r>
        <w:br/>
        <w:t>...Над заводом знову думало небо — темно, недосяжно.</w:t>
      </w:r>
    </w:p>
    <w:p>
      <w:r>
        <w:br/>
        <w:t>Секретар сказав:</w:t>
      </w:r>
    </w:p>
    <w:p>
      <w:r>
        <w:br/>
        <w:t>— Плюю на всіх і вся. Моя власть, і баста!</w:t>
      </w:r>
    </w:p>
    <w:p>
      <w:r>
        <w:br/>
        <w:t>Його спитали:</w:t>
      </w:r>
    </w:p>
    <w:p>
      <w:r>
        <w:br/>
        <w:t>— А я?</w:t>
      </w:r>
    </w:p>
    <w:p>
      <w:r>
        <w:br/>
        <w:t>— І твоя.</w:t>
      </w:r>
    </w:p>
    <w:p>
      <w:r>
        <w:br/>
        <w:t>— А я?</w:t>
      </w:r>
    </w:p>
    <w:p>
      <w:r>
        <w:br/>
        <w:t>— І твоя.</w:t>
      </w:r>
    </w:p>
    <w:p>
      <w:r>
        <w:br/>
        <w:t>Наталка взяла за руку Юрка:</w:t>
      </w:r>
    </w:p>
    <w:p>
      <w:r>
        <w:br/>
        <w:t>— І їхня?</w:t>
      </w:r>
    </w:p>
    <w:p>
      <w:r>
        <w:br/>
        <w:t>Всі подивились і подумали, а секретар кинув:</w:t>
      </w:r>
    </w:p>
    <w:p>
      <w:r>
        <w:br/>
        <w:t>— Це гість.</w:t>
      </w:r>
    </w:p>
    <w:p>
      <w:r>
        <w:br/>
        <w:t>А Остап п'яно й нахабно засміявся:</w:t>
      </w:r>
    </w:p>
    <w:p>
      <w:r>
        <w:br/>
        <w:t>— Це той, як його... як ото мітинг був...— попутчик. Ха... ха...</w:t>
      </w:r>
    </w:p>
    <w:p>
      <w:r>
        <w:br/>
        <w:t>Юрко спалахував, а всі зареготали, а секретар похвалив:</w:t>
      </w:r>
    </w:p>
    <w:p>
      <w:r>
        <w:br/>
        <w:t>— Нічого, хоч попутчик, зате дорогий,— і похлопав Юрка по спині.</w:t>
      </w:r>
    </w:p>
    <w:p>
      <w:r>
        <w:br/>
        <w:t>...Зорі зазорили все небо. Було тихо, а на залізниці кричав паровик.</w:t>
      </w:r>
    </w:p>
    <w:p>
      <w:r>
        <w:br/>
        <w:t>Сьогодні возив рейки вагонеткою Юрко, з вальцювального цеху.</w:t>
      </w:r>
    </w:p>
    <w:p>
      <w:r>
        <w:br/>
        <w:t>...Залізо співало. Надворі дніло, верещали молотки. В гострих лезах тонкого упаду Юркові тихі спогади.</w:t>
      </w:r>
    </w:p>
    <w:p>
      <w:r>
        <w:br/>
        <w:t>"...Попутчик... так..."</w:t>
      </w:r>
    </w:p>
    <w:p>
      <w:r>
        <w:br/>
        <w:t>Бантини, бетонні крокви й залізне, кам'яне — ми. Ми — король землі. Ми той, що в скажено-рухомому танці машини керує огняною електричною вагою — непереможною, всесильною.</w:t>
      </w:r>
    </w:p>
    <w:p>
      <w:r>
        <w:br/>
        <w:t>"Отче наш, електричної системи віку, да буде твоя непохитна воля там — на землі, як тут — у заводі".</w:t>
      </w:r>
    </w:p>
    <w:p>
      <w:r>
        <w:br/>
        <w:t>...У вальцювальному цеху кипіло штавбування нагартованих шматків. По підлозі вогняні гадюки плазували з дріб'язким сміхом.</w:t>
      </w:r>
    </w:p>
    <w:p>
      <w:r>
        <w:br/>
        <w:t>"Попутчик... так..."</w:t>
      </w:r>
    </w:p>
    <w:p>
      <w:r>
        <w:br/>
        <w:t>Юрко відпочивав, Остап стояв біля розпаленої печі. В руках важка крицева жердина... Крізь щілини проточувались огняні язики, бурхотала біла курява нагартованого кубла. Стогнала — на зовнішнє повітря.</w:t>
      </w:r>
    </w:p>
    <w:p>
      <w:r>
        <w:br/>
        <w:t>Остапові м'язи залізні, спругові. Він крикнув:</w:t>
      </w:r>
    </w:p>
    <w:p>
      <w:r>
        <w:br/>
        <w:t>— Е-ех!</w:t>
      </w:r>
    </w:p>
    <w:p>
      <w:r>
        <w:br/>
        <w:t>Стукнув (енергійно) по землі жердиною і ще:</w:t>
      </w:r>
    </w:p>
    <w:p>
      <w:r>
        <w:br/>
        <w:t>— Подавай! Подавай!</w:t>
      </w:r>
    </w:p>
    <w:p>
      <w:r>
        <w:br/>
        <w:t>Підкотилась одноколеска до печі, щільно притулилась, як дитина до материної спідниці. Остап із силою одкинув дверцята й зашилив у пащу жердину.</w:t>
      </w:r>
    </w:p>
    <w:p>
      <w:r>
        <w:br/>
        <w:t>І була біла курява, а в ній казковий велетень — Остап. Він боровся з огнем і знову крикнув:</w:t>
      </w:r>
    </w:p>
    <w:p>
      <w:r>
        <w:br/>
        <w:t>— Держи!</w:t>
      </w:r>
    </w:p>
    <w:p>
      <w:r>
        <w:br/>
        <w:t>Раптом полилась біла маса, і бурухнувся нагартований опецьок.</w:t>
      </w:r>
    </w:p>
    <w:p>
      <w:r>
        <w:br/>
        <w:t>— Гата!</w:t>
      </w:r>
    </w:p>
    <w:p>
      <w:r>
        <w:br/>
        <w:t>"Попутчик... так..."</w:t>
      </w:r>
    </w:p>
    <w:p>
      <w:r>
        <w:br/>
        <w:t>Юрко дивився на це не вперше.</w:t>
      </w:r>
    </w:p>
    <w:p>
      <w:r>
        <w:br/>
        <w:t>Нудить під серцем — так завжди.</w:t>
      </w:r>
    </w:p>
    <w:p>
      <w:r>
        <w:br/>
        <w:t>Довгі дні цілого року, тиха лютість, спругова Остапова сила. Підійшов.</w:t>
      </w:r>
    </w:p>
    <w:p>
      <w:r>
        <w:br/>
        <w:t>— Закуримо?</w:t>
      </w:r>
    </w:p>
    <w:p>
      <w:r>
        <w:br/>
        <w:t>— Давайте!</w:t>
      </w:r>
    </w:p>
    <w:p>
      <w:r>
        <w:br/>
        <w:t>Помовчали. Говорив Остап:</w:t>
      </w:r>
    </w:p>
    <w:p>
      <w:r>
        <w:br/>
        <w:t>— Ну що? Сказали в ячейці, що Наталка пила?</w:t>
      </w:r>
    </w:p>
    <w:p>
      <w:r>
        <w:br/>
        <w:t>Здвигнув плечима Юрко.</w:t>
      </w:r>
    </w:p>
    <w:p>
      <w:r>
        <w:br/>
        <w:t>Мовчали...</w:t>
      </w:r>
    </w:p>
    <w:p>
      <w:r>
        <w:br/>
        <w:t>Вони були люди різні, люди однакові.</w:t>
      </w:r>
    </w:p>
    <w:p>
      <w:r>
        <w:br/>
        <w:t>...Залізо співало...</w:t>
      </w:r>
    </w:p>
    <w:p>
      <w:r>
        <w:br/>
        <w:t>Люди жили не тільки в заводі — і за заводом. Люди — не воли. Ходила Наталка, ходив і Остап: "гуляти"; Юрко майже не ходив.</w:t>
      </w:r>
    </w:p>
    <w:p>
      <w:r>
        <w:br/>
        <w:t>(Я думаю про кінець етюду. Як жили інші — про це в другий раз).</w:t>
      </w:r>
    </w:p>
    <w:p>
      <w:r>
        <w:br/>
        <w:t>...Блимали червневі зоряниці — це зорі. Палав краєвид — за вечором. Було душно. Заводська молодь уїдливо домагалась, щоб Юрко читав їм лекції. Він говорив, що не має часу, а вони знову приходили й знову домагались.</w:t>
      </w:r>
    </w:p>
    <w:p>
      <w:r>
        <w:br/>
        <w:t>Остап пішов у трактир (знову був трактир): прийшли о шостій ранку з заводу.</w:t>
      </w:r>
    </w:p>
    <w:p>
      <w:r>
        <w:br/>
        <w:t>У кімнаті був він, Юрко і Наталка — червона, горіли очі. Підвела очі від книги.</w:t>
      </w:r>
    </w:p>
    <w:p>
      <w:r>
        <w:br/>
        <w:t>...Гарно...</w:t>
      </w:r>
    </w:p>
    <w:p>
      <w:r>
        <w:br/>
        <w:t>— Вам подобається книга?</w:t>
      </w:r>
    </w:p>
    <w:p>
      <w:r>
        <w:br/>
        <w:t>— Мені подобається книга.</w:t>
      </w:r>
    </w:p>
    <w:p>
      <w:r>
        <w:br/>
        <w:t>— Він подумав і взяв її за руку.</w:t>
      </w:r>
    </w:p>
    <w:p>
      <w:r>
        <w:br/>
        <w:t>— Гарно?</w:t>
      </w:r>
    </w:p>
    <w:p>
      <w:r>
        <w:br/>
        <w:t>— Гарно.</w:t>
      </w:r>
    </w:p>
    <w:p>
      <w:r>
        <w:br/>
        <w:t>Він сів біля неї:</w:t>
      </w:r>
    </w:p>
    <w:p>
      <w:r>
        <w:br/>
        <w:t>— Гарно?</w:t>
      </w:r>
    </w:p>
    <w:p>
      <w:r>
        <w:br/>
        <w:t>...Були останні дні червня, запашні, в садку куделів цвіт, летів.</w:t>
      </w:r>
    </w:p>
    <w:p>
      <w:r>
        <w:br/>
        <w:t>Зацвіла метелиця — літні курделі.</w:t>
      </w:r>
    </w:p>
    <w:p>
      <w:r>
        <w:br/>
        <w:t>Держав її руку, вона знизила вії.</w:t>
      </w:r>
    </w:p>
    <w:p>
      <w:r>
        <w:br/>
        <w:t>Він зрозумів, і йому забилось серце.</w:t>
      </w:r>
    </w:p>
    <w:p>
      <w:r>
        <w:br/>
        <w:t>...Проходила літня метелиця, а в кінематографії грала музика — міщанський мотив: присмерк, будні, зажури, як до революції.</w:t>
      </w:r>
    </w:p>
    <w:p>
      <w:r>
        <w:br/>
        <w:t>Пересипались дні, пересипались тижні: у кошику часу — сині ночі, далекі зорі, рожеві дороги, бузкові ранки.</w:t>
      </w:r>
    </w:p>
    <w:p>
      <w:r>
        <w:br/>
        <w:t>І прийшла неділя. Наталка сказала:</w:t>
      </w:r>
    </w:p>
    <w:p>
      <w:r>
        <w:br/>
        <w:t>— Ходімте на берег Торця.</w:t>
      </w:r>
    </w:p>
    <w:p>
      <w:r>
        <w:br/>
        <w:t>(Остап пішов до фабзавкому).</w:t>
      </w:r>
    </w:p>
    <w:p>
      <w:r>
        <w:br/>
        <w:t>Юрко:</w:t>
      </w:r>
    </w:p>
    <w:p>
      <w:r>
        <w:br/>
        <w:t>— Ходімте!</w:t>
      </w:r>
    </w:p>
    <w:p>
      <w:r>
        <w:br/>
        <w:t>Сказав просто, було не просто.</w:t>
      </w:r>
    </w:p>
    <w:p>
      <w:r>
        <w:br/>
        <w:t>Пішли левадою. Наталка сьогодні надто весела, сміялась, і стан їй манливо колихався. Була, як і завжди, босоніж, а тому, проходячи повз колючок або кропиви, вона раз у раз голосно скрикувала. А коли вони зійшли на стерню, Наталка сіла на землю й рішуче заявила:</w:t>
      </w:r>
    </w:p>
    <w:p>
      <w:r>
        <w:br/>
        <w:t>— Я далі не піду.</w:t>
      </w:r>
    </w:p>
    <w:p>
      <w:r>
        <w:br/>
        <w:t>Юрко сказав:</w:t>
      </w:r>
    </w:p>
    <w:p>
      <w:r>
        <w:br/>
        <w:t>— Ходімте, товаришко.</w:t>
      </w:r>
    </w:p>
    <w:p>
      <w:r>
        <w:br/>
        <w:t>Наталка сказала:</w:t>
      </w:r>
    </w:p>
    <w:p>
      <w:r>
        <w:br/>
        <w:t>— Не піду! Не піду!</w:t>
      </w:r>
    </w:p>
    <w:p>
      <w:r>
        <w:br/>
        <w:t>Він знав, чого вона хоче, і з незадоволенням кинув:</w:t>
      </w:r>
    </w:p>
    <w:p>
      <w:r>
        <w:br/>
        <w:t>— Я не Остап, у мене бичачої сили нема.</w:t>
      </w:r>
    </w:p>
    <w:p>
      <w:r>
        <w:br/>
        <w:t>Тоді вона підхопилась:</w:t>
      </w:r>
    </w:p>
    <w:p>
      <w:r>
        <w:br/>
        <w:t>— Остап! Остап! Остап!</w:t>
      </w:r>
    </w:p>
    <w:p>
      <w:r>
        <w:br/>
        <w:t>Поперед них промайнула стьожка срібно-лускової ріки. Підбігли до верби, що самотньо на березі Торця стояла. Сюди зайшов дим Торецького заводу.</w:t>
      </w:r>
    </w:p>
    <w:p>
      <w:r>
        <w:br/>
        <w:t>Коли сіли в тіні лапастої гілки на піску, Наталка з реготом розказувала, як вона маленькою дівчиною хотіла була колись купатись, та не встигла роздягтися, як біля неї виріс директорів син.</w:t>
      </w:r>
    </w:p>
    <w:p>
      <w:r>
        <w:br/>
        <w:t>— Тепер, кажуть, за кордон утік. Він хотів зо мною купатися, а я на нього наплювала: таке плюгавеньке та паршиве.</w:t>
      </w:r>
    </w:p>
    <w:p>
      <w:r>
        <w:br/>
        <w:t>Потім вона спустилась униз, до води. Забулькала, уважно розглядала кущ осоки.</w:t>
      </w:r>
    </w:p>
    <w:p>
      <w:r>
        <w:br/>
        <w:t>...Біля Торця вогко, а тінь од верби до західсонця лапастіша, густіша. За Торцем широкі мовчазні поля. Сонце мжить золото на ріку. Полями йде легкий смуток.</w:t>
      </w:r>
    </w:p>
    <w:p>
      <w:r>
        <w:br/>
        <w:t>Юрко сів біля Наталки, обняв її однією рукою. Вона не говорила, дивилась униз. Він узяв її за талію — вона не говорила. Він поцілував їй шию — вона не говорила.</w:t>
      </w:r>
    </w:p>
    <w:p>
      <w:r>
        <w:br/>
        <w:t>Юрко подивився назад — було широке поле, і все було видно. Вони сиділи цілу годину — так.</w:t>
      </w:r>
    </w:p>
    <w:p>
      <w:r>
        <w:br/>
        <w:t>Вона не говорила.</w:t>
      </w:r>
    </w:p>
    <w:p>
      <w:r>
        <w:br/>
        <w:t>Юрко думав її схилити на землю.</w:t>
      </w:r>
    </w:p>
    <w:p>
      <w:r>
        <w:br/>
        <w:t>Тоді на ріку упала із сходу синя тінь — ішла ніч.</w:t>
      </w:r>
    </w:p>
    <w:p>
      <w:r>
        <w:br/>
        <w:t>І сказала Наталка зажурено:</w:t>
      </w:r>
    </w:p>
    <w:p>
      <w:r>
        <w:br/>
        <w:t>— От я вже й забула. Ніяк не запам'ятаю емісію й девальвацію. Оце з півгодини думаю — де те, де інше! Думаю, думаю і ніяк не пригадаю.</w:t>
      </w:r>
    </w:p>
    <w:p>
      <w:r>
        <w:br/>
        <w:t>Тоді Юрко раптово підвівся, а Наталка подивилась на нього здивовано. Юрко сказав:</w:t>
      </w:r>
    </w:p>
    <w:p>
      <w:r>
        <w:br/>
        <w:t>— Пора додому.</w:t>
      </w:r>
    </w:p>
    <w:p>
      <w:r>
        <w:br/>
        <w:t>...Вона ледве навздогнала його.</w:t>
      </w:r>
    </w:p>
    <w:p>
      <w:r>
        <w:br/>
        <w:t>Юрко писав до товариша (завтра): "...досі почуваю гармати, досі бачу барикади. Клянуся, що комуніст. Я не винесу цієї тиші. Припустім, я не пішов на завод. Ну? Я завідував би райрибою. Ти розумієш — райрибою! А може, райсіллю? Ха! Чого мене не пускають за кордон? Я ладен робити замах на самого Пуанкаре. Я родився для вибухів... А на заводі я теж не можу — тут треба марудної праці, а я не можу. Я досі почуваю гармати, а завідувати райрибою я теж не можу. Я..."</w:t>
      </w:r>
    </w:p>
    <w:p>
      <w:r>
        <w:br/>
        <w:t>Він (Юрко) писав довго, надхненно</w:t>
      </w:r>
    </w:p>
    <w:p>
      <w:r>
        <w:br/>
        <w:t>Ще була вночі тривога і гули гудки — на заводі пожежа.</w:t>
      </w:r>
    </w:p>
    <w:p>
      <w:r>
        <w:br/>
        <w:t>Остап прийшов пізно — тільки-но ліг. Підвівся, розбудив Юрка:</w:t>
      </w:r>
    </w:p>
    <w:p>
      <w:r>
        <w:br/>
        <w:t>— Пожар!</w:t>
      </w:r>
    </w:p>
    <w:p>
      <w:r>
        <w:br/>
        <w:t>— Де?</w:t>
      </w:r>
    </w:p>
    <w:p>
      <w:r>
        <w:br/>
        <w:t>— На заводі.</w:t>
      </w:r>
    </w:p>
    <w:p>
      <w:r>
        <w:br/>
        <w:t>Юрко сказав:</w:t>
      </w:r>
    </w:p>
    <w:p>
      <w:r>
        <w:br/>
        <w:t>— Я захворів, я не піду.</w:t>
      </w:r>
    </w:p>
    <w:p>
      <w:r>
        <w:br/>
        <w:t>Остап одягався, скаржився:</w:t>
      </w:r>
    </w:p>
    <w:p>
      <w:r>
        <w:br/>
        <w:t>— Поставлять його за інженера, а воно ні бе-бе. От і пожар.</w:t>
      </w:r>
    </w:p>
    <w:p>
      <w:r>
        <w:br/>
        <w:t>Юрко не стерпів:</w:t>
      </w:r>
    </w:p>
    <w:p>
      <w:r>
        <w:br/>
        <w:t>— А ви, мабуть, і сьогодні випили? І відповів Остап байдуже:</w:t>
      </w:r>
    </w:p>
    <w:p>
      <w:r>
        <w:br/>
        <w:t>— Це наше діло, заводське.</w:t>
      </w:r>
    </w:p>
    <w:p>
      <w:r>
        <w:br/>
        <w:t>І вийшов.</w:t>
      </w:r>
    </w:p>
    <w:p>
      <w:r>
        <w:br/>
        <w:t>"Попутчик... так..."</w:t>
      </w:r>
    </w:p>
    <w:p>
      <w:r>
        <w:br/>
        <w:t>Наталка, як пішов Остап, одразу захропла.</w:t>
      </w:r>
    </w:p>
    <w:p>
      <w:r>
        <w:br/>
        <w:t>За тиждень був суботник: після пожежі прибирали. Пішли на роботу всі.</w:t>
      </w:r>
    </w:p>
    <w:p>
      <w:r>
        <w:br/>
        <w:t>Юрко не пішов: йому лагодитись до лекції.</w:t>
      </w:r>
    </w:p>
    <w:p>
      <w:r>
        <w:br/>
        <w:t>У посьолку було тихо, тільки діти на вулицях кричали.</w:t>
      </w:r>
    </w:p>
    <w:p>
      <w:r>
        <w:br/>
        <w:t>Юрко підійшов до Наталки:</w:t>
      </w:r>
    </w:p>
    <w:p>
      <w:r>
        <w:br/>
        <w:t>— Наталю! — і голос йому затремтів. Вона подивилась на нього й зблідла.</w:t>
      </w:r>
    </w:p>
    <w:p>
      <w:r>
        <w:br/>
        <w:t>— Що таке? — і сіла на ліжко.</w:t>
      </w:r>
    </w:p>
    <w:p>
      <w:r>
        <w:br/>
        <w:t>І він сів.</w:t>
      </w:r>
    </w:p>
    <w:p>
      <w:r>
        <w:br/>
        <w:t>— Я вам, як товариш, як...</w:t>
      </w:r>
    </w:p>
    <w:p>
      <w:r>
        <w:br/>
        <w:t>Вона подивилась на Юрка — йому горіли очі, і їй спалахнули очі.</w:t>
      </w:r>
    </w:p>
    <w:p>
      <w:r>
        <w:br/>
        <w:t>Він узяв її голову й міцно обняв.</w:t>
      </w:r>
    </w:p>
    <w:p>
      <w:r>
        <w:br/>
        <w:t>Вона тихо говорила:</w:t>
      </w:r>
    </w:p>
    <w:p>
      <w:r>
        <w:br/>
        <w:t>— У мене не було дітей... Що ви кажете?.. Я не хочу... ...На розі в меду горіла липа — пройшов солодкий дух.</w:t>
      </w:r>
    </w:p>
    <w:p>
      <w:r>
        <w:br/>
        <w:t>— Що ви кажете?.. А Остап?.. Не хочу...</w:t>
      </w:r>
    </w:p>
    <w:p>
      <w:r>
        <w:br/>
        <w:t>(Я зупинився на найцікавішому місці. Правда? І як ви думаєте, чи не час мені плюнути й почати нову новелу? Час, певно, час. Отже останнє зусилля!)</w:t>
      </w:r>
    </w:p>
    <w:p>
      <w:r>
        <w:br/>
        <w:t>...Хтось закричав на вулиці. Наталка наставила вухо. Потім підхопилась.</w:t>
      </w:r>
    </w:p>
    <w:p>
      <w:r>
        <w:br/>
        <w:t>— Якесь нещастя.</w:t>
      </w:r>
    </w:p>
    <w:p>
      <w:r>
        <w:br/>
        <w:t>Заводські жінки чують нещастя — серцем. Вискочила... ...На розі в меду горіла липа...</w:t>
      </w:r>
    </w:p>
    <w:p>
      <w:r>
        <w:br/>
        <w:t>А потім у кімнату внесли Остапа й положили на ліжко. З крана зірвалась стальна хрестовина й перебила Остапові праву ногу.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Юрко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