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Іванові Котляревському</w:t>
      </w:r>
    </w:p>
    <w:p>
      <w:r>
        <w:br/>
        <w:t xml:space="preserve"> Був один такий час: на важких терезах&lt;br /&gt;</w:t>
        <w:br/>
        <w:t>Вже хиталася доля Вкраїни,&lt;br /&gt;</w:t>
        <w:br/>
        <w:t>А вона, наша ненька, стояла в сльозах&lt;br /&gt;</w:t>
        <w:br/>
        <w:t>В спадiванню страшної хвилини…</w:t>
      </w:r>
    </w:p>
    <w:p>
      <w:r>
        <w:br/>
        <w:t>По широких степах ще котилась луна,&lt;br /&gt;</w:t>
        <w:br/>
        <w:t>Марний вiдгук крiвавої сiчи,&lt;br /&gt;</w:t>
        <w:br/>
        <w:t>І надходила нiч — непрозора, сумна,&lt;br /&gt;</w:t>
        <w:br/>
        <w:t>Що мов пугач дивилась у вiчи.</w:t>
      </w:r>
    </w:p>
    <w:p>
      <w:r>
        <w:br/>
        <w:t>Це-не-де серед тишi ще хтось з кобзарiв&lt;br /&gt;</w:t>
        <w:br/>
        <w:t>Грав, неначе прохав на подзвiння;&lt;br /&gt;</w:t>
        <w:br/>
        <w:t>То не дума була, то був лiрницький спiв,&lt;br /&gt;</w:t>
        <w:br/>
        <w:t>Над труною тужне голосiння.</w:t>
      </w:r>
    </w:p>
    <w:p>
      <w:r>
        <w:br/>
        <w:t>Нiч i тиша сумна присипляла усiх,&lt;br /&gt;</w:t>
        <w:br/>
        <w:t>Навiть тих, хто i в бoю не гнувся…&lt;br /&gt;</w:t>
        <w:br/>
        <w:t>Коли раптом веселий, зневажливий смiх&lt;br /&gt;</w:t>
        <w:br/>
        <w:t>Серед мертвої тишi почувся!</w:t>
      </w:r>
    </w:p>
    <w:p>
      <w:r>
        <w:br/>
        <w:t>I ззирнулися всi у питанню нiмiм:&lt;br /&gt;</w:t>
        <w:br/>
        <w:t>Хто б посмiв так одважна смiятись,&lt;br /&gt;</w:t>
        <w:br/>
        <w:t>Коли звикли усi, щоб не вдарив той грiм,&lt;br /&gt;</w:t>
        <w:br/>
        <w:t>I вiд власної тiни ховатись?</w:t>
      </w:r>
    </w:p>
    <w:p>
      <w:r>
        <w:br/>
        <w:t>Ще ж у памяти свiжа пoдiя була,&lt;br /&gt;</w:t>
        <w:br/>
        <w:t>Як в неволi сконав Кальнишевський!&lt;br /&gt;</w:t>
        <w:br/>
        <w:t>Хто ж сваволець, що має одвагу орла?&lt;br /&gt;</w:t>
        <w:br/>
        <w:t>То смiявся Iван Котляревський!</w:t>
      </w:r>
    </w:p>
    <w:p>
      <w:r>
        <w:br/>
        <w:t>Вiн спiвав i смiявся. I голос його&lt;br /&gt;</w:t>
        <w:br/>
        <w:t>То лунав соловейковим спiвом,&lt;br /&gt;</w:t>
        <w:br/>
        <w:t>То нараз затихав, — i вiн замiсць того&lt;br /&gt;</w:t>
        <w:br/>
        <w:t>Реготався, охоплений гнiвом.</w:t>
      </w:r>
    </w:p>
    <w:p>
      <w:r>
        <w:br/>
        <w:t>Вiн до бою не кликав, бо знав, що у снi&lt;br /&gt;</w:t>
        <w:br/>
        <w:t>Спочиває натруджена сила,&lt;br /&gt;</w:t>
        <w:br/>
        <w:t>Що по довгій, столiтнiй козацькiй вiйнi&lt;br /&gt;</w:t>
        <w:br/>
        <w:t>Нiч столiтня тепер наступила!</w:t>
      </w:r>
    </w:p>
    <w:p>
      <w:r>
        <w:br/>
        <w:t>Вiн не плакав, бо серцем прозрiв, що народ&lt;br /&gt;</w:t>
        <w:br/>
        <w:t>Вiдпочивши вiд бур лихолiття,&lt;br /&gt;</w:t>
        <w:br/>
        <w:t>Зрозуміє причини колишнiх пригод&lt;br /&gt;</w:t>
        <w:br/>
        <w:t>I завдання нового столiття.</w:t>
      </w:r>
    </w:p>
    <w:p>
      <w:r>
        <w:br/>
        <w:t>Та вiн бачив, що люд той не мав голови,&lt;br /&gt;</w:t>
        <w:br/>
        <w:t>Ща вже пан свого краю цурався, —&lt;br /&gt;</w:t>
        <w:br/>
        <w:t>Тодi жовч закипала у нього в крови,&lt;br /&gt;</w:t>
        <w:br/>
        <w:t>I вiн з панства того… реготaвся!</w:t>
      </w:r>
    </w:p>
    <w:p>
      <w:r>
        <w:br/>
        <w:t>Так минали лiта… І новiтнi спiвцi&lt;br /&gt;</w:t>
        <w:br/>
        <w:t>Вiдгукнулись на голос той дужий;&lt;br /&gt;</w:t>
        <w:br/>
        <w:t>Засвiтились помалу в хатах каганцi, —&lt;br /&gt;</w:t>
        <w:br/>
        <w:t>Прокидався слабий i байдужий.</w:t>
      </w:r>
    </w:p>
    <w:p>
      <w:r>
        <w:br/>
        <w:t>I збирались один по другiм вояки,&lt;br /&gt;</w:t>
        <w:br/>
        <w:t>I пiд прапором правди святої&lt;br /&gt;</w:t>
        <w:br/>
        <w:t>Виростали з землi, шикувались полки,&lt;br /&gt;</w:t>
        <w:br/>
        <w:t>Чувся поклик: до зброї до зброї!</w:t>
      </w:r>
    </w:p>
    <w:p>
      <w:r>
        <w:br/>
        <w:t>Не неволя чужа i не сила меча,&lt;br /&gt;</w:t>
        <w:br/>
        <w:t>Гаслом стало: "освiта й наука";&lt;br /&gt;</w:t>
        <w:br/>
        <w:t>Проти нападу злого i тьми i бича&lt;br /&gt;</w:t>
        <w:br/>
        <w:t>Це найкраща в життю запорука!</w:t>
      </w:r>
    </w:p>
    <w:p>
      <w:r>
        <w:br/>
        <w:t>Та не всi вирушали, вiдкинувши страх,&lt;br /&gt;</w:t>
        <w:br/>
        <w:t>Як тi лицарi славнi, завзятi, —&lt;br /&gt;</w:t>
        <w:br/>
        <w:t>Ще багато їх спить, поховавшись в норах,&lt;br /&gt;</w:t>
        <w:br/>
        <w:t>Ми не бачимо їх на цiм святi!</w:t>
      </w:r>
    </w:p>
    <w:p>
      <w:r>
        <w:br/>
        <w:t>Годi ж спати! Прокиньтесь! Ви спали сто лiт!&lt;br /&gt;</w:t>
        <w:br/>
        <w:t>Мабуть виспались добре, нетяги!&lt;br /&gt;</w:t>
        <w:br/>
        <w:t>Чи ж сховали в душi ви святий заповiт?&lt;br /&gt;</w:t>
        <w:br/>
        <w:t>Чи набралися сил i одваги?</w:t>
      </w:r>
    </w:p>
    <w:p>
      <w:r>
        <w:br/>
        <w:t>День на дворi! Нас кличе новий наш гетьман,&lt;br /&gt;</w:t>
        <w:br/>
        <w:t>Не гетьман польовий, а культурний, —&lt;br /&gt;</w:t>
        <w:br/>
        <w:t>Тим гетьманом у нас тепер батько Iван,&lt;br /&gt;</w:t>
        <w:br/>
        <w:t>Що вказав нам шлях лiтературний!</w:t>
      </w:r>
    </w:p>
    <w:p>
      <w:r>
        <w:br/>
        <w:t>Вiн мiж нами тепер. Вiн зiбрав нас усiх.&lt;br /&gt;</w:t>
        <w:br/>
        <w:t>Хто ж на поклик його не озветься?!&lt;br /&gt;</w:t>
        <w:br/>
        <w:t>Зпоза довгих ста лiт чи ви чуєте смiх?&lt;br /&gt;</w:t>
        <w:br/>
        <w:t>То Iван Кoтляревсьий смiється!</w:t>
      </w:r>
    </w:p>
    <w:p>
      <w:r>
        <w:br/>
        <w:t>30 серпня, 1903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Іванові Котляревському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