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віршів про Пушкіна</w:t>
      </w:r>
    </w:p>
    <w:p>
      <w:r>
        <w:br/>
        <w:t xml:space="preserve"> Нет, весь я не умру.&lt;br /&gt;</w:t>
        <w:br/>
        <w:t>А. С. Пушкин</w:t>
      </w:r>
    </w:p>
    <w:p>
      <w:r>
        <w:br/>
        <w:t>Олов'яний погляд Миколая,&lt;br /&gt;</w:t>
        <w:br/>
        <w:t>І Дантес у профіль і en face...&lt;br /&gt;</w:t>
        <w:br/>
        <w:t>Друг корить — як завжди, ворог лає,&lt;br /&gt;</w:t>
        <w:br/>
        <w:t>І минає, і спливає час.</w:t>
      </w:r>
    </w:p>
    <w:p>
      <w:r>
        <w:br/>
        <w:t>На балу кокетлива мадонна&lt;br /&gt;</w:t>
        <w:br/>
        <w:t>В'ється, безрозумна, як мотиль,&lt;br /&gt;</w:t>
        <w:br/>
        <w:t>А земля така навколо сонна,&lt;br /&gt;</w:t>
        <w:br/>
        <w:t>А такий у серці темний біль!</w:t>
      </w:r>
    </w:p>
    <w:p>
      <w:r>
        <w:br/>
        <w:t>Що там щастя — хоч спокою б клапоть,&lt;br /&gt;</w:t>
        <w:br/>
        <w:t>Хатка і піщаний косогір,&lt;br /&gt;</w:t>
        <w:br/>
        <w:t>Де жандармська не одягне лапа&lt;br /&gt;</w:t>
        <w:br/>
        <w:t>В пізній камер-юнкерський мундир.</w:t>
      </w:r>
    </w:p>
    <w:p>
      <w:r>
        <w:br/>
        <w:t>Рідні книги в синьому сап'яні,&lt;br /&gt;</w:t>
        <w:br/>
        <w:t>Тихий згад шумних ліцейських літ,&lt;br /&gt;</w:t>
        <w:br/>
        <w:t>Воркітливий, сивий голос няні,—&lt;br /&gt;</w:t>
        <w:br/>
        <w:t>Та невже це тільки тінь і слід?</w:t>
      </w:r>
    </w:p>
    <w:p>
      <w:r>
        <w:br/>
        <w:t>Тінь і слід — і дружба, і кохання,&lt;br /&gt;</w:t>
        <w:br/>
        <w:t>І вигнання, й пориви, і сни?&lt;br /&gt;</w:t>
        <w:br/>
        <w:t>Та невже було це дожидання&lt;br /&gt;</w:t>
        <w:br/>
        <w:t>Зовсім не можливої весни?</w:t>
      </w:r>
    </w:p>
    <w:p>
      <w:r>
        <w:br/>
        <w:t>Ні! Рука не випускала вперто&lt;br /&gt;</w:t>
        <w:br/>
        <w:t>Вірного, невтомного пера,&lt;br /&gt;</w:t>
        <w:br/>
        <w:t>І, як час йому прийшов умерти,&lt;br /&gt;</w:t>
        <w:br/>
        <w:t>Сам він знав, що весь — не умира.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віршів про Пушкіна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