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К. П.</w:t>
      </w:r>
    </w:p>
    <w:p>
      <w:r>
        <w:br/>
        <w:t xml:space="preserve"> К. П.&lt;br /&gt;</w:t>
        <w:br/>
        <w:t>Іван Франко</w:t>
      </w:r>
    </w:p>
    <w:p>
      <w:r>
        <w:br/>
        <w:t>Гарна дівчино, пахучая квітко!&lt;br /&gt;</w:t>
        <w:br/>
        <w:t>Оком і словом стріляєш ти мітко!&lt;br /&gt;</w:t>
        <w:br/>
        <w:t>В серця чутливий потайник укритий –&lt;br /&gt;</w:t>
        <w:br/>
        <w:t>Хто тебе бачить, той мусить любити.</w:t>
      </w:r>
    </w:p>
    <w:p>
      <w:r>
        <w:br/>
        <w:t>Тільки ж не гнівайсь за щиреє слово:&lt;br /&gt;</w:t>
        <w:br/>
        <w:t>Світ і життя ти береш поверхово,&lt;br /&gt;</w:t>
        <w:br/>
        <w:t>Мислиш, хто спів твій полюбить і очі,&lt;br /&gt;</w:t>
        <w:br/>
        <w:t>Той вже нічого на світі не схоче.</w:t>
      </w:r>
    </w:p>
    <w:p>
      <w:r>
        <w:br/>
        <w:t>Сли для очей і для пісні твоєї&lt;br /&gt;</w:t>
        <w:br/>
        <w:t>Кине він все – боротьбу за ідеї,&lt;br /&gt;</w:t>
        <w:br/>
        <w:t>Працю для тих, що їх тиснуть окови, –&lt;br /&gt;</w:t>
        <w:br/>
        <w:t>Вір мені, серце, не варт він любови.</w:t>
      </w:r>
    </w:p>
    <w:p>
      <w:r>
        <w:br/>
        <w:t>Сли ж, крім очей і крім слова дзвінкого,&lt;br /&gt;</w:t>
        <w:br/>
        <w:t>Ти не даси йому в жизні нічого,&lt;br /&gt;</w:t>
        <w:br/>
        <w:t>В бій не загрієш і ран не загоїш,&lt;br /&gt;</w:t>
        <w:br/>
        <w:t>Вір – і сама ти любові не стоїш.</w:t>
      </w:r>
    </w:p>
    <w:p>
      <w:r>
        <w:br/>
        <w:t>Блиск чарівничий очей потускліє,&lt;br /&gt;</w:t>
        <w:br/>
        <w:t>Зміниться голос, і спів заніміє, –&lt;br /&gt;</w:t>
        <w:br/>
        <w:t>Сли ж в твоїм серці і думці пустинно,&lt;br /&gt;</w:t>
        <w:br/>
        <w:t>Чим ти тоді причаруєш, дівчино?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К. П.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