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 четверта</w:t>
      </w:r>
    </w:p>
    <w:p>
      <w:r>
        <w:br/>
        <w:t xml:space="preserve"> Не раз — о леле! — тільки пригадаю,&lt;br /&gt;</w:t>
        <w:br/>
        <w:t>Що відтепер навік&lt;br /&gt;</w:t>
        <w:br/>
        <w:t>Своєї донни більше не побачу,&lt;br /&gt;</w:t>
        <w:br/>
        <w:t>Одчаєм серце повниться до краю,&lt;br /&gt;</w:t>
        <w:br/>
        <w:t>І з горя розум трачу,&lt;br /&gt;</w:t>
        <w:br/>
        <w:t>І так гукаю: "Хто, душе, прирік&lt;br /&gt;</w:t>
        <w:br/>
        <w:t>Тебе на мук невичерпних потік,&lt;br /&gt;</w:t>
        <w:br/>
        <w:t>Що омиває світ цей зловорожий?&lt;br /&gt;</w:t>
        <w:br/>
        <w:t>От через що я в остраху, в журбі..."&lt;br /&gt;</w:t>
        <w:br/>
        <w:t>Тож кличу Смерть собі,&lt;br /&gt;</w:t>
        <w:br/>
        <w:t>Неначе тихий відпочинок гожий,-&lt;br /&gt;</w:t>
        <w:br/>
        <w:t>"Прийди!" — до неї кличу я тоді,&lt;br /&gt;</w:t>
        <w:br/>
        <w:t>До мертвих повен заздрості в біді.</w:t>
      </w:r>
    </w:p>
    <w:p>
      <w:r>
        <w:br/>
        <w:t>Зливаються усі мої зітхання&lt;br /&gt;</w:t>
        <w:br/>
        <w:t>В один скорботний звук,-&lt;br /&gt;</w:t>
        <w:br/>
        <w:t>Хай Смерть його вчуває невгомонна,&lt;br /&gt;</w:t>
        <w:br/>
        <w:t>Бо лиш до неї линуть всі бажання&lt;br /&gt;</w:t>
        <w:br/>
        <w:t>Відтоді, як мадонна&lt;br /&gt;</w:t>
        <w:br/>
        <w:t>Упала Смерті до жорстоких рук&lt;br /&gt;</w:t>
        <w:br/>
        <w:t>І кинула юдоль страждань і мук,&lt;br /&gt;</w:t>
        <w:br/>
        <w:t>Лишивши землю без краси своєї.&lt;br /&gt;</w:t>
        <w:br/>
        <w:t>Але її ясна й свята краса&lt;br /&gt;</w:t>
        <w:br/>
        <w:t>Осяла небеса&lt;br /&gt;</w:t>
        <w:br/>
        <w:t>Вогнем любові,— янголи до неї&lt;br /&gt;</w:t>
        <w:br/>
        <w:t>Співають славу, світлий розум їх&lt;br /&gt;</w:t>
        <w:br/>
        <w:t>Дивується з шляхетних цнот таких.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 четверта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