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Капость</w:t>
      </w:r>
    </w:p>
    <w:p>
      <w:r>
        <w:br/>
        <w:t xml:space="preserve"> &lt;p&gt;(Зі спогадів дотепника)</w:t>
      </w:r>
    </w:p>
    <w:p>
      <w:r>
        <w:br/>
        <w:t>В наші часи капосники скидаються на грабарів і звуться політиками. У нас уже не втинають добрих штук, міцних капостей, каверз, веселих, здорових і простих, якими розважалися наші батьки. А проте чим можна дужче розважити і насмішити людину, як не дотепною капостю? Що є більшою втіхою, аніж піддурити легковірного, познущатися з простака, ошукати хитрого, заманити крутія в безневинну і дурну пастку? Чи є щось приємніше, аніж дотепно покпити з людей, примусити їх самих посміятися з власної наївності, а потім зробити їм іще якусь шкоду, якщо вони надумають сердитися?</w:t>
      </w:r>
    </w:p>
    <w:p>
      <w:r>
        <w:br/>
        <w:t>Ну, а я вже попожартував за своє життя! Та. й мені, дідько б його узяв, пришивали не одну квітку, ще й яку барвисту! Еге-е, я-таки вигадував немало капостей—і кумедних, і жахливих. Одна з моїх жертв через мій жарт переставилася. Проте втратою це ні для кого не було. Колись я вам про це розповім; тільки не вдаватиму з себе скромного, бо та капость зовсім не була пристойна, що ні, то ні! Діялося це в невеличкому селі під Парижем. Усі очевидці мого жарту і досі сміються до сліз на саму згадку, хоча сам одурений і помер від нього. Нехай земля йому пером!</w:t>
      </w:r>
    </w:p>
    <w:p>
      <w:r>
        <w:br/>
        <w:t>Сьогодні ж я хочу розповісти про дві капості: про першу, придуману мною, і про ту, що підстроїли мені недавно.</w:t>
      </w:r>
    </w:p>
    <w:p>
      <w:r>
        <w:br/>
        <w:t>Почнемо з останньої, бо вона здається мені не такою втішною, — адже я сам був її жертвою.</w:t>
      </w:r>
    </w:p>
    <w:p>
      <w:r>
        <w:br/>
        <w:t>Щоосені я їздив у Пікардію до друзів, у їхній замок, щоб пополювати. Само собою, друзі мої були жартівниками. З іншими людьми я й знатися не хочу.</w:t>
      </w:r>
    </w:p>
    <w:p>
      <w:r>
        <w:br/>
        <w:t>Коли я приїхав, мене* зустріли з королівськими почестями — це відразу насторожувало. Бахкали з рушниць, обіймали мене, пестили, немов чекаючи якоїсь великої втіхи, і я сказав собі: "Стережися, старий лисе, щось буде!"</w:t>
      </w:r>
    </w:p>
    <w:p>
      <w:r>
        <w:br/>
        <w:t>За обідом усім було надзвичайно весело, аж надто весело. Я міркував: "Ти диви, як вони радіють, і без ніякої видимої причини. Мабуть, таки вони приготували якусь витівку. І, напевно, в ній гратиму якусь роль я. Будьмо обережні".</w:t>
      </w:r>
    </w:p>
    <w:p>
      <w:r>
        <w:br/>
        <w:t>Весь вечір нестямно реготали. Я відчував у повітрі капость — як собака відчуває дичину. Але що саме буде, я не знав. Нашорошений, збентежений, не пропускав я жодного слова, жодного натяку або жесту. Все здавалося мені підозрілим, навіть фізіономії слуг.</w:t>
      </w:r>
    </w:p>
    <w:p>
      <w:r>
        <w:br/>
        <w:t>Настав час лягати спати, і ось усі, зібравшись процесією, повели мене до спальні. Навіщо? Мені прокричали "На добраніч!". Я увійшов, замкнув двері і зупинився із свіжою в руці.</w:t>
      </w:r>
    </w:p>
    <w:p>
      <w:r>
        <w:br/>
        <w:t>У коридорі було чути регіт і перешепти. Очевидно, за мною підглядали. І я уважно оглянув стіни, меблі, стелю, шпалери, підлогу, але не помітив нічого підозрілого. Було чути, як під дверима ходять. Я був певен, що хтось зазирає у замкову шпарку.</w:t>
      </w:r>
    </w:p>
    <w:p>
      <w:r>
        <w:br/>
        <w:t>Я подумав: "А що, як згасне свічка, і я залишуся в цілковитій темряві?" —і запалив усі свічки на каміні. Потім знов обдивився довкола, але так нічого й не помітив. Я обійшов навшпиньки всю кімнату. Нічого. Перевірив одну по одній усі речі. Нічого. Підібрався до вікна. Віконниці, міцні, товсті, дерев’яні віконниці, були відчинені. Я старанно зачинив їх, затяг широкі оксамитові завіси і приставив до них стілець, щоб захистити себе від нападу ззовні.</w:t>
      </w:r>
    </w:p>
    <w:p>
      <w:r>
        <w:br/>
        <w:t>Потім обережно сів. Крісло було міцне. Лягти спати я не насмілювався. А час собі йшов. Кінець кінцем я вирішив, що все це по-дурному. Якщо за мною підглядали, як я думав, то, чекаючи успіху підготовленої капості, вони мусили б реготати, аж падати, з мого страху.</w:t>
      </w:r>
    </w:p>
    <w:p>
      <w:r>
        <w:br/>
        <w:t>І я вирішив нарешті лягти. Проте ліжко здалося мені особливо підозрілим. Я потяг запону. Вона трималася міцно. І все ж там крилася небезпека. Що, як мене обіллє холодним душем з-під балдахіна або я раптом провалюся під підлогу разом із своїм ложем? Я перебирав у пам’яті всі свої колишні витівки. Мені зовсім не хотілося пошитися в дурні. А дзуськи!</w:t>
      </w:r>
    </w:p>
    <w:p>
      <w:r>
        <w:br/>
        <w:t>І тоді я додумався до перестороги, що здалася мені чудовою. Обережно взявши за край матраца, я потихеньку потяг його до себе. Він піддався, разом із простиралами й ковдрою, і я витяг усе це на саму середину кімнати, просто проти дверей. Постелився там, як уже зумів, зате подалі від підозрілого ліжка й алькова. Потім загасив усі свічки й помацки уклався спати.</w:t>
      </w:r>
    </w:p>
    <w:p>
      <w:r>
        <w:br/>
        <w:t>Принаймні ще з годину лежав, здригаючись від найменшого шелесту. Здавалося, в замку все було спокійно. І я заснув.</w:t>
      </w:r>
    </w:p>
    <w:p>
      <w:r>
        <w:br/>
        <w:t>Спав я, напевно, довго й міцно; але зненацька прокинувся і підскочив: зверху навалилося щось важке, а на обличчя, шию і груди хлюпнула якась пекуча рідина. Я зойкнув з болю. Страшенний брязкіт, немов завалився цілий буфет, напханий посудом, оглушив мене.</w:t>
      </w:r>
    </w:p>
    <w:p>
      <w:r>
        <w:br/>
        <w:t>Придавлений нерухомою купою, я задихався. Намагаючись дізнатися, що це таке, я простягнув руки і намацав обличчя, ніс, баки. Тоді я з усієї сили уперіщив кулаком по цій пиці. У відповідь на мене посипався цілий град ляпасів і, вискочивши прожогом з-під мокрої ковдри, в самій сорочці я вибіг у коридор: двері були розчинені.</w:t>
      </w:r>
    </w:p>
    <w:p>
      <w:r>
        <w:br/>
        <w:t>Матінко рідна! Вже був день. Усі позбігалися і побачили простертого на моїй постелі слугу — той не міг отямитися. Він ніс мені ранковий чай, але по дорозі, наткнувшись на моє імпровізоване ложе, гепнув просто на мене, перекинувши весь сніданок — без усякого лихого наміру — просто мені на обличчя.</w:t>
      </w:r>
    </w:p>
    <w:p>
      <w:r>
        <w:br/>
        <w:t>Ужиті мною перестороги — те, що я щільно зачинив віконниці та постелився посеред кімнати, — і спричинилися, власне, до капості, якої я так боявся.</w:t>
      </w:r>
    </w:p>
    <w:p>
      <w:r>
        <w:br/>
        <w:t>Що вже тоді попосміялися!</w:t>
      </w:r>
    </w:p>
    <w:p>
      <w:r>
        <w:br/>
        <w:t>Інша витівка, про яку я хочу розповісти, стосується ще ранньої пори моєї юності. Було мені тоді років п’ятнадцять. На канікули я приїздив до родичів, знову ж таки у Пікардію, де в них був, знов-таки, свій замок.</w:t>
      </w:r>
    </w:p>
    <w:p>
      <w:r>
        <w:br/>
        <w:t>У нас частенько гостювала літня пані з Ам’єна — нестерпна персона, лайлива, балакуча, зла і мстива.</w:t>
      </w:r>
    </w:p>
    <w:p>
      <w:r>
        <w:br/>
        <w:t>Не знаю за що, але вона зненавиділа мене і безупинно клепала на мене, повертаючи на зле найневинніші мої слова або найменші вчинки. Одне слово, стара відьма!</w:t>
      </w:r>
    </w:p>
    <w:p>
      <w:r>
        <w:br/>
        <w:t>Її звали паці Дюфур. Вона носила чорну, як смола, перуку, хоч їй уже стукнуло шістдесят, і на ту перуку чіпляла кумедні білі чепчики з рожевими стрічками. її поважали, бо вона була багата. Я ж ненавидів її всім серцем і вирішив добре провчити.</w:t>
      </w:r>
    </w:p>
    <w:p>
      <w:r>
        <w:br/>
        <w:t>Я саме закінчував передостанній клас; в курсі хімії мене особливо вразили властивості речовини, що зветься фосфористим кальцієм: кинута в воду, вона з вибухом займається і виділяє хмари білого смердючого диму. Щоб розважатися під час канікул, я поцупив кілька дрібок цієї речовини, зовні схожої на соду.</w:t>
      </w:r>
    </w:p>
    <w:p>
      <w:r>
        <w:br/>
        <w:t>У мене був двоюрідний брат, мій одноліток. Коли я розповів йому про свій намір, він жахнувся з моєї зухвалості.</w:t>
      </w:r>
    </w:p>
    <w:p>
      <w:r>
        <w:br/>
        <w:t>І от якось увечері, коли вся родина сиділа ще в вітальні, я потихеньку пробрався до кімнати пані Дюфур і відшукав (пробачте мені, пані) ту круглу посудину, що її звичайно ставлять під ліжком. Пересвідчившись, що вона зовсім суха, я вкинув туди добру дрібку фосфористого кальцію.</w:t>
      </w:r>
    </w:p>
    <w:p>
      <w:r>
        <w:br/>
        <w:t>А потім сховався на горищі і почав чекати. Невдовзі звуки голосів і кроків сповістили мене, що всі розходяться по своїх кімнатах; запанувала тиша. Тоді я, затамувавши дух, спустився босоніж униз і припав до замкової шпарки.</w:t>
      </w:r>
    </w:p>
    <w:p>
      <w:r>
        <w:br/>
        <w:t>Пані Дюфур ретельно готувалася до сну. Одну по одній познімала свою одежу і нап’яла на себе широкий білий капот, який наче повис на її кістках. Потім узяла склянку, налила води і, застромивши пальці в рот, — немов хотіла вирвати язик, — витягла якусь біло-рожеву штуку — і занурила її у воду. Я злякався, немов став свідком якоїсь ганебної й жахливої таємниці. То були усього-на-всього її вставні зуби.</w:t>
      </w:r>
    </w:p>
    <w:p>
      <w:r>
        <w:br/>
        <w:t>Потім вона зняла свою чорну перуку, і в усій красі постала її маленька голівка, обліплена ріденьким сивим волоссям; це було так кумедно, що я мало не розреготався під дверима. Помолившись, вона підвелася і наблизилася до мого знаряддя помсти. Вона поставила його посеред кімнати, і, сівши, зовсім закрила своїм капотом.</w:t>
      </w:r>
    </w:p>
    <w:p>
      <w:r>
        <w:br/>
        <w:t>Я чекав з калатанням серця. Вона сиділа спокійна, задоволена, щаслива. А я чекав… і теж був щасливий, як усякий, хто смакує помсту.</w:t>
      </w:r>
    </w:p>
    <w:p>
      <w:r>
        <w:br/>
        <w:t>Спочатку я почув тихесенький звук, дзюрчання, і зразу ж потому — цілий залп вибухів, глухих, як далека канонада.</w:t>
      </w:r>
    </w:p>
    <w:p>
      <w:r>
        <w:br/>
        <w:t>За одну мить обличчя пані Дюфур спотворив дикий жах. Вона кліпнула очима раз, удруге — і раптом схопилася з такою проворністю, якої від неї годі було чекати. І все глипала, глипала…</w:t>
      </w:r>
    </w:p>
    <w:p>
      <w:r>
        <w:br/>
        <w:t>Біла посудина потріскувала, вибухала, повна перебіжного летючого полум’я, схожого на грецький вогонь стародавніх часів. Піднімаючись до стелі, клубочився густий дим, таємничий, незрозумілий, наче в кухні відьми.</w:t>
      </w:r>
    </w:p>
    <w:p>
      <w:r>
        <w:br/>
        <w:t>Що вона могла подумати про це, бідолашна? Що це диявольські витівки? Чи якась страшна хвороба? Може, їй спало на думку, що викинуте з неї полум’я мало пожерти її утробу, що воно виверглося, наче з жерла вулкана, і могло висадити її, як гармату, куди набито подвійний заряд?</w:t>
      </w:r>
    </w:p>
    <w:p>
      <w:r>
        <w:br/>
        <w:t>Вона стояла в нестямі від жаху, прикипівши очима до страшного феномена. Потім раптом заверещала так, як я зроду не чув, і гепнулася навзнаки.</w:t>
      </w:r>
    </w:p>
    <w:p>
      <w:r>
        <w:br/>
        <w:t>Я дав драла і, сховавшися в ліжку, міцно заплющив очі, немов бажаючи довести собі, що я до цього непричетний, що я нічого не бачив і навіть не виходив з кімнати.</w:t>
      </w:r>
    </w:p>
    <w:p>
      <w:r>
        <w:br/>
        <w:t>"Вона померла, — думав я. — І це я її вбив".</w:t>
      </w:r>
    </w:p>
    <w:p>
      <w:r>
        <w:br/>
        <w:t>І збентежено прислухався до руху в будинку.</w:t>
      </w:r>
    </w:p>
    <w:p>
      <w:r>
        <w:br/>
        <w:t>Ходили туди й сюди, розмовляли, потім я почув регіт; а далі мені перепало кілька добрих ляпасів. Я пізнав батькову руку.</w:t>
      </w:r>
    </w:p>
    <w:p>
      <w:r>
        <w:br/>
        <w:t>Наступного дня пані Дюфур була дуже бліда. Щомиті вона пила воду, очевидно, намагаючися всупереч запевненням лікаря загасити пожежу, яка, здавалося їй, спалювала її нутрощі.</w:t>
      </w:r>
    </w:p>
    <w:p>
      <w:r>
        <w:br/>
        <w:t>Відтоді, коли при ній заходила мова про якусь хворобу, вона глибоко зітхала і бурмотіла:</w:t>
      </w:r>
    </w:p>
    <w:p>
      <w:r>
        <w:br/>
        <w:t>— О пані, якби ви тільки знали, які дивні на світі бувають хвороби…</w:t>
      </w:r>
    </w:p>
    <w:p>
      <w:r>
        <w:br/>
        <w:t>Але більше нічого не додавала.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Капость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