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Карадагзький змій</w:t>
      </w:r>
    </w:p>
    <w:p>
      <w:r>
        <w:br/>
        <w:t xml:space="preserve"> &lt;p&gt;"Коли Велика крига покривала більшу частину Землі (мається на увазі останнє велике зледеніння, що тривало 20 000 років тому — авт.), в кримських Чорних горах (Кара-Даг) жив Чорний змій…"</w:t>
      </w:r>
    </w:p>
    <w:p>
      <w:r>
        <w:br/>
        <w:t>З прадавніх язичеських передань</w:t>
      </w:r>
    </w:p>
    <w:p>
      <w:r>
        <w:br/>
        <w:t>Цю "страшилку", про яку оце нарешті зібрався вам повідати, я почув у Коктебелі, на березі тамтешньої бухти, де швартувалися риболовецькі човни, від старого рибалки Степана Караджі.</w:t>
      </w:r>
    </w:p>
    <w:p>
      <w:r>
        <w:br/>
        <w:t>За достовірність її ручаюся, адже дядько Стьопа, як його шанобливо знайомі величають і всі тамтешні ловці риби та інших мешканців Чорного моря, ніколи, як то заведено серед рибалок, не бре— бре… Ну, хіба — хто не без гріха? — коли— не— коли. І то — трішки-трішки. Захопившись розповіддю, може якусь дещицю ввернути від себе як кажуть, для красного слівця ("Щоби волосся піднімалося на голові, як слухаєш") — в ту мить і сам свято вірячи, що так воно насправді і було.</w:t>
      </w:r>
    </w:p>
    <w:p>
      <w:r>
        <w:br/>
        <w:t>А так, чоловік він на 95 відсотків правдивий (його власні підрахунки, а в арифметиці він сильний), тож вірити йому можна. Теж на 95 відсотків.</w:t>
      </w:r>
    </w:p>
    <w:p>
      <w:r>
        <w:br/>
        <w:t>— Кажу, як на духу: це він, — вивішуючи сітки для просушки, клявся та божився Степан Караджі, заодно і розповідаючи мені цю історію: — Істино, ВІН…</w:t>
      </w:r>
    </w:p>
    <w:p>
      <w:r>
        <w:br/>
        <w:t>— Та хто він, дядьку Стьопо?</w:t>
      </w:r>
    </w:p>
    <w:p>
      <w:r>
        <w:br/>
        <w:t>— Не перебивай, бо й сам зіб’юся. Та й не любить Стьопа Караджі, коли його, греко— вірменина та ще й татарино— українця і у найцікавішому місці перебивають. Слухай… Кажу. ВІН. Карадагзький змій, бо хто б іще? Отой, що живе у горі Кара-Даг. У печері, що її не кожному дано знати…</w:t>
      </w:r>
    </w:p>
    <w:p>
      <w:r>
        <w:br/>
        <w:t>— Карадагзький змій? Гм…</w:t>
      </w:r>
    </w:p>
    <w:p>
      <w:r>
        <w:br/>
        <w:t>— Не гмикай!</w:t>
      </w:r>
    </w:p>
    <w:p>
      <w:r>
        <w:br/>
        <w:t>Дядько Стьопа Караджі не любить, коли слухачі його гмикають.</w:t>
      </w:r>
    </w:p>
    <w:p>
      <w:r>
        <w:br/>
        <w:t>Але я в збірнику "Кримські легенді" якось читав, що в Чорній горі, Себто Кара-Дазі живе "страшне чудовисько", але не змій, а — "одноокий велетень-людоїд", власне, колись жив, допоки його не викурили звідти.</w:t>
      </w:r>
    </w:p>
    <w:p>
      <w:r>
        <w:br/>
        <w:t>— Вай! — сплескує дядько Стьопа порепаними, що їх пороз’їдала сіль морська, чорними од засмаги, широкими і дебелими руками, од яких приляпанні аж виляск злітає: — Та хіба ж невтямки? Викишкали люди з печери одноокого велетня— людоїда, а навзамін нього в тій печері і поселився він — карадагзький змій. Слухай, що тобі дядько Стьопа буде розказувати. Найправдивіший з усіх чорноморських рибалок. Ловили ми тоді скатів, десь так, на глибині 50 метрів. Це в трьох милях на південний схід від бухти. Ну, вибираємо сітку, вибираємо… Аж гульк — сіть обірвана. Отакої! На глибині 50 метрів, і замість скатів у ній заплутався хвостом чималий дельфін афаліна. Глянули — жах! Якась трясця виїла йому живіт аж до хребта! Вай!.. Одним укусом. Як бритвою відчикрижила. Гам і нема в нещасного дельфіна живота. І знаєш яка ширина укусу? Аж біля метра. Оце ротяка! Вай-вай… І видно сліди — ми порахували, — 16 зубів. І кожен довжиною сантиметрів з сім. Справді ротяка! Та і голову дельфіна наче хто пожував… Як загледіли ми, полякалися. Озираємось, чи раптом не вигулькне господар тієї зубатої ротяки? Куди тій акулі — не її робота, це зразу видно, що здоровенний та сильний він, коли одним махом відкусив дельфіну живіт аж до хребта! Порадившись, обрізали ми сіть та й хода з того недоброго місця. Цур йому пек! Налягаємо на весла… До берега примчали самі не свої. Потім розказали про побачене науковцям Карадагзького заповідника, а вони тільки гмикають… Мовляв, байки рибальські… Коли це було? Дай Бог пам’яті, в 1990 році. А через літо знову надибуємо такого ж розтерзаного дельфіна, але вже азовку. Таким же макаром з такими ж слідами зубів на тілі і в тому ж місці. Цього разу ми захопили його останки і передали вченим заповідника. Проте… начальство порадило не здіймати шуму-гаму. Ми здіймали. Правда, щось таки просочилося в місцеву пресу, газети написали про загадкового звіра, який терзає дельфінів, але тому ніхто особливо не повірив. Сприйняли як сенсацію та й по тому. А ми, кажу, шуму— гаму не здіймали. Наше діло рибу ловити. Ми і ловимо собі потихеньку. Правда, звідтоді на сторожі, аби не наткнутися бува на нього…</w:t>
      </w:r>
    </w:p>
    <w:p>
      <w:r>
        <w:br/>
        <w:t>— На кого, "на нього"?</w:t>
      </w:r>
    </w:p>
    <w:p>
      <w:r>
        <w:br/>
        <w:t>— Тобі розжуй і в рот поклади. Він — це здоровенний морський змії, котрий живе в нутрі Карада— Дагу, в печері, яку нікому не дано бачити. А зветься він карадагзьким…</w:t>
      </w:r>
    </w:p>
    <w:p>
      <w:r>
        <w:br/>
        <w:t>Тут я перерву розповідь Степана Караджі і сам розповім, що мені відомо про карадагзького змія.</w:t>
      </w:r>
    </w:p>
    <w:p>
      <w:r>
        <w:br/>
        <w:t>Сліди його — вже майже невидимі, пунктирні, коли він там і там засвітився — тягнуться (і десь губляться) з далекої— предалекої давнини тисячоліть. Власне, не його персонально, не карадагзького змія (або — "морського змія Криму", так його ще іноді називають. Або й просто: "чорноморського змія"), а родичів його, гігантських змій. Про це в історії збереглося кілька фактів і згадок. Хоча б про царя Саргона ІІ, який у VІІІ ст. до н. е. плавав на острів Кріт і з борту судна бачив "гігантського морського змія". Чи, скажімо, мешканці Трої загледіли як з прибережних вод біля протоки Дарданелли вигулькнули відразу ж "два морські змії з червоними, як кров, гребенями і очима, що горіли сліпучим полум’ям".</w:t>
      </w:r>
    </w:p>
    <w:p>
      <w:r>
        <w:br/>
        <w:t>Це вони, велетенські змії— чудиська свого часу напали на синів Лаокоона, жерця Трої, який закликав своїх співгромадян не вірити данайцям, котрі дари приносять, батько відважно кинувся рятувати синів, але змії і його обвили та вкусили, тож всі троє й загинули, (випадок цей майже два тисячоліття по тому пам’ятали, бо в першому столітті до нашої ери на острові Родос скульптор втілив у мармурі цей "трагічний сюжет").</w:t>
      </w:r>
    </w:p>
    <w:p>
      <w:r>
        <w:br/>
        <w:t>З’явився гігантський морський змій (не плутати його з драконами) у наших кримських краях вперше чи не 20 тисяч років тому. Тоді в Чорних горах, що здіймалися над первісним морем, бушував "вогонь негасимий", що горів вдень і вночі. Швидше всього газ метан, ще пузирьками піднімався з глибин Чорного моря. Взагалі, як свідчать геологи масив Кара-Даг — це результат виверження пра— прадавнього вулкану, що відбулося 40 мільйонів років тому. Тоді територія України являла собою дно солоного моря Тетіс, а єдиним суходолом і був Кара-Даг, Коли з лави виривалися потужні струмені газів — утворювалися порожнини і печери, їх спеціалісти нараховують більше 800! Та ще і море вимило чимало зашкалубин та печерок — було де ховатися "кримським зміям"!</w:t>
      </w:r>
    </w:p>
    <w:p>
      <w:r>
        <w:br/>
        <w:t>Ще перші грецькі колоністи, які заселяли Північне Причорномор’я і жили у VІІ ст. до н. е. на острові Березань, згадували "родову змію скіфів". Малося, очевидно, на увазі передання про походження скіфів ще тоді, коли грецький герої Геракл, мандруючи тими краями, в одній з печер надибав напівдіву— напівзмію, жив з нею і мав од неї синів, од яких у свою чергу і пішли скіфи. Скіфська легенда про гігантського змія очевидно виникла не на порожньому місці — щось їй передувало. Скоріше скіфи здибувалися в тих краях на ранній своїй історії з великими зміями, що жили в Дніпрі — на цій основі і виникла красива легенда про напівдіву— напівзмію на ймення Апі, яка в "супрязі" з Гераклом буцімто і породила скіфський народ. Ось чому скіфи поетично називали себе "синами змієногої богині". Ще давньо— грецький історик Арріан у ІІ ст. до н. е. свідчив" що скіфи зображували змію на щитах, сагайдаках обладунках та збруї коней. А ще вони на тичках піднімали "опудало змії із кольорових шматочків (луска?), які при рухові надувалися вітром і звивалися як істоти, видаючи при цьому різкий зміїний свист".</w:t>
      </w:r>
    </w:p>
    <w:p>
      <w:r>
        <w:br/>
        <w:t>Ось чому сусіди скіфів, землеробські племена Нижнього Подніпров’я, називали кочівників "зміїним народом".</w:t>
      </w:r>
    </w:p>
    <w:p>
      <w:r>
        <w:br/>
        <w:t>Часто й зображували їх у вигляді змії та як вони викрадають вродливих дівчат. Для захисту від цього "зміїного народу" землероби у II ст. до н. е. почали зводити оборонні споруди у вигляді великих багатокілометрових валів — на кордоні між землями хліборобів та кочівниками, тому ці вали й називали Змієвими.</w:t>
      </w:r>
    </w:p>
    <w:p>
      <w:r>
        <w:br/>
        <w:t>Та й давньоруський богатир Добриня Нікітич боровся із змієм Гориничем на річці Почайні, що на околиці тодішнього Києва. Воював він не просто із змієм, а із "Змієм з гір сорочинських ("сарацинських"), тобто кримських. Буцімто в Криму тоді були "нори зміїні" (печери), у яких в полоні у гадів тяжко томилося багато "людей руських".</w:t>
      </w:r>
    </w:p>
    <w:p>
      <w:r>
        <w:br/>
        <w:t>Можна зіслатися й на кримську легенду пізнього Середньовіччя "Чершамбо", що розповідає про "змієве гніздо". Буцімто воно знаходилося неподалік села Отуза (нині Щебетівка) біля річки Отузка, що й неподалік Судака! "Тут в очеретах жила змія, яка згорнувшись кільцями, здавалася копицею сіна, а коли йшла полем, робила десять колін і більше. Хан Акмализький, нарочито запросив із Стамбула яничар щоби ті її вбили. І вони вбили, але залишилися дитинчата…"</w:t>
      </w:r>
    </w:p>
    <w:p>
      <w:r>
        <w:br/>
        <w:t>В "Універсальному описові Криму" Кондаракі наводить такий факт:</w:t>
      </w:r>
    </w:p>
    <w:p>
      <w:r>
        <w:br/>
        <w:t>"У 1828 році євпаторійський справник подав донесення, у якому писав про появу в повіті "великої, із заячою головою і подобієм гриви змії, яка нападала на овець і висмоктувала з них кров. Двоє таких монстрів були вбиті місцевими татарами, певними, що змії припливли з теплих країн".</w:t>
      </w:r>
    </w:p>
    <w:p>
      <w:r>
        <w:br/>
        <w:t>А вже в минулому столітті, у 1921 році у феодосійській газеті було надруковано повідомлення про те, що "в районі гори Кара-Даг з’явився величезний гад і на його уловлення відправлена рота червоноармійців".</w:t>
      </w:r>
    </w:p>
    <w:p>
      <w:r>
        <w:br/>
        <w:t>Між іншим, цю газетну замітку, поет Максиміліан Волошин, автор збірки поезій "Коктебельська затока" (він з 1917 року постійно мешкав у Коктебелі і там же похований) відправив письменнику Михайлові Булгакову і той на її основі написав у 1924 році фантастичну повість "Фатальні яйця".</w:t>
      </w:r>
    </w:p>
    <w:p>
      <w:r>
        <w:br/>
        <w:t>А через десяток з чимось років в рибацькі сітки біля кримського узбережжя потрапила "величезна змія з конячою головою" (треба гадати, що з такою ж видовженою). Рибалки розрізали сітку, хутчій випустили на волю того монстра і погребли до берега, трясучись зі страху і остерігаючись аби той гад не напав бува й на них. Вони ще пам’ятали розповідь про те, як у 1930 року місцевий рибалка, татарин з села Кучук-Йамбат (нині Малий Маяк), наткнувся в місцевості Кам’яний Хаос на велику змію "із собачою головою", він уцілів, але шок від зустрічі з чудовиськом був таким сильним, що нещасного паралізувало і він невдовзі помер…</w:t>
      </w:r>
    </w:p>
    <w:p>
      <w:r>
        <w:br/>
        <w:t>У травці 1952 року в Коктебелі, в тамтешньому Будинку письменників відпочивав один драматург. Якось прогулюючись берегом Сердолікової бухти, звернув увагу "на великий жмут водоростів, метрів 10-12 в об’ємі", що качався приблизно за півста метрів від берега. Раптом той "жмут" несподівано почав "розмотуватися", витягнувся і… І "рушив проти течії" прямуючи у той бік бухти, де плавала зграя дельфін. Як згадує драматург, істота пливла хвилеподібними рухами, була вона велика, 25-30 метрів, дуже товстою і знаходилась вона "над водою на метр— півтора", чудовисько звивалося так же, як змій, що пливе і пливло в бік дельфінів, але вони швидко зникли. Побачивши це, істота "повернула на попереднє місце і раптом підняла голову — розміром з розмах рук, схожу на зміїну…"</w:t>
      </w:r>
    </w:p>
    <w:p>
      <w:r>
        <w:br/>
        <w:t>Одна з тамтешніх мешканок — історія навіть зберегла її ім’я — Варвара Зозуля, — на мисі збирала хмиз і ледь не наступила на "змію", сприйнявши її "за купу хмизу". Коли ж ця "купа" "почала підніматися і пищати, жінка, охоплена страхом, замахнулась на неї вірьовкою". За її словами, "у змії була невелика голова, тонка шия, а спина товста, як стовб", і буцімто в того чуда— юда були кінцівки — "передні і задні". Хочте вірте, хочте — перевірте!</w:t>
      </w:r>
    </w:p>
    <w:p>
      <w:r>
        <w:br/>
        <w:t>Бачив велику змію і один геолог — біля "карадагзької Стіни Лагорі.</w:t>
      </w:r>
    </w:p>
    <w:p>
      <w:r>
        <w:br/>
        <w:t>А ось на початку 1960— х років газетяр із Судака Олександр Овчинников із двадцятиметрової скелі мису Француженка загледів у морі "змієподібну істоту". Як зазначає очевидець, дельфіни "кинулися ж розсип, коли змія, звиваючись, почала до них наближатися".</w:t>
      </w:r>
    </w:p>
    <w:p>
      <w:r>
        <w:br/>
        <w:t>А ще одна тамтешня мешканка навіть переступила через кримську Нессі осіннім вечором 1967 року. Жінка йшла собі Арматлукською долиною і почула як позад неї щось сплеснуло. Оглянулась, і побачила як "величезна, товщиною з велике дерево змія переповзала із одного водоймища в інше", ідучи (жінка не встигла зупинитися) незчулася, як і переступила через ту колоду". І "лише тоді злякавшись", закричала й кинулась навтьоки не розбираючи дороги…</w:t>
      </w:r>
    </w:p>
    <w:p>
      <w:r>
        <w:br/>
        <w:t>Ще один журналіст (надруковано в часопису "Новий мир", № 10, 1969 р.) зі слів очевидця описав зустріч чабана з величезною змією, що мирно собі спала на мисі Казантип Керченського півострова. Так ось у неї буцімто була голова завбільшки "з баранячий череп".</w:t>
      </w:r>
    </w:p>
    <w:p>
      <w:r>
        <w:br/>
        <w:t>Зрозуміло, що в міру заселення Криму, ареал проживання "чорно— морського змія" почав катастрофічно звужуватися. Якщо в ХІІІ столітті величезних змій зустрічали по узбережжю від мису Таракхут до Кара-Дага і східніше, а під час останньої світової війни — біля Кучук-Амбата і Аю-Дага, то після війни — тільки вже на Кара-Дазі і мисі Казантин Азовського моря. Звідтоді ареал їхній ще звузився і таких монстрів бачили вже лише біля Кара-Дага — вочевидь на їхньому останньому п’ятачку на узбережжі Чорного моря… Судячи із спостережень, карадагзький морський змій не є чисто морським. Як свідчать легенди й передання та розповіді очевидців, його бачили на скелях частіше як у воді. Правда, якщо гада тривожили, ретируючись, чудовисько відразу ж "спішило" до води і зникало в морських просторах. Іноді — як його застукували на скелях, де він, мабуть, грівся на сонці, — змія кидалася в море з великої висоти й теж на очах щезала…</w:t>
      </w:r>
    </w:p>
    <w:p>
      <w:r>
        <w:br/>
        <w:t>Але й біля гори Кара-Даг в останні десятиріччя того монстра здибувала все рідше й рідше. Власне, вже перестали бачити, тож і почали забувати його, сприймаючи карадагзького змія (чи ширше — чорноморського) з конячою головою, товщиною з добру колоду, всього лише як гарну казку… Чи місцеву легенду, передання давнини давньої, чий родовід тягнеться ще зі скіфських часів, від кочівників з українських степів, котрі називали себе так симпатично: сини змієногої богині…</w:t>
      </w:r>
    </w:p>
    <w:p>
      <w:r>
        <w:br/>
        <w:t>Це все, що я знав про карадагзького змія до того, як доля — чи щасливий випадок, — звели мене з дядьком Степаном Караджі, знаним коктебельським рибалкою. Отим симпатягою, що його в тамтешніх краях доброзичливо дражнили греко-вірменино-татаро-українцем. Це після того, як він під час перепису населення в графі "національність" розмашисто вивів: греко-вірмено-татаро-українець. Коли йому зауважили, що такої національності у світі немає, дядько Степан загрубілими, аж чорними та порепаними руками сплеснув:</w:t>
      </w:r>
    </w:p>
    <w:p>
      <w:r>
        <w:br/>
        <w:t>— Вай, вай!.. Що ти говориш, як нічого не понімаєш. У світі такої національності і немає — не спорю, а в Криму вона є. Вай, вай! Як це немає, коли вона — така національність, — перед тобою стоїть?! В образі дядька Степана Караджі. Я і грек, і вірменин, і татарин, і українець. В одній особі. Бо в мене яка тільки кров не тече. Це ж Крим. А в Криму більше національностей, як людей. А ти говориш, немає такої національності! Протри, шановний, баньки і подивись на мене — є така національність, і вона стоїть перед тобою.</w:t>
      </w:r>
    </w:p>
    <w:p>
      <w:r>
        <w:br/>
        <w:t>Дядько Степан все життя ловить рибу, а тому все життя його пов’язано з морем. Він високий, тонкий, аж худий, засмаглий до чорноти, навіть узимку чорна засмага не сходить з його видовженого носатого обличчя, що все у задубілих, пропечених морською сіллю зморшках на обличчі…</w:t>
      </w:r>
    </w:p>
    <w:p>
      <w:r>
        <w:br/>
        <w:t>Веселій чоловік, ніколи не вмовкає, все щось комусь розказує. Чи як сам, посміхаючись, уточнює: бає Рибальські байки, яких він знав за власним зізнанням "три міхи та ще й одну торбегу". Кого не зустріне, тому й розказує ті байки (немає слухачів — сам із собою гомонить залюбки — з "вушним дядьком Степаном Караджі"). І всі байки його та побрехеньки — чистісінька правда.</w:t>
      </w:r>
    </w:p>
    <w:p>
      <w:r>
        <w:br/>
        <w:t>Коли я в пошуках очевидців карадагзького змія (я тоді відпочивав у Коктебельському будинку письменників), вийшов на нього, дядько Степан сплеснув за звичай руками і вигукнув:</w:t>
      </w:r>
    </w:p>
    <w:p>
      <w:r>
        <w:br/>
        <w:t>— Вай! Добре, що ти (у його вимові — ті) прийшов до мене — ніхто тобі про карадагзького змія стільки не набре… Кгм… Не нарозказує, як я, дядько Стьопа, який стоїть зараз перед тобою. То — слухай… По-швидше слухай. Тобі одному все повідаю. Без рибальських байок і без отого самого… без бре-бре… То з чого починати? Що тобі розказувати-баяти? Замовляй.</w:t>
      </w:r>
    </w:p>
    <w:p>
      <w:r>
        <w:br/>
        <w:t>— Про змія, котрого називають карадагзьким…</w:t>
      </w:r>
    </w:p>
    <w:p>
      <w:r>
        <w:br/>
        <w:t>— Про отого самого голубчика, кий живе тайно-потайно в нашій коктебельській горі Кара-Даг? У печері, що її не кожному дано знати? Бо сіє тайна за сімома замками і стількома ж печатями. Як і сама печера. Вона є і її мовби й немає. Як це? А так… Для когось вона є, а для когось її немає. Не любить непрошених гостей. А вже коли спопаде кого і до себе в гості принесе, то не радий той бідолаха буде таким гостинам.</w:t>
      </w:r>
    </w:p>
    <w:p>
      <w:r>
        <w:br/>
        <w:t>— І кого ж він у гості до себе… приніс?</w:t>
      </w:r>
    </w:p>
    <w:p>
      <w:r>
        <w:br/>
        <w:t>— Вай!.. Тобі розжуй і в рота поклади. Кого, кого… Та одного нашого…. Рибалку з Коктебеля. Мав він стареньку фелюгу з вітрилом і тихенько собі рибалив… А трапилося це з ним у гентім році… Ні, кажіть, у паза гентім. А діло було так. Повертався він в бухту з уловом, радий, що скумбрії добре взяв. Пливе собі за милу душечку, розслабився. Риболовля добре скінчилася, улов значний — чого ще треба рибалці бажати?!.</w:t>
      </w:r>
    </w:p>
    <w:p>
      <w:r>
        <w:br/>
        <w:t>Аж тут — гля! Попереду мовби копичка сінця пливе. Чи радше водоростів. Де взялася? Це інакше, як хвилі звідкілясь прибили. Придивляється той рибалка: так, таки й так. Жмут добрячий водоростів. Хвилі, значить, до берега гонять. Пропливає він мимо, безпечний. І раптом ті "водорості", той "жмут" починає… розмотуватися. Вай! А через мить перед ним на довгій шиї голова якась вигулькнула… Мовби на конячу схожа і така ж завбільшки — видовжена, з гребенем на потилиці. Як грива в коня. Та ще й зубата! І очища чи не вогнем— жаром яріють, і пливе та істота до фелюги. Ясно, вона. Зміюка! Чи то пак він — карадагзький змій, про якого рибалка скільки чув, а бачити раніше — не бачив. А це, як кажуть, уподобався. Отетерів він, схопив весла, бо ж вітрило обвисло, гребеться, гребеться з усіх сил і — на місці. Щось з ним таке лучилося. А зміюка тут як уда-арить своєю конячою головою в борт, так фелюга й перевернулася. Скумбрія в один мент у воді опинилася, плавають рибини вгору животами. І сам рибалка у воді опинився, бовтається в скумбрії… Вай, вай! Ворогу свому такого не побажаєш! Хоче він закричати, а голос і пропав к лихій годині! Тільки зіває та хрипить… Та і до берега ще далече — і ніхто не почує. А як почує то не встигне на поміч прийти. Вай— вай! Що робити?.. Як спасатися? А тут вода забурлила і бачить він біля себе голову змія, на конячу схожу — гребінь червоний у нього на потилиці, очі жаром горять, з пащеки як ножі, зуби стирчать і язик висолоплений… Не язик, а здоровенне жало, на кінці роздвоєне… Вай-вай!..</w:t>
      </w:r>
    </w:p>
    <w:p>
      <w:r>
        <w:br/>
        <w:t>На мить оповідач замовкає, важко дихає, а тоді вигукує:</w:t>
      </w:r>
    </w:p>
    <w:p>
      <w:r>
        <w:br/>
        <w:t>— Ху-ух!.. Дай передихну, бо й розказувати далі страшно, не те, що на місці того бідолахи опинитися… Та й що далі відбулося, рибалка той, за його власним зізнанням, і не пам’ятає. Все наче в тумані спричинилося. Запам’ятав тільки блискуче, товстелезне, як колода, тіло змія. Воно миттєво обвилося навколо рибалки і рибалка вже зі світом білим прощається… Все, майнула думка, амбець. І близько берег, а не врятуєшся… Ось здавить зміюка свої страшні кільця — поминай, як звали. Миттєво дух з тіла геть! Тільки ребра-кості затріщать… А тут ще й зубата голова, схожа на кінську з очима-жаринами наблизилася впритул до рибалки, пащека ще ширше відкрилася… Матінко рідна! І цілиться пащека на голову нещасного. Ясно, хоче розчавити її. Хрусне вона, головка, все. Капець! Хрусне, як шкаралупа яйця — поминай як звали! Дивиться змій жертві своїй в очі і як не скаже: ага, попався?!.</w:t>
      </w:r>
    </w:p>
    <w:p>
      <w:r>
        <w:br/>
        <w:t>"Попався, — подумав рибалка і вже з білим світом попрощався (прекрасним йому видався в ту мить білий світ! А раніше навіть не завбачав його, зайнятий клопотами та суєтою суєт. А тут… Та що тепер. Хоч і не нажився а треба вже залишати цей прекрасний світ).</w:t>
      </w:r>
    </w:p>
    <w:p>
      <w:r>
        <w:br/>
        <w:t>А кільця-колоди навколо його тіла все стискуються, стискуються. Ось-ось затріщать кості і дух з нього прожогом вискочить… Хотів рибалка востаннє крикнути, а голосу як і перше, катма, А далі як тьма на нього насунулась. Після стільки його не розпитували, він так і не міг згадати, що з ним далі було. Буцімто та зміюка попливла до гори Кара-Даг тримаючи рибалку в кільцях…</w:t>
      </w:r>
    </w:p>
    <w:p>
      <w:r>
        <w:br/>
        <w:t>А вже отямився він у печері…</w:t>
      </w:r>
    </w:p>
    <w:p>
      <w:r>
        <w:br/>
        <w:t>— У якій… печері?</w:t>
      </w:r>
    </w:p>
    <w:p>
      <w:r>
        <w:br/>
        <w:t>— А він спершу і сам не міг втямити у якій і де він. Велика така печера, склепіння високо… Всюди каміння, і сам він лежить на одному з каменів, рука на один бік звисають, ноги на другий… Звів голову і в першу мить з ляку аж зажмурився — неподалік нього та страхопудало розляглося. Метрів з двадцять в довжину та колода! Ось вона заворушилася… "Ну, все, зараз вона почне мною обідати чи під полуднувати, подумав рибалка. Для цього й приятила мене в своє лігво…"</w:t>
      </w:r>
    </w:p>
    <w:p>
      <w:r>
        <w:br/>
        <w:t>Але гад той кільцями згорнувся — кожне кільце — наче шина від доброї вантажівки. Чи й від самого КРАЗа. Вийшла така собі копичка — кожне верхнє кільце було трохи менше за нижнє. А зверху на кільця змій поклав свою чималу зубату голову, схожу на конячу і заплющив очі.. Вирішив, певно, відпочити від трудів своїх неправих. Обрадувався рибалка. Є шанс на порятунок. Схопився, гадаючи тихцем, доки зміюка передрімуватиме, вискочити з печери — отвір був неподалік.</w:t>
      </w:r>
    </w:p>
    <w:p>
      <w:r>
        <w:br/>
        <w:t>Але тільки схопився то й застиг отетерілий. Вай— вай! Хоч стій, хоч падай, хоч каравул кричи!.. В печері виявилися ще два менші змії, метрів по п’ять завдовжки, але такі ж товстелезні і такі ж головаті — певно дитинчата того гада. Як дві краплі води схожі на свого папашу. Чи мамашу — дідько їх розбере!</w:t>
      </w:r>
    </w:p>
    <w:p>
      <w:r>
        <w:br/>
        <w:t>І рибалці стало все втямки: змій притягнув його "додому" — на обід своїм змієнятам дорогим.</w:t>
      </w:r>
    </w:p>
    <w:p>
      <w:r>
        <w:br/>
        <w:t>У печері там і там біліли кості, ребра, черепи. І мовби серед них були й людські… Що робити? Де шукати рятунку? Поки що змієнята гралися, стукалися одне об одного, на хвости ставали, спліталися тілами, розпліталася й від задоволення пищали.</w:t>
      </w:r>
    </w:p>
    <w:p>
      <w:r>
        <w:br/>
        <w:t>А мамаша їхня тим часом дрімала. Чи — папаша. Треба було рятуватися покіль не пізно. Але тільки хотів було рибалка боком-боком пробратися до виходу і зробив кілька скрадливих кроків, як змієнята облишивши гру, стрімголов кинулись до нього. Те, що першим дісталося, обвилося навколо нього кільцями. Та так, що нещасному і дихати вже не було чим, тільки ротом зіпав. Відчув, що ребра його ось-ось затріщать. А тим часом підбігло й друге змієня і теж хотіло обвитися навколо жертви, що мабуть правила їм за іграшку — мало йому було кілець першого змієняти. На щастя — хоча, яке вже тут щастя?!. — перше змієня відганяло друге, а потім якось помирилися, і зачали гратися з нещасним, кожне по черзі обвивало рибалку кільцями і душило його. Але тільки-тільки, злегка, щоб передчасно не задушити його. Як ото грається кішка із спійманою мишкою. Рибалка вертів головою то від тієї роззявленої пащеки, що намагалася дотягнутися до його голови, то від тієї, а сам вже ледве дихав у страшних кільцях…</w:t>
      </w:r>
    </w:p>
    <w:p>
      <w:r>
        <w:br/>
        <w:t>І тут одне змієна раптом напало на друге: почало його кусати, певно навмагаючи, щоб воно йому віддало здобич… Те не віддавало і вони заходилися кусати одне одного і сердито пищати. Захопившись, розпустили кільця і зчепилися між собою, наче два клубки. Забувши про свій ж "обід", почали качатися печерою, кусати одне одного…</w:t>
      </w:r>
    </w:p>
    <w:p>
      <w:r>
        <w:br/>
        <w:t>Рибалка, сапнувши повітря, якось отямився і кинувся до виходу, користуючись моментом.</w:t>
      </w:r>
    </w:p>
    <w:p>
      <w:r>
        <w:br/>
        <w:t>Кинувся, дошкутильгав до виходу з печери і…</w:t>
      </w:r>
    </w:p>
    <w:p>
      <w:r>
        <w:br/>
        <w:t>Зробив крок до білого світу і тієї миті стрімголов полетів кудись униз… Аж дух йому забило, як кудись падав-летів… Тільки й загледів унизу море, а позаду круті урвища скелясті. Кара-Дага, у чиїм нутрі й була змієва печера.</w:t>
      </w:r>
    </w:p>
    <w:p>
      <w:r>
        <w:br/>
        <w:t>У маленькому затишному дворику "греко-вірмено-татаро-українця" тиша і благодать. 3 усіх боків його оточує виноград різних сортів — це видно по щедрих ваговитих гронах, що повсюди звисають наливаючись соком, попідпирані тичками. По гронах впізнаю Ркацітелі, Рислінг, Коку білий, Аліготе, Гасла, Чауш, Перлину Баба, Мускат гамбурзький, Дамські пальчики, Лідію…</w:t>
      </w:r>
    </w:p>
    <w:p>
      <w:r>
        <w:br/>
        <w:t>Крім риболовлі та моря, що є душею моєю, виноград — мій другий смисл життя в цьому світі, — помітивши мою зацікавленість виноградом, пояснює господар.</w:t>
      </w:r>
    </w:p>
    <w:p>
      <w:r>
        <w:br/>
        <w:t>Посеред двору в широкому сонячному колі, розкинувши всі чотири ноги, а заодно й хвоста, як ніби він йому непотрібний, дрімає рудий, аж вогнистий пес Гавкун. Час од часу собацюра похропує — як добрий дядько, котрий натрудився.</w:t>
      </w:r>
    </w:p>
    <w:p>
      <w:r>
        <w:br/>
        <w:t>— Висипляється, — посміхається господар, — вночі він ревно стереже двір… Сюди й туди прогулюються кілька барвистих цесарок.</w:t>
      </w:r>
    </w:p>
    <w:p>
      <w:r>
        <w:br/>
        <w:t>— Для душі тримаю цих пташок — гарні дуже.</w:t>
      </w:r>
    </w:p>
    <w:p>
      <w:r>
        <w:br/>
        <w:t>Після обідня млява тиша.</w:t>
      </w:r>
    </w:p>
    <w:p>
      <w:r>
        <w:br/>
        <w:t>Ми сидимо за маленьким столиком в тіні виноградної лози. Грона звисають над столом, як ми встаємо, то стукаємось об них головами. На столі — чималий глек вина, на тарелі скибки сиру. Смакуємо і вином (добре, добре вино в дядька Степана!), і сиром. Тиша така, що чути, десь бринить, заплутавшись у павутинні муха.</w:t>
      </w:r>
    </w:p>
    <w:p>
      <w:r>
        <w:br/>
        <w:t>Селище тягнеться від затоки далі до гір, ліворуч — підковою синя затока, повна люду, що смажиться на сонці, бовтається в морі чи дефілює набережної, праворуч — поступово здіймається гірський масив Кара-Даг. А ге-ен море, синє-синє, з білими вітрильниками гуляк. Красота…</w:t>
      </w:r>
    </w:p>
    <w:p>
      <w:r>
        <w:br/>
        <w:t>А муха, що десь заплуталася в павутинні, все бринить і бринить.</w:t>
      </w:r>
    </w:p>
    <w:p>
      <w:r>
        <w:br/>
        <w:t>— Ось і той рибалка відчував себе мухою в павутинні, як його змій приволік до свого гнізда.</w:t>
      </w:r>
    </w:p>
    <w:p>
      <w:r>
        <w:br/>
        <w:t>— Де воно? — питаю ліниво, розімлівши від гарного вина.</w:t>
      </w:r>
    </w:p>
    <w:p>
      <w:r>
        <w:br/>
        <w:t>— Хто?</w:t>
      </w:r>
    </w:p>
    <w:p>
      <w:r>
        <w:br/>
        <w:t>— Сховок змія, печера його.</w:t>
      </w:r>
    </w:p>
    <w:p>
      <w:r>
        <w:br/>
        <w:t>— А— а… Там, — невиразно махає дядько Степан рукою, у якій затиснутий шматок сиру, махає в бік потемнілого — хмарка найшла — Кара-Дагу, знаної гори у тих краях, — у його нутрі. А точнішої адреси не маю. Може ти ще й поштовий індекс змієвої печери забажаєш, так звиняй, не маю. Як і номера чи вулиці.</w:t>
      </w:r>
    </w:p>
    <w:p>
      <w:r>
        <w:br/>
        <w:t>— А як той рибалка, який побував у змієвій печері та врятувався? Мабуть, щасливець…</w:t>
      </w:r>
    </w:p>
    <w:p>
      <w:r>
        <w:br/>
        <w:t>— І не кажи. Везун такий, що іншого подібного йому у всім Коктебелі не здибаєш. Так таланить лише раз у житті. А як врятувався… Та кажу ж тобі: вискочив з печери напівзадушений змієнятами і в море з торопу стрибнув… Печера знаходилася високо в крутому боці гори, а внизу — урвище, у якім море пінилося, він і полетів з поквапу, і добре. Бо коли б горою тікав, то змій би міг його наздогнати… А він стрибнув… Пірнув і попід горою плавом до бухти подався. Тільки з’явився пологий берег, вибрався з моря і дременув. Наче мотора йому хто в задницю вставив. В один мент до бухти добіг, до людей. Так і врятувався…</w:t>
      </w:r>
    </w:p>
    <w:p>
      <w:r>
        <w:br/>
        <w:t>— І де ж він нині?</w:t>
      </w:r>
    </w:p>
    <w:p>
      <w:r>
        <w:br/>
        <w:t>— А де ж йому бути, як не в Коктебелі? Живий— здоровий, слава Богу.</w:t>
      </w:r>
    </w:p>
    <w:p>
      <w:r>
        <w:br/>
        <w:t>— От би з ним зустрітися, — замріяно тягну. — Може, зорганізуєте мені таку зустріч, дядечку Степане?</w:t>
      </w:r>
    </w:p>
    <w:p>
      <w:r>
        <w:br/>
        <w:t>— А нащо вона тобі.. зустріч?</w:t>
      </w:r>
    </w:p>
    <w:p>
      <w:r>
        <w:br/>
        <w:t>— Отакої! Та я ж люблю слухати про все загадкове й таємниче. Мо’ коли що й напишу.</w:t>
      </w:r>
    </w:p>
    <w:p>
      <w:r>
        <w:br/>
        <w:t>— Багато вас… цікавих! А розкаже той рибалка те, що я тобі, щойно повідав.</w:t>
      </w:r>
    </w:p>
    <w:p>
      <w:r>
        <w:br/>
        <w:t>— Але з перших уст достовірніше.</w:t>
      </w:r>
    </w:p>
    <w:p>
      <w:r>
        <w:br/>
        <w:t>— Вай! — Аж схопився Караджі. — Достовірніші! Ти гадаєш, що дядько Степан, який Караджі, найпраідивіша людина Коктебеля і всіх оцих країв та бре-бре?.. Вай! Ти мене образив! Кого не запитай у Коктебелі, кожен скаже: правдивішого за дядька Стьопу у цих краях і шукати годі!</w:t>
      </w:r>
    </w:p>
    <w:p>
      <w:r>
        <w:br/>
        <w:t>Вибачаюсь, намагаючись якось загладити свою необережність. Дядько Степан поволі заспокоюється, сідає до столу і дивиться на мене примруженими очима, що поховавшись в густу сіточку зморщок, дивляться на мене, як мені здається, хитро-хитро…</w:t>
      </w:r>
    </w:p>
    <w:p>
      <w:r>
        <w:br/>
        <w:t>— Кажу ж тобі, той рибалка живий-здоровим. Фелюгу його перевернуту хвилі тоді до берега прибили — не пропала. Тож нею він і далі борозніть море. Як і раніше рибальством займається. Це в морі, а на березі — виноградом. Живе, як після другого народження, коли од зміюки тієї врятувався.</w:t>
      </w:r>
    </w:p>
    <w:p>
      <w:r>
        <w:br/>
        <w:t>— Він часом не показував де саме в горі змієва печера?</w:t>
      </w:r>
    </w:p>
    <w:p>
      <w:r>
        <w:br/>
        <w:t>— Чому не показував? Показував. Як ми з ним якось у море пливли. Та тільки печери тієї ні з берега, ні з моря не видко — хоч як не дивися. Кажу ж вона — заклята. Таємна. Не кожному її вдається побачити. Тай й урвища там такі, що й голову скрутиш.</w:t>
      </w:r>
    </w:p>
    <w:p>
      <w:r>
        <w:br/>
        <w:t>— І все ж, — тягну, смакуючи і вином, і сиром, — хотілося б з ним зустрітися. Послухати його, в очі йому подивитися. Може чоловік той… фантазує, м’яко кажучи. І вірить у свої фантазії — буває й таке.</w:t>
      </w:r>
    </w:p>
    <w:p>
      <w:r>
        <w:br/>
        <w:t>— Себто, бреше?</w:t>
      </w:r>
    </w:p>
    <w:p>
      <w:r>
        <w:br/>
        <w:t>— Ну-у… просто вигадує, щиро вірячи, що так і було насправді. Є така порода людей, у яких уява надто бурхлива й багата.</w:t>
      </w:r>
    </w:p>
    <w:p>
      <w:r>
        <w:br/>
        <w:t>Дядько Степан схоплюється так, що на столику аж глечик з вином підстрибує і я ледве встигаю його схопити і поставити на місце.</w:t>
      </w:r>
    </w:p>
    <w:p>
      <w:r>
        <w:br/>
        <w:t>— Це я… вигадую??! Брешу? Вай! Щоб ти сто год жив! Та ще стільки ж! У щасті й добрі та доброму здоров’ї! Дядько Степан, котрий Караджі, найправдивіша людина Коктебеля, бреше?</w:t>
      </w:r>
    </w:p>
    <w:p>
      <w:r>
        <w:br/>
        <w:t>— А при чім тут ви, дядечку Степане, до того рибалки?</w:t>
      </w:r>
    </w:p>
    <w:p>
      <w:r>
        <w:br/>
        <w:t>— А при тім… — швидкий гнів дядька поволі вгамовується — він не може довго сердитись, як блискавка довго світитися. Спалахне і все.</w:t>
      </w:r>
    </w:p>
    <w:p>
      <w:r>
        <w:br/>
        <w:t>Зрештою дядько сідає. Хлюпає з глека в глиняні кухлі.</w:t>
      </w:r>
    </w:p>
    <w:p>
      <w:r>
        <w:br/>
        <w:t>— Будьмо!</w:t>
      </w:r>
    </w:p>
    <w:p>
      <w:r>
        <w:br/>
        <w:t>П’ємо, власне, смакуємо вмістом божественним наших кухлів.</w:t>
      </w:r>
    </w:p>
    <w:p>
      <w:r>
        <w:br/>
        <w:t>— А при тому, — тильним боком долоні дядько витирає вуса, — що той рибалка, якому змій перевернув фелюгу та притарабанив його до своєї печери, оце перед тобою. А тепер дивися в мої очі, чи я бре-бре?…</w:t>
      </w:r>
    </w:p>
    <w:p>
      <w:r>
        <w:br/>
        <w:t>— Дядечку Степане, — тепер уже я схоплююсь, так теж, що на столику підстрибує глечик з вином. — Покажіть мені змієву печеру!</w:t>
      </w:r>
    </w:p>
    <w:p>
      <w:r>
        <w:br/>
        <w:t>— Щоби й тебе спопав карадагзький зміюка?</w:t>
      </w:r>
    </w:p>
    <w:p>
      <w:r>
        <w:br/>
        <w:t>— Хоч віддалеки…</w:t>
      </w:r>
    </w:p>
    <w:p>
      <w:r>
        <w:br/>
        <w:t>Дядько довго думає, супиться. Зрештою, трахкає кулаком по столику.</w:t>
      </w:r>
    </w:p>
    <w:p>
      <w:r>
        <w:br/>
        <w:t>— Не покажу! — аж кричить (пес Гавкун на той крик схоплюється й гавкає, вертячи головою навсібіч, нічого не тямлячи спросонку). — І не проси! Ні тобі не покажу, ні… Ти хоч знаєш, скіко люду просило мені показати тую печеру? І вчені із заповідника просили — усім відказав. І тобі від воріт поворіт.</w:t>
      </w:r>
    </w:p>
    <w:p>
      <w:r>
        <w:br/>
        <w:t>— Чого?</w:t>
      </w:r>
    </w:p>
    <w:p>
      <w:r>
        <w:br/>
        <w:t>— А того…</w:t>
      </w:r>
    </w:p>
    <w:p>
      <w:r>
        <w:br/>
        <w:t>— Дядечку…</w:t>
      </w:r>
    </w:p>
    <w:p>
      <w:r>
        <w:br/>
        <w:t>— Не дядькай! Багато вас, охочих, дістатися до змієвої печери. То що мені організовувати екскурсійний маршрут гості до карадагзького змія?</w:t>
      </w:r>
    </w:p>
    <w:p>
      <w:r>
        <w:br/>
        <w:t>І по хвилі хитро— хитро так підкручуючи сивуваті вуса:</w:t>
      </w:r>
    </w:p>
    <w:p>
      <w:r>
        <w:br/>
        <w:t>— Можеш йому листа— посланіє написати. Записуй адресу: Коктебель, гора Кара-Даг, змієва печера… Га? Записав? А показати в натурі змієву печеру — не покажу. Бо як покажу, край тоді надійде. Амбець змієві. А він, може, останній змій у цих краях. Покажу, так і змія знищать, і змієнят його не пощадять.</w:t>
      </w:r>
    </w:p>
    <w:p>
      <w:r>
        <w:br/>
        <w:t>— Та він же хотів вас… зжерти.</w:t>
      </w:r>
    </w:p>
    <w:p>
      <w:r>
        <w:br/>
        <w:t>— Ага, приволік мене до своєї печери не на гостину, а щоб мною нагодувати своїх змієнят. Зжерли б вони мене, як ото дельфіна в сітці. Але доля моя, виходить, щаслива. Із самого змієвого гнізда вихопився, із зубів його, можна б сказати, а вони отакезні! Як оцей ніж, А я — сміється, — драла. Залишив змієве сімейство без обіду… Хай краще рибу ловить, А показати печеру… Ні, ні, не проси — не покажу. Покіль і дні мої в цьому світі не скінчаться, покіль хробак не сточить моє серце.</w:t>
      </w:r>
    </w:p>
    <w:p>
      <w:r>
        <w:br/>
        <w:t>— Але ж для науки це…</w:t>
      </w:r>
    </w:p>
    <w:p>
      <w:r>
        <w:br/>
        <w:t>— Для змія ваша наука обернеться лихом. А він же останній у цих краях.</w:t>
      </w:r>
    </w:p>
    <w:p>
      <w:r>
        <w:br/>
        <w:t>Чи й у всьому Чорному морі. Тисячі літ був, а це не буде? Га? Науці на потрохи піде? А що він хотів було мене згламати, то я не злостивий. І зла, завданого мені не пам’ятаю. Я його вже давно простив, їсти кожному хочеться, змієві теж. А чіпати його не можна. Хай живе зі своїми змієнятами, і на душі в мене тоді буде спокійніше. Як у дворі верчуся чи фелюгою своєю на риболовлю пливу, гляну на Кара-Даг, згадаю, що там, у його нутрі живе змій, якого ще давні греки та скіфи бачили, і на душі в мене тривога… Чи уціліє він? Убережеться від люду та його цивілізації? Га? Вай! Мусить. Я, дядько Стьопа, котрий Караджі, так гадаю: мусить вберегтися. Без нього світ наш збідніє. Як бідніє він без кожної тварини, яка щезає з нашої землі чи наших вод, чи з нашого неба. Так я, дядько Стьопа, котрий Караджі, так гадаю. Хоча університетів і не кінчав.</w:t>
      </w:r>
    </w:p>
    <w:p>
      <w:r>
        <w:br/>
        <w:t>— А море?</w:t>
      </w:r>
    </w:p>
    <w:p>
      <w:r>
        <w:br/>
        <w:t>— О, море — мій найкращий, університет. Тож і гадаю: ми в отвіті за все на землі. У тім числі й за карадагзького змія. Га? Питаю: ми в отвіті? І дивиться на мене пильно-пильно, цей симпатичний греко-вірмено-татаро-українець (є, є й така національність у Криму), дивиться наче в душу мою проникає і я бачу в його очах і відповідь: так, в отвіті!</w:t>
      </w:r>
    </w:p>
    <w:p>
      <w:r>
        <w:br/>
        <w:t>"Коли Велика крига покривала більшу частину Землі, в кримських Чорних горах (Кара-Даг) жив Чорний змій…"</w:t>
      </w:r>
    </w:p>
    <w:p>
      <w:r>
        <w:br/>
        <w:t>Себто 20 тисяч років тому.</w:t>
      </w:r>
    </w:p>
    <w:p>
      <w:r>
        <w:br/>
        <w:t>То невже сьогодні він, чорний, карадазький, не житиме в Чорних горах? А без нього — тут дядько Степан, котрий, Караджі, безперечно правий, хоч університетів, як він застерігає, і не кінчав, — світ наш буде ущербним, не повним. Простіше, він, світ наш білий, мовби ж і багатий, а й без одного змія збідніє…</w:t>
      </w:r>
    </w:p>
    <w:p>
      <w:r>
        <w:br/>
        <w:t>Плаває дядько Степна на своїй фелюзі морем Чорним, котре насправді синє, а коли в Коктебельську затоку повертає та мимо Кара-Дага пропливає, то зведеться на ноги у своїй старенькій фелюзі і щось скаже до гори. А що саме — хто його відає. Сіє — тайна дядька Степана. Він же Караджі на коктебельській гори, що зветься Кара-Даг…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Карадагзький змій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