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Кавказький бранець</w:t>
      </w:r>
    </w:p>
    <w:p>
      <w:r>
        <w:br/>
        <w:t xml:space="preserve"> Повість</w:t>
      </w:r>
    </w:p>
    <w:p>
      <w:r>
        <w:br/>
        <w:t>ПРИСВЯТА</w:t>
      </w:r>
    </w:p>
    <w:p>
      <w:r>
        <w:br/>
        <w:t>М. М. Раєвському</w:t>
      </w:r>
    </w:p>
    <w:p>
      <w:r>
        <w:br/>
        <w:t>Прийми з усмішкою цей спів —&lt;br /&gt;</w:t>
        <w:br/>
        <w:t>Дар музи, вільної, як хвилі,&lt;br /&gt;</w:t>
        <w:br/>
        <w:t>Що я в солодкий час натхненного дозвілля&lt;br /&gt;</w:t>
        <w:br/>
        <w:t>Тобі в вигнанні присвятив.&lt;br /&gt;</w:t>
        <w:br/>
        <w:t>Коли вже гинув я, безвинний, без відради,&lt;br /&gt;</w:t>
        <w:br/>
        <w:t>І облітав мене обмови шепіт злий.&lt;br /&gt;</w:t>
        <w:br/>
        <w:t>Коли кинджал холодний зради,&lt;br /&gt;</w:t>
        <w:br/>
        <w:t>Коли кохання сон тяжкий&lt;br /&gt;</w:t>
        <w:br/>
        <w:t>Мене терзали і мертвили,&lt;br /&gt;</w:t>
        <w:br/>
        <w:t>Лиш біля тебе ще я серцем спочивав,&lt;br /&gt;</w:t>
        <w:br/>
        <w:t>Бо один одного так щиро ми любили.&lt;br /&gt;</w:t>
        <w:br/>
        <w:t>І зловорожих бур пориви відшуміли,&lt;br /&gt;</w:t>
        <w:br/>
        <w:t>І в тихій пристані богам я дяку склав.</w:t>
      </w:r>
    </w:p>
    <w:p>
      <w:r>
        <w:br/>
        <w:t>В печалі дні, у дні розлуки,&lt;br /&gt;</w:t>
        <w:br/>
        <w:t>Мені задумані ці звуки&lt;br /&gt;</w:t>
        <w:br/>
        <w:t>Нагадували про Кавказ,&lt;br /&gt;</w:t>
        <w:br/>
        <w:t>Де в колі хмар Бешту, пустельник величавий,&lt;br /&gt;</w:t>
        <w:br/>
        <w:t>Аулів і степів володар п’ятиглавий,&lt;br /&gt;</w:t>
        <w:br/>
        <w:t>Для мене був новий Парнас.&lt;br /&gt;</w:t>
        <w:br/>
        <w:t>Ні, не забуть мені кавказькі верховини,&lt;br /&gt;</w:t>
        <w:br/>
        <w:t>Струмків холодний дзвін, зів'ялий цвіт долини,&lt;br /&gt;</w:t>
        <w:br/>
        <w:t>Пустель жагучий край, де ти, о друже мій,&lt;br /&gt;</w:t>
        <w:br/>
        <w:t>Зі мною поділяв думки і поривання;&lt;br /&gt;</w:t>
        <w:br/>
        <w:t>Де в горах серед скель блукає в тьмі розбій,&lt;br /&gt;</w:t>
        <w:br/>
        <w:t>І геній творчого палання&lt;br /&gt;</w:t>
        <w:br/>
        <w:t>Встає у тишині глухій!&lt;br /&gt;</w:t>
        <w:br/>
        <w:t>Ти тут зустрінеш спогадання&lt;br /&gt;</w:t>
        <w:br/>
        <w:t>Минулих днів, що квітли в нас&lt;br /&gt;</w:t>
        <w:br/>
        <w:t>Борнею пристрастей в той час,&lt;br /&gt;</w:t>
        <w:br/>
        <w:t>Огні знайомих мрій і давнього страждання&lt;br /&gt;</w:t>
        <w:br/>
        <w:t>І серця потаємний глас.</w:t>
      </w:r>
    </w:p>
    <w:p>
      <w:r>
        <w:br/>
        <w:t>В житті ми різно йшли: в щасливому спокої&lt;br /&gt;</w:t>
        <w:br/>
        <w:t>Ти ледь розцвів, а вже при батькові-герої&lt;br /&gt;</w:t>
        <w:br/>
        <w:t>В поля, де кров тече, під стріл ворожих спів,&lt;br /&gt;</w:t>
        <w:br/>
        <w:t>Обранець радісний, ти гордо полетів.&lt;br /&gt;</w:t>
        <w:br/>
        <w:t>І пестила тебе вітчизна в розставанні,&lt;br /&gt;</w:t>
        <w:br/>
        <w:t>Як жертви любий цвіт, як цвіт надій своїх.&lt;br /&gt;</w:t>
        <w:br/>
        <w:t>Я рано біль відчув, холодний біль вигнання,&lt;br /&gt;</w:t>
        <w:br/>
        <w:t>Став жертвою облуд недолюдків сліпих;&lt;br /&gt;</w:t>
        <w:br/>
        <w:t>Та серце я зміцнив — за зброю взяв терпіння,&lt;br /&gt;</w:t>
        <w:br/>
        <w:t>Ждучи безжурно кращих днів;&lt;br /&gt;</w:t>
        <w:br/>
        <w:t>І в друзів радощах для себе я ловив&lt;br /&gt;</w:t>
        <w:br/>
        <w:t>Утіхи сонячне проміння.</w:t>
      </w:r>
    </w:p>
    <w:p>
      <w:r>
        <w:br/>
        <w:t>ЧАСТИНА І</w:t>
      </w:r>
    </w:p>
    <w:p>
      <w:r>
        <w:br/>
        <w:t>В аулі, на своїх порогах,&lt;br /&gt;</w:t>
        <w:br/>
        <w:t>Сидять черкеси; мова їх&lt;br /&gt;</w:t>
        <w:br/>
        <w:t>Пливе про коней вільний біг,&lt;br /&gt;</w:t>
        <w:br/>
        <w:t>Про їх красу і про тривогу&lt;br /&gt;</w:t>
        <w:br/>
        <w:t>Важких і радісних боїв,&lt;br /&gt;</w:t>
        <w:br/>
        <w:t>Про дикі й ніжні насолоди;&lt;br /&gt;</w:t>
        <w:br/>
        <w:t>У пам'яті минулих днів&lt;br /&gt;</w:t>
        <w:br/>
        <w:t>Веселі бойові пригоди,&lt;br /&gt;</w:t>
        <w:br/>
        <w:t>Набіги хитрих узденів,&lt;br /&gt;</w:t>
        <w:br/>
        <w:t>Удари їх клинків жорстоких&lt;br /&gt;</w:t>
        <w:br/>
        <w:t>І влучних стріл незборний спів,&lt;br /&gt;</w:t>
        <w:br/>
        <w:t>Пожари сіл і хуторів,&lt;br /&gt;</w:t>
        <w:br/>
        <w:t>Цілунки бранок чорнооких.</w:t>
      </w:r>
    </w:p>
    <w:p>
      <w:r>
        <w:br/>
        <w:t>Пливуть розмови в тишині;&lt;br /&gt;</w:t>
        <w:br/>
        <w:t>У ночі місячнім тумані&lt;br /&gt;</w:t>
        <w:br/>
        <w:t>Враз перед ними на коні&lt;br /&gt;</w:t>
        <w:br/>
        <w:t>Черкес. У нього на аркані&lt;br /&gt;</w:t>
        <w:br/>
        <w:t>В полон захоплений юнак.&lt;br /&gt;</w:t>
        <w:br/>
        <w:t>"От руський!" — вигукнув хижак.&lt;br /&gt;</w:t>
        <w:br/>
        <w:t>На крик той лютою юрбою&lt;br /&gt;</w:t>
        <w:br/>
        <w:t>Черкеси збіглись. Та блідий,&lt;br /&gt;</w:t>
        <w:br/>
        <w:t>В крові засохлій і густій,&lt;br /&gt;</w:t>
        <w:br/>
        <w:t>Юнак нерушний, мовчазний.&lt;br /&gt;</w:t>
        <w:br/>
        <w:t>Лежав у смертному спокої.&lt;br /&gt;</w:t>
        <w:br/>
        <w:t>Не може він підвести вій,&lt;br /&gt;</w:t>
        <w:br/>
        <w:t>Ворожих криків не вчуває,&lt;br /&gt;</w:t>
        <w:br/>
        <w:t>І смерті сон над ним страшний&lt;br /&gt;</w:t>
        <w:br/>
        <w:t>Крилом холодним повіває.</w:t>
      </w:r>
    </w:p>
    <w:p>
      <w:r>
        <w:br/>
        <w:t>І довго бранець молодий&lt;br /&gt;</w:t>
        <w:br/>
        <w:t>Лежав у забутті важкому...&lt;br /&gt;</w:t>
        <w:br/>
        <w:t>Вже день над ним в красі своїй&lt;br /&gt;</w:t>
        <w:br/>
        <w:t>Палав у небі голубому;&lt;br /&gt;</w:t>
        <w:br/>
        <w:t>Життя прокинулось у нім,&lt;br /&gt;</w:t>
        <w:br/>
        <w:t>Він застогнав, поворушився;&lt;br /&gt;</w:t>
        <w:br/>
        <w:t>Зігрітий променем ясним,&lt;br /&gt;</w:t>
        <w:br/>
        <w:t>Нещасний з мукою підвівся;&lt;br /&gt;</w:t>
        <w:br/>
        <w:t>Навколо себе кинув зір&lt;br /&gt;</w:t>
        <w:br/>
        <w:t>І бачить: недосяжних гір&lt;br /&gt;</w:t>
        <w:br/>
        <w:t>Над ним підводиться громада —&lt;br /&gt;</w:t>
        <w:br/>
        <w:t>Племен черкеських дикий стан,&lt;br /&gt;</w:t>
        <w:br/>
        <w:t>Свободи їхньої ограда.&lt;br /&gt;</w:t>
        <w:br/>
        <w:t>І пригадав юнак свій бран,&lt;br /&gt;</w:t>
        <w:br/>
        <w:t>Як сна жахливого тривоги...&lt;br /&gt;</w:t>
        <w:br/>
        <w:t>Та задзвеніли, чує він,&lt;br /&gt;</w:t>
        <w:br/>
        <w:t>Заковані в кайдани ноги...&lt;br /&gt;</w:t>
        <w:br/>
        <w:t>Все, все сказав жахливий дзвін,&lt;br /&gt;</w:t>
        <w:br/>
        <w:t>І тьма злягла на всю природу.&lt;br /&gt;</w:t>
        <w:br/>
        <w:t>Прощай, прощай, свята свободо!&lt;br /&gt;</w:t>
        <w:br/>
        <w:t>Він раб.&lt;br /&gt;</w:t>
        <w:br/>
        <w:t>За саклями лежить&lt;br /&gt;</w:t>
        <w:br/>
        <w:t>Він при колючій огорожі.&lt;br /&gt;</w:t>
        <w:br/>
        <w:t>Безлюдно скрізь, нема сторожі,&lt;br /&gt;</w:t>
        <w:br/>
        <w:t>В пустім аулі все мовчить.&lt;br /&gt;</w:t>
        <w:br/>
        <w:t>Черкеси в полі. Спить рівнина,&lt;br /&gt;</w:t>
        <w:br/>
        <w:t>Немов зелена пелена;&lt;br /&gt;</w:t>
        <w:br/>
        <w:t>Гірська синіє далина,.&lt;br /&gt;</w:t>
        <w:br/>
        <w:t>Одноманітна і пустинна.&lt;br /&gt;</w:t>
        <w:br/>
        <w:t>Самотня в горах в'ється путь,&lt;br /&gt;</w:t>
        <w:br/>
        <w:t>Зникаючи в далі похмурій,&lt;br /&gt;</w:t>
        <w:br/>
        <w:t>І бранця молодого грудь&lt;br /&gt;</w:t>
        <w:br/>
        <w:t>Нестерпні сколихнули бурі...</w:t>
      </w:r>
    </w:p>
    <w:p>
      <w:r>
        <w:br/>
        <w:t>Далекі в руський край путі,&lt;br /&gt;</w:t>
        <w:br/>
        <w:t>Туди, де зникли гомінливі&lt;br /&gt;</w:t>
        <w:br/>
        <w:t>Юнацтва роки золоті;&lt;br /&gt;</w:t>
        <w:br/>
        <w:t>Де він пізнав літа щасливі,&lt;br /&gt;</w:t>
        <w:br/>
        <w:t>Де так жагуче він любив,&lt;br /&gt;</w:t>
        <w:br/>
        <w:t>Де він зустрів грозу страждання,&lt;br /&gt;</w:t>
        <w:br/>
        <w:t>Де в бурях пристрастей згубив&lt;br /&gt;</w:t>
        <w:br/>
        <w:t>Надії, радість і бажання,&lt;br /&gt;</w:t>
        <w:br/>
        <w:t>І днів найкращих спогадання&lt;br /&gt;</w:t>
        <w:br/>
        <w:t>В зів'ялім серці схоронив.</w:t>
      </w:r>
    </w:p>
    <w:p>
      <w:r>
        <w:br/>
        <w:t>Він зрозумів людей як слід,&lt;br /&gt;</w:t>
        <w:br/>
        <w:t>І втіх оманливу відраду.&lt;br /&gt;</w:t>
        <w:br/>
        <w:t>В серцях близьких найшов він зраду&lt;br /&gt;</w:t>
        <w:br/>
        <w:t>І в щасті — недозрілий плід.&lt;br /&gt;</w:t>
        <w:br/>
        <w:t>йому набридло буть за жертву&lt;br /&gt;</w:t>
        <w:br/>
        <w:t>В марнотній людській метушні,&lt;br /&gt;</w:t>
        <w:br/>
        <w:t>Прокляв навік він дружбу мертву&lt;br /&gt;</w:t>
        <w:br/>
        <w:t>І злість ворожої брехні.&lt;br /&gt;</w:t>
        <w:br/>
        <w:t>Усе покинув, друг природи,&lt;br /&gt;</w:t>
        <w:br/>
        <w:t>Своїх близьких і рідний спів,&lt;br /&gt;</w:t>
        <w:br/>
        <w:t>І в край далекий полетів&lt;br /&gt;</w:t>
        <w:br/>
        <w:t>За ясним привидом свободи.</w:t>
      </w:r>
    </w:p>
    <w:p>
      <w:r>
        <w:br/>
        <w:t>Свободо! лиш тебе одну&lt;br /&gt;</w:t>
        <w:br/>
        <w:t>Він ще шукав в чаду зневіри,&lt;br /&gt;</w:t>
        <w:br/>
        <w:t>Згасивши душу запальну,&lt;br /&gt;</w:t>
        <w:br/>
        <w:t>Байдужий і до мрій і ліри.&lt;br /&gt;</w:t>
        <w:br/>
        <w:t>Він чуйно співи наслухав,&lt;br /&gt;</w:t>
        <w:br/>
        <w:t>Свободо, сповнені тобою,&lt;br /&gt;</w:t>
        <w:br/>
        <w:t>І щиро, з вірою й мольбою,&lt;br /&gt;</w:t>
        <w:br/>
        <w:t>Твій гордий ідол обнімав.</w:t>
      </w:r>
    </w:p>
    <w:p>
      <w:r>
        <w:br/>
        <w:t>І сталось... Промінь сподівання&lt;br /&gt;</w:t>
        <w:br/>
        <w:t>У млі, як сон щасливий, зник,&lt;br /&gt;</w:t>
        <w:br/>
        <w:t>І мрії юності останні&lt;br /&gt;</w:t>
        <w:br/>
        <w:t>Для нього згаснули навік.&lt;br /&gt;</w:t>
        <w:br/>
        <w:t>Він раб. З печальною душею,&lt;br /&gt;</w:t>
        <w:br/>
        <w:t>Чолом схилившись на граніт,&lt;br /&gt;</w:t>
        <w:br/>
        <w:t>Він прагне з хмурою зорею&lt;br /&gt;</w:t>
        <w:br/>
        <w:t>Покинути цей марний світ.</w:t>
      </w:r>
    </w:p>
    <w:p>
      <w:r>
        <w:br/>
        <w:t>Згасає сонце за горою;&lt;br /&gt;</w:t>
        <w:br/>
        <w:t>Щось віддалік шумить, гуде:&lt;br /&gt;</w:t>
        <w:br/>
        <w:t>Народ у свій аул іде,&lt;br /&gt;</w:t>
        <w:br/>
        <w:t>І кожен блискає косою.&lt;br /&gt;</w:t>
        <w:br/>
        <w:t>Прийшли; запалені вогні,&lt;br /&gt;</w:t>
        <w:br/>
        <w:t>Ідуть черкеси відпочити;&lt;br /&gt;</w:t>
        <w:br/>
        <w:t>Замовкло все в солодкім сні,&lt;br /&gt;</w:t>
        <w:br/>
        <w:t>Спокою крилами повите;&lt;br /&gt;</w:t>
        <w:br/>
        <w:t>Струмки видзвонюють з імли,&lt;br /&gt;</w:t>
        <w:br/>
        <w:t>Збігаючи в німі долини,&lt;br /&gt;</w:t>
        <w:br/>
        <w:t>І хмари сині облягли&lt;br /&gt;</w:t>
        <w:br/>
        <w:t>Кавказу сонні верховини...&lt;br /&gt;</w:t>
        <w:br/>
        <w:t>Та хто це в місячнім огні,&lt;br /&gt;</w:t>
        <w:br/>
        <w:t>У цій глибокій тишині&lt;br /&gt;</w:t>
        <w:br/>
        <w:t>Іде, неначе тінь тремтлива?&lt;br /&gt;</w:t>
        <w:br/>
        <w:t>Прочнувся бранець. Перед ним,&lt;br /&gt;</w:t>
        <w:br/>
        <w:t>З привітом ніжним і німим,&lt;br /&gt;</w:t>
        <w:br/>
        <w:t>Стоїть черкешенка вродлива.&lt;br /&gt;</w:t>
        <w:br/>
        <w:t>Поглянув бранець мовчазкий&lt;br /&gt;</w:t>
        <w:br/>
        <w:t>І думає: це сон чудний,&lt;br /&gt;</w:t>
        <w:br/>
        <w:t>Це грається мана зо мною...&lt;br /&gt;</w:t>
        <w:br/>
        <w:t>Та в сяйві срібному вона&lt;br /&gt;</w:t>
        <w:br/>
        <w:t>Над ним з усмішкою сумною&lt;br /&gt;</w:t>
        <w:br/>
        <w:t>Схилилась, тиха і ясна,&lt;br /&gt;</w:t>
        <w:br/>
        <w:t>Кумис тремтячою рукою&lt;br /&gt;</w:t>
        <w:br/>
        <w:t>До уст підносить огняних.&lt;br /&gt;</w:t>
        <w:br/>
        <w:t>Та він, хоч мучений жагою,&lt;br /&gt;</w:t>
        <w:br/>
        <w:t>Солодкі звуки слів чужих&lt;br /&gt;</w:t>
        <w:br/>
        <w:t>Душею ловить молодою&lt;br /&gt;</w:t>
        <w:br/>
        <w:t>У бурі почуттів нових.&lt;br /&gt;</w:t>
        <w:br/>
        <w:t>Хоча ні слова він не знає.&lt;br /&gt;</w:t>
        <w:br/>
        <w:t>Та зір, що ніжністю горить,&lt;br /&gt;</w:t>
        <w:br/>
        <w:t>йому немовби шепотить:&lt;br /&gt;</w:t>
        <w:br/>
        <w:t>Живи! і бранець оживає.&lt;br /&gt;</w:t>
        <w:br/>
        <w:t>Чоло він од землі підвів,&lt;br /&gt;</w:t>
        <w:br/>
        <w:t>Припав до чаші з сил останніх&lt;br /&gt;</w:t>
        <w:br/>
        <w:t>У благотворних пориваннях&lt;br /&gt;</w:t>
        <w:br/>
        <w:t>І муку спраги погасив.&lt;br /&gt;</w:t>
        <w:br/>
        <w:t>І знов на камінь головою,&lt;br /&gt;</w:t>
        <w:br/>
        <w:t>Знемоги сповнений, упав;&lt;br /&gt;</w:t>
        <w:br/>
        <w:t>Та зір погаслий свій звертав&lt;br /&gt;</w:t>
        <w:br/>
        <w:t>Усе до дівчини сумної.&lt;br /&gt;</w:t>
        <w:br/>
        <w:t>І довго, довго перед ним&lt;br /&gt;</w:t>
        <w:br/>
        <w:t>Вона задумано сиділа&lt;br /&gt;</w:t>
        <w:br/>
        <w:t>І ніби співчуттям німим&lt;br /&gt;</w:t>
        <w:br/>
        <w:t>Його утішити хотіла.&lt;br /&gt;</w:t>
        <w:br/>
        <w:t>Мовчала ніч. Був пізній час.&lt;br /&gt;</w:t>
        <w:br/>
        <w:t>Над бранцем дівчина зітхала,&lt;br /&gt;</w:t>
        <w:br/>
        <w:t>І сльози жалощів не раз&lt;br /&gt;</w:t>
        <w:br/>
        <w:t>їй темні очі заливали.</w:t>
      </w:r>
    </w:p>
    <w:p>
      <w:r>
        <w:br/>
        <w:t>За днями проминають дні.&lt;br /&gt;</w:t>
        <w:br/>
        <w:t>У кайданах за чередою&lt;br /&gt;</w:t>
        <w:br/>
        <w:t>Блукає бранець, як у сні.&lt;br /&gt;</w:t>
        <w:br/>
        <w:t>В печері, повній супокою.&lt;br /&gt;</w:t>
        <w:br/>
        <w:t>Від спеки має певний схов;&lt;br /&gt;</w:t>
        <w:br/>
        <w:t>А скоро місяць променистий&lt;br /&gt;</w:t>
        <w:br/>
        <w:t>У темряві нічній зійшов,&lt;br /&gt;</w:t>
        <w:br/>
        <w:t>Черкешенка в імлі росистій&lt;br /&gt;</w:t>
        <w:br/>
        <w:t>Приносить бранцеві вино.&lt;br /&gt;</w:t>
        <w:br/>
        <w:t>Кумис живлющий, мед пашистий&lt;br /&gt;</w:t>
        <w:br/>
        <w:t>І білосніжнеє пшоно.&lt;br /&gt;</w:t>
        <w:br/>
        <w:t>Очима й серцем розмовляє&lt;br /&gt;</w:t>
        <w:br/>
        <w:t>Вона під місяцем блідим&lt;br /&gt;</w:t>
        <w:br/>
        <w:t>І, повна ніжності без краю,&lt;br /&gt;</w:t>
        <w:br/>
        <w:t>Вечерю поділяє з ним;&lt;br /&gt;</w:t>
        <w:br/>
        <w:t>І ніжним голосом своїм&lt;br /&gt;</w:t>
        <w:br/>
        <w:t>Співа про Грузію щасливу,&lt;br /&gt;</w:t>
        <w:br/>
        <w:t>І пам'яті його чутливо&lt;br /&gt;</w:t>
        <w:br/>
        <w:t>Чужі передає слова.&lt;br /&gt;</w:t>
        <w:br/>
        <w:t>Любов їй серце огріва,&lt;br /&gt;</w:t>
        <w:br/>
        <w:t>Вона уперше полюбила;&lt;br /&gt;</w:t>
        <w:br/>
        <w:t>Та в нього пристрасть огнева&lt;br /&gt;</w:t>
        <w:br/>
        <w:t>Давно в душі перегоріла.&lt;br /&gt;</w:t>
        <w:br/>
        <w:t>Холодним серцем він не вмів&lt;br /&gt;</w:t>
        <w:br/>
        <w:t>Кохання дівчини відчути —&lt;br /&gt;</w:t>
        <w:br/>
        <w:t>Можливо, щастя сон забутий&lt;br /&gt;</w:t>
        <w:br/>
        <w:t>Він пригадати вже не смів.</w:t>
      </w:r>
    </w:p>
    <w:p>
      <w:r>
        <w:br/>
        <w:t>Не зразу молодість зів'яне&lt;br /&gt;</w:t>
        <w:br/>
        <w:t>З її поривами для нас,&lt;br /&gt;</w:t>
        <w:br/>
        <w:t>Хвилини радості неждані&lt;br /&gt;</w:t>
        <w:br/>
        <w:t>Ми ще обнімемо не раз:&lt;br /&gt;</w:t>
        <w:br/>
        <w:t>Та ви, небесні поривання,&lt;br /&gt;</w:t>
        <w:br/>
        <w:t>Що перша нам дає любов,&lt;br /&gt;</w:t>
        <w:br/>
        <w:t>Вражіння перші і останні,&lt;br /&gt;</w:t>
        <w:br/>
        <w:t>Не прилітаєте ви знов.</w:t>
      </w:r>
    </w:p>
    <w:p>
      <w:r>
        <w:br/>
        <w:t>Здавалось, бранець без надії&lt;br /&gt;</w:t>
        <w:br/>
        <w:t>До днів безрадісних звикав.&lt;br /&gt;</w:t>
        <w:br/>
        <w:t>Журбу неволі, буйні мрії&lt;br /&gt;</w:t>
        <w:br/>
        <w:t>В душі глибокій він ховав.&lt;br /&gt;</w:t>
        <w:br/>
        <w:t>Під співи птиць і шуми трав,&lt;br /&gt;</w:t>
        <w:br/>
        <w:t>Блукаючи між скель печально,&lt;br /&gt;</w:t>
        <w:br/>
        <w:t>Здіймав допитливий він зір&lt;br /&gt;</w:t>
        <w:br/>
        <w:t>На снігові громади дальні&lt;br /&gt;</w:t>
        <w:br/>
        <w:t>Рум'яних і блакитних гір.&lt;br /&gt;</w:t>
        <w:br/>
        <w:t>Краси могутньої картини!&lt;br /&gt;</w:t>
        <w:br/>
        <w:t>Престоли снігові кругом.&lt;br /&gt;</w:t>
        <w:br/>
        <w:t>Очам здавались їх вершини&lt;br /&gt;</w:t>
        <w:br/>
        <w:t>Хмар нерухомим ланцюгом;&lt;br /&gt;</w:t>
        <w:br/>
        <w:t>Між ними велетнем двоглавим&lt;br /&gt;</w:t>
        <w:br/>
        <w:t>З вінцем блискучо-крижаним&lt;br /&gt;</w:t>
        <w:br/>
        <w:t>Ельбрус незмірний, величавий&lt;br /&gt;</w:t>
        <w:br/>
        <w:t>Білів на небі голубім.&lt;br /&gt;</w:t>
        <w:br/>
        <w:t>Коли, з глухим з'єднавшись гулом.&lt;br /&gt;</w:t>
        <w:br/>
        <w:t>Предтеча бурі, грім гримів,&lt;br /&gt;</w:t>
        <w:br/>
        <w:t>Як часто бранець над аулом&lt;br /&gt;</w:t>
        <w:br/>
        <w:t>Нерушно на горі сидів!&lt;br /&gt;</w:t>
        <w:br/>
        <w:t>В ногах його димились тучі,&lt;br /&gt;</w:t>
        <w:br/>
        <w:t>В степу крутився пил летючий;&lt;br /&gt;</w:t>
        <w:br/>
        <w:t>Уже олень між скель і трав&lt;br /&gt;</w:t>
        <w:br/>
        <w:t>Притулку злякано шукав;&lt;br /&gt;</w:t>
        <w:br/>
        <w:t>І з вітром, що летів в долини,&lt;br /&gt;</w:t>
        <w:br/>
        <w:t>Зливався гордий крик орлиний;&lt;br /&gt;</w:t>
        <w:br/>
        <w:t>Шум табунів, ревіння стад&lt;br /&gt;</w:t>
        <w:br/>
        <w:t>У бурі й громі потопали...&lt;br /&gt;</w:t>
        <w:br/>
        <w:t>З вогнями буйний дощ і град&lt;br /&gt;</w:t>
        <w:br/>
        <w:t>На землю хмари посилали;&lt;br /&gt;</w:t>
        <w:br/>
        <w:t>Здвигнувши брили кам’яні,&lt;br /&gt;</w:t>
        <w:br/>
        <w:t>В землі проривши шлях широкий,&lt;br /&gt;</w:t>
        <w:br/>
        <w:t>Стікали дощові потоки —&lt;br /&gt;</w:t>
        <w:br/>
        <w:t>А бранець, в темній вишині,&lt;br /&gt;</w:t>
        <w:br/>
        <w:t>Один, за хмарою важкою,&lt;br /&gt;</w:t>
        <w:br/>
        <w:t>Чекав на сонце, над грозою,&lt;br /&gt;</w:t>
        <w:br/>
        <w:t>Під бурі безпорадний гнів,&lt;br /&gt;</w:t>
        <w:br/>
        <w:t>Під грому вдари ненастанні,&lt;br /&gt;</w:t>
        <w:br/>
        <w:t>І слухом вітру завивання&lt;br /&gt;</w:t>
        <w:br/>
        <w:t>В самотній радості ловив.</w:t>
      </w:r>
    </w:p>
    <w:p>
      <w:r>
        <w:br/>
        <w:t>Та європейця всю увагу&lt;br /&gt;</w:t>
        <w:br/>
        <w:t>Народ цей дивний притягав.&lt;br /&gt;</w:t>
        <w:br/>
        <w:t>Він між горян спостерігав&lt;br /&gt;</w:t>
        <w:br/>
        <w:t>Звичаї, віру їх, одвагу,&lt;br /&gt;</w:t>
        <w:br/>
        <w:t>Любив життя їх простоту,&lt;br /&gt;</w:t>
        <w:br/>
        <w:t>Гостинність їх, любов до броні,&lt;br /&gt;</w:t>
        <w:br/>
        <w:t>Їх рухів вільних бистроту&lt;br /&gt;</w:t>
        <w:br/>
        <w:t>І легкість ніг, і міць долоні;&lt;br /&gt;</w:t>
        <w:br/>
        <w:t>І часто стежив бранця зір,&lt;br /&gt;</w:t>
        <w:br/>
        <w:t>Коли черкес, в'юнкий, моторний,&lt;br /&gt;</w:t>
        <w:br/>
        <w:t>Широким степом, синню гір,&lt;br /&gt;</w:t>
        <w:br/>
        <w:t>В кошлатій шапці, в бурці чорній,&lt;br /&gt;</w:t>
        <w:br/>
        <w:t>Вперед склонившись на коні,&lt;br /&gt;</w:t>
        <w:br/>
        <w:t>В стремено спершися ногою,&lt;br /&gt;</w:t>
        <w:br/>
        <w:t>Літав, як птах, у далині,&lt;br /&gt;</w:t>
        <w:br/>
        <w:t>Себе привчаючи до бою.&lt;br /&gt;</w:t>
        <w:br/>
        <w:t>І вабила його проста&lt;br /&gt;</w:t>
        <w:br/>
        <w:t>Одежі ратна красота.&lt;br /&gt;</w:t>
        <w:br/>
        <w:t>Черкес у зброї брязкотливій;&lt;br /&gt;</w:t>
        <w:br/>
        <w:t>Він нею гордий і щасливий:&lt;br /&gt;</w:t>
        <w:br/>
        <w:t>У добрім панцирі вояк,&lt;br /&gt;</w:t>
        <w:br/>
        <w:t>При ньому лук і сагайдак,&lt;br /&gt;</w:t>
        <w:br/>
        <w:t>Кинджал, аркан і шабля вірна,&lt;br /&gt;</w:t>
        <w:br/>
        <w:t>Дбайливо гострена, добірна.&lt;br /&gt;</w:t>
        <w:br/>
        <w:t>Все добре пригнано на нім,&lt;br /&gt;</w:t>
        <w:br/>
        <w:t>Ніщо не дзвякне: піший, кінний,&lt;br /&gt;</w:t>
        <w:br/>
        <w:t>Він лине в полі бойовім&lt;br /&gt;</w:t>
        <w:br/>
        <w:t>Одважний, гордий, непоклінний,&lt;br /&gt;</w:t>
        <w:br/>
        <w:t>Гроза недбалих козаків,&lt;br /&gt;</w:t>
        <w:br/>
        <w:t>Його багатство — кінь гарячий&lt;br /&gt;</w:t>
        <w:br/>
        <w:t>З гірських далеких табунів,&lt;br /&gt;</w:t>
        <w:br/>
        <w:t>Товариш вірний і терплячий.&lt;br /&gt;</w:t>
        <w:br/>
        <w:t>В печері чи в траві глухій&lt;br /&gt;</w:t>
        <w:br/>
        <w:t>На жертву з ним хижак чекає,&lt;br /&gt;</w:t>
        <w:br/>
        <w:t>І раптом, як стріла швидкий,&lt;br /&gt;</w:t>
        <w:br/>
        <w:t>На мандрівця він налітає;&lt;br /&gt;</w:t>
        <w:br/>
        <w:t>Зарані вирішений бій&lt;br /&gt;</w:t>
        <w:br/>
        <w:t>Скінчить удар його могучий,&lt;br /&gt;</w:t>
        <w:br/>
        <w:t>І жертву в тишині німій&lt;br /&gt;</w:t>
        <w:br/>
        <w:t>Волочить вже аркан летючий.&lt;br /&gt;</w:t>
        <w:br/>
        <w:t>І до ущелин рідних гір&lt;br /&gt;</w:t>
        <w:br/>
        <w:t>Кінь уперед летить, як буря,&lt;br /&gt;</w:t>
        <w:br/>
        <w:t>Все путь йому: болото, бір,&lt;br /&gt;</w:t>
        <w:br/>
        <w:t>Гірські ущелини похмурі;&lt;br /&gt;</w:t>
        <w:br/>
        <w:t>Кривавий слід за ним біжить,&lt;br /&gt;</w:t>
        <w:br/>
        <w:t>І дзвін копит далеко чутно;&lt;br /&gt;</w:t>
        <w:br/>
        <w:t>Ось перед ним потік шумить, —&lt;br /&gt;</w:t>
        <w:br/>
        <w:t>Він крає хвилю каламутну,&lt;br /&gt;</w:t>
        <w:br/>
        <w:t>Скрізь піна й бризки огняні, —&lt;br /&gt;</w:t>
        <w:br/>
        <w:t>І, захлинаючись на дні,&lt;br /&gt;</w:t>
        <w:br/>
        <w:t>В знемозі бранець смерті просить,&lt;br /&gt;</w:t>
        <w:br/>
        <w:t>Щоб потонуть у млі німій...&lt;br /&gt;</w:t>
        <w:br/>
        <w:t>Та кінь його, як вихор злий,&lt;br /&gt;</w:t>
        <w:br/>
        <w:t>На берег пінявий виносить.&lt;br /&gt;</w:t>
        <w:br/>
        <w:t>Або, вхопившись за пеньок,&lt;br /&gt;</w:t>
        <w:br/>
        <w:t>Що в річку звалений грозою,&lt;br /&gt;</w:t>
        <w:br/>
        <w:t>Коли покриє землю млою&lt;br /&gt;</w:t>
        <w:br/>
        <w:t>Ніч і без місяця й зірок,&lt;br /&gt;</w:t>
        <w:br/>
        <w:t>Черкес на віти і коріння&lt;br /&gt;</w:t>
        <w:br/>
        <w:t>У тьмі навішує разом&lt;br /&gt;</w:t>
        <w:br/>
        <w:t>Колчан, і бурку, й лук незмінний,&lt;br /&gt;</w:t>
        <w:br/>
        <w:t>І щит, і панцир, і шолом,&lt;br /&gt;</w:t>
        <w:br/>
        <w:t>І, кинувшись в потік бурхливий,&lt;br /&gt;</w:t>
        <w:br/>
        <w:t>Пливе безмовно за пеньком,&lt;br /&gt;</w:t>
        <w:br/>
        <w:t>Собі шукаючи поживи.&lt;br /&gt;</w:t>
        <w:br/>
        <w:t>Навколо ніч. В обіймах мли&lt;br /&gt;</w:t>
        <w:br/>
        <w:t>Несуть його прудкі вали&lt;br /&gt;</w:t>
        <w:br/>
        <w:t>Вздовж темних берегів камінних,&lt;br /&gt;</w:t>
        <w:br/>
        <w:t>Де на шпилях могил пустинних,&lt;br /&gt;</w:t>
        <w:br/>
        <w:t>На спис обпершись, козаки&lt;br /&gt;</w:t>
        <w:br/>
        <w:t>Зорять на чорний струм ріки.&lt;br /&gt;</w:t>
        <w:br/>
        <w:t>Повз них пливе, повита млою,&lt;br /&gt;</w:t>
        <w:br/>
        <w:t>Як грізна тінь, хижацька зброя...&lt;br /&gt;</w:t>
        <w:br/>
        <w:t>Про що ж бо думає козак?&lt;br /&gt;</w:t>
        <w:br/>
        <w:t>Чи згадує колишні битви,&lt;br /&gt;</w:t>
        <w:br/>
        <w:t>На смертнім полі свій бівак,&lt;br /&gt;</w:t>
        <w:br/>
        <w:t>Полків натомлених молитви,&lt;br /&gt;</w:t>
        <w:br/>
        <w:t>Отчизни даль?.. Лукавий сон?&lt;br /&gt;</w:t>
        <w:br/>
        <w:t>Прощайте, ниви і станиці,&lt;br /&gt;</w:t>
        <w:br/>
        <w:t>І дім батьків, і тихий Дон,&lt;br /&gt;</w:t>
        <w:br/>
        <w:t>Війна й дівчата-чарівниці!&lt;br /&gt;</w:t>
        <w:br/>
        <w:t>Пристав до берега хижак,&lt;br /&gt;</w:t>
        <w:br/>
        <w:t>Стріла виходить із колчана —&lt;br /&gt;</w:t>
        <w:br/>
        <w:t>Дзвенить — і падає козак&lt;br /&gt;</w:t>
        <w:br/>
        <w:t>У тьму з кривавого кургана.</w:t>
      </w:r>
    </w:p>
    <w:p>
      <w:r>
        <w:br/>
        <w:t>Коли ж у батьківськім житлі&lt;br /&gt;</w:t>
        <w:br/>
        <w:t>Сидить черкес в родиннім колі,&lt;br /&gt;</w:t>
        <w:br/>
        <w:t>І виє буря в чорній млі,&lt;br /&gt;</w:t>
        <w:br/>
        <w:t>І гасне світлий жар поволі;&lt;br /&gt;</w:t>
        <w:br/>
        <w:t>І, прудко скочивши з коня,&lt;br /&gt;</w:t>
        <w:br/>
        <w:t>Натомлений в путі тривожній,&lt;br /&gt;</w:t>
        <w:br/>
        <w:t>До нього зайде подорожній&lt;br /&gt;</w:t>
        <w:br/>
        <w:t>І тихо сяде до вогня —&lt;br /&gt;</w:t>
        <w:br/>
        <w:t>Тоді з усмішкою ясною&lt;br /&gt;</w:t>
        <w:br/>
        <w:t>Хазяїн радісно встає&lt;br /&gt;</w:t>
        <w:br/>
        <w:t>І гостю доброю рукою&lt;br /&gt;</w:t>
        <w:br/>
        <w:t>Чихир гостинно подає.&lt;br /&gt;</w:t>
        <w:br/>
        <w:t>А потім гостя в саклі димній&lt;br /&gt;</w:t>
        <w:br/>
        <w:t>Покриє бурка тінню крил,&lt;br /&gt;</w:t>
        <w:br/>
        <w:t>І він уранці, повний сил,&lt;br /&gt;</w:t>
        <w:br/>
        <w:t>Покине притулок гостинний.</w:t>
      </w:r>
    </w:p>
    <w:p>
      <w:r>
        <w:br/>
        <w:t>А в день байрану шумно так&lt;br /&gt;</w:t>
        <w:br/>
        <w:t>Зберуться юнаки юрбою,&lt;br /&gt;</w:t>
        <w:br/>
        <w:t>І гра замінюється грою;&lt;br /&gt;</w:t>
        <w:br/>
        <w:t>То, взявши повний сагайдак,&lt;br /&gt;</w:t>
        <w:br/>
        <w:t>Завзятці стрілами дзвінкими&lt;br /&gt;</w:t>
        <w:br/>
        <w:t>Збивають із-під хмар орлів;&lt;br /&gt;</w:t>
        <w:br/>
        <w:t>То з вишини крутих горбів&lt;br /&gt;</w:t>
        <w:br/>
        <w:t>Рядами рівними й густими&lt;br /&gt;</w:t>
        <w:br/>
        <w:t>На даний знак усі впадуть&lt;br /&gt;</w:t>
        <w:br/>
        <w:t>І мчать, як лані, по долині,&lt;br /&gt;</w:t>
        <w:br/>
        <w:t>Непереможні і невпинні,&lt;br /&gt;</w:t>
        <w:br/>
        <w:t>І пил од ніг вкрива їм путь.</w:t>
      </w:r>
    </w:p>
    <w:p>
      <w:r>
        <w:br/>
        <w:t>Та нудно днів минають хвилі&lt;br /&gt;</w:t>
        <w:br/>
        <w:t>Для тих, хто любить бою спів,&lt;br /&gt;</w:t>
        <w:br/>
        <w:t>Не раз веселу гру дозвілля&lt;br /&gt;</w:t>
        <w:br/>
        <w:t>Спиняла гостра гра шаблів.&lt;br /&gt;</w:t>
        <w:br/>
        <w:t>В бенкеті в шумному розгоні&lt;br /&gt;</w:t>
        <w:br/>
        <w:t>Не раз холодний сталі гнів&lt;br /&gt;</w:t>
        <w:br/>
        <w:t>Стинає голови рабів,&lt;br /&gt;</w:t>
        <w:br/>
        <w:t>І діти плещуть у долоні.</w:t>
      </w:r>
    </w:p>
    <w:p>
      <w:r>
        <w:br/>
        <w:t>Та бранець холодно сприймав&lt;br /&gt;</w:t>
        <w:br/>
        <w:t>Цю гру веселощів криваву.&lt;br /&gt;</w:t>
        <w:br/>
        <w:t>Колись, закоханий у славу,&lt;br /&gt;</w:t>
        <w:br/>
        <w:t>Жагою смерті він палав.&lt;br /&gt;</w:t>
        <w:br/>
        <w:t>Невільник честі благородний,&lt;br /&gt;</w:t>
        <w:br/>
        <w:t>Не раз він бачив свій кінець,&lt;br /&gt;</w:t>
        <w:br/>
        <w:t>В дуелях гордий і холодний,&lt;br /&gt;</w:t>
        <w:br/>
        <w:t>Грудьми стрічаючи свинець.&lt;br /&gt;</w:t>
        <w:br/>
        <w:t>У думі похиливши чоло,&lt;br /&gt;</w:t>
        <w:br/>
        <w:t>Не раз він, може, пригадав&lt;br /&gt;</w:t>
        <w:br/>
        <w:t>Товаришів веселе коло,&lt;br /&gt;</w:t>
        <w:br/>
        <w:t>З якими він бенкетував...&lt;br /&gt;</w:t>
        <w:br/>
        <w:t>Чи в даль думки його летіли,&lt;br /&gt;</w:t>
        <w:br/>
        <w:t>В ті дні, що цвіт надій згубили.&lt;br /&gt;</w:t>
        <w:br/>
        <w:t>Чи він за ними жалкував,&lt;br /&gt;</w:t>
        <w:br/>
        <w:t>І серце рвалось у відчаї,&lt;br /&gt;</w:t>
        <w:br/>
        <w:t>Чи люду дикого звичаї&lt;br /&gt;</w:t>
        <w:br/>
        <w:t>Він просто так спостерігав —&lt;br /&gt;</w:t>
        <w:br/>
        <w:t>Ховав у серці він глибоко&lt;br /&gt;</w:t>
        <w:br/>
        <w:t>Всіх почуттів своїх сліди,&lt;br /&gt;</w:t>
        <w:br/>
        <w:t>Його чоло бліде й високе&lt;br /&gt;</w:t>
        <w:br/>
        <w:t>Було безхмарне, як завжди.&lt;br /&gt;</w:t>
        <w:br/>
        <w:t>З його спокійної ходи&lt;br /&gt;</w:t>
        <w:br/>
        <w:t>Грізні черкеси дивувались,&lt;br /&gt;</w:t>
        <w:br/>
        <w:t>З одваги, вартої хвали,&lt;br /&gt;</w:t>
        <w:br/>
        <w:t>Життя юнацьке берегли&lt;br /&gt;</w:t>
        <w:br/>
        <w:t>І потай здобиччю пишались.</w:t>
      </w:r>
    </w:p>
    <w:p>
      <w:r>
        <w:br/>
        <w:t>ЧАСТИНА II</w:t>
      </w:r>
    </w:p>
    <w:p>
      <w:r>
        <w:br/>
        <w:t>Ти їх пізнала, діво гір,&lt;br /&gt;</w:t>
        <w:br/>
        <w:t>Пориви серця, голос крові,&lt;br /&gt;</w:t>
        <w:br/>
        <w:t>Твій молодий невинний зір&lt;br /&gt;</w:t>
        <w:br/>
        <w:t>Був повний радості й любові.&lt;br /&gt;</w:t>
        <w:br/>
        <w:t>Коли твій друг у тьмі нічній&lt;br /&gt;</w:t>
        <w:br/>
        <w:t>До тебе припадав устами,&lt;br /&gt;</w:t>
        <w:br/>
        <w:t>Палкої сповнений нестями,&lt;br /&gt;</w:t>
        <w:br/>
        <w:t>Ти забувала світ земний,&lt;br /&gt;</w:t>
        <w:br/>
        <w:t>Ти говорила: "Бранче милий,&lt;br /&gt;</w:t>
        <w:br/>
        <w:t>Розвесели свій зір похилий,&lt;br /&gt;</w:t>
        <w:br/>
        <w:t>Схились лицем мені на грудь,&lt;br /&gt;</w:t>
        <w:br/>
        <w:t>Свободу й край батьків забудь.&lt;br /&gt;</w:t>
        <w:br/>
        <w:t>Ладна я жити у пустині&lt;br /&gt;</w:t>
        <w:br/>
        <w:t>З тобою, любий між усіх!&lt;br /&gt;</w:t>
        <w:br/>
        <w:t>Кохай мене; ніхто донині&lt;br /&gt;</w:t>
        <w:br/>
        <w:t>Не цілував очей моїх;&lt;br /&gt;</w:t>
        <w:br/>
        <w:t>До мене, стишуючи кроки,&lt;br /&gt;</w:t>
        <w:br/>
        <w:t>Юнак стрункий і чорноокий&lt;br /&gt;</w:t>
        <w:br/>
        <w:t>Ще не скрадався в тьмі нічній;&lt;br /&gt;</w:t>
        <w:br/>
        <w:t>Я серце горде і жорстоке&lt;br /&gt;</w:t>
        <w:br/>
        <w:t>Являю їх юрбі палкій.&lt;br /&gt;</w:t>
        <w:br/>
        <w:t>Лиху свою я знаю долю:&lt;br /&gt;</w:t>
        <w:br/>
        <w:t>Дівочу потоптавши волю,&lt;br /&gt;</w:t>
        <w:br/>
        <w:t>Мій батько й брат давно хотять&lt;br /&gt;</w:t>
        <w:br/>
        <w:t>Мене за золото продати;&lt;br /&gt;</w:t>
        <w:br/>
        <w:t>Та їх зумію я вблагати —&lt;br /&gt;</w:t>
        <w:br/>
        <w:t>Чи трутизну гірку дістать.&lt;br /&gt;</w:t>
        <w:br/>
        <w:t>Якась незнана, дивна сила&lt;br /&gt;</w:t>
        <w:br/>
        <w:t>Мене до тебе притягла,&lt;br /&gt;</w:t>
        <w:br/>
        <w:t>Щоб буть з тобою, бранче милий,&lt;br /&gt;</w:t>
        <w:br/>
        <w:t>Я все б на світі віддала..."</w:t>
      </w:r>
    </w:p>
    <w:p>
      <w:r>
        <w:br/>
        <w:t>Але на дівчину з журбою&lt;br /&gt;</w:t>
        <w:br/>
        <w:t>Дивився бранець молодий&lt;br /&gt;</w:t>
        <w:br/>
        <w:t>І, думи сповнений тяжкої,&lt;br /&gt;</w:t>
        <w:br/>
        <w:t>Він слухав слів потік палкий.&lt;br /&gt;</w:t>
        <w:br/>
        <w:t>Він марив у якійсь тривозі&lt;br /&gt;</w:t>
        <w:br/>
        <w:t>Про дні, що одцвіли колись,&lt;br /&gt;</w:t>
        <w:br/>
        <w:t>І раз нестримно полились&lt;br /&gt;</w:t>
        <w:br/>
        <w:t>З очей його гарячі сльози.&lt;br /&gt;</w:t>
        <w:br/>
        <w:t>Лежала в серці, як свинець,&lt;br /&gt;</w:t>
        <w:br/>
        <w:t>Любов без щастя й сподівання,&lt;br /&gt;</w:t>
        <w:br/>
        <w:t>І юній діві під кінець&lt;br /&gt;</w:t>
        <w:br/>
        <w:t>Він розповів свої страждання.</w:t>
      </w:r>
    </w:p>
    <w:p>
      <w:r>
        <w:br/>
        <w:t>"Забудь мене: не вартий я&lt;br /&gt;</w:t>
        <w:br/>
        <w:t>Твого палкого почування.&lt;br /&gt;</w:t>
        <w:br/>
        <w:t>Хай іншому віддасть кохання&lt;br /&gt;</w:t>
        <w:br/>
        <w:t>Душа захоплена твоя,&lt;br /&gt;</w:t>
        <w:br/>
        <w:t>Його любов тобі замінить&lt;br /&gt;</w:t>
        <w:br/>
        <w:t>Печальний холод мій, повір,&lt;br /&gt;</w:t>
        <w:br/>
        <w:t>Він буде вірний, він оцінить&lt;br /&gt;</w:t>
        <w:br/>
        <w:t>Твою красу, твій милий зір,&lt;br /&gt;</w:t>
        <w:br/>
        <w:t>Цілунків ніжних поривання&lt;br /&gt;</w:t>
        <w:br/>
        <w:t>І пристрасть полум'яних слів;&lt;br /&gt;</w:t>
        <w:br/>
        <w:t>Без оп'яніння, без жадання&lt;br /&gt;</w:t>
        <w:br/>
        <w:t>Мій молодечий вік одцвів.&lt;br /&gt;</w:t>
        <w:br/>
        <w:t>Сліди нещасної любові&lt;br /&gt;</w:t>
        <w:br/>
        <w:t>Закрили щастя юнакові;&lt;br /&gt;</w:t>
        <w:br/>
        <w:t>Облиш мене; та пожалій&lt;br /&gt;</w:t>
        <w:br/>
        <w:t>Мене в журбі моїй тяжкій!&lt;br /&gt;</w:t>
        <w:br/>
        <w:t>Нещасний друже, друже щирий,&lt;br /&gt;</w:t>
        <w:br/>
        <w:t>Чому тебе я не зустрів&lt;br /&gt;</w:t>
        <w:br/>
        <w:t>Тоді, як ще не стратив віри&lt;br /&gt;</w:t>
        <w:br/>
        <w:t>І мрії чарівні любив?&lt;br /&gt;</w:t>
        <w:br/>
        <w:t>Та пізно. Щастя золотого&lt;br /&gt;</w:t>
        <w:br/>
        <w:t>Вже не зазнать мені тепер;&lt;br /&gt;</w:t>
        <w:br/>
        <w:t>Твій друг чужий уже для всього.&lt;br /&gt;</w:t>
        <w:br/>
        <w:t>Для ніжних почуттів умер.</w:t>
      </w:r>
    </w:p>
    <w:p>
      <w:r>
        <w:br/>
        <w:t>Як тяжко мертвими устами&lt;br /&gt;</w:t>
        <w:br/>
        <w:t>Цілунки огняні сприймать&lt;br /&gt;</w:t>
        <w:br/>
        <w:t>І очі, сповнені сльозами,&lt;br /&gt;</w:t>
        <w:br/>
        <w:t>Холодним усміхом стрічать!&lt;br /&gt;</w:t>
        <w:br/>
        <w:t>З душею, що запала в тугу,&lt;br /&gt;</w:t>
        <w:br/>
        <w:t>Під гнітом ревнощів жахних,&lt;br /&gt;</w:t>
        <w:br/>
        <w:t>Так тяжко думати про другу&lt;br /&gt;</w:t>
        <w:br/>
        <w:t>В обіймах пристрасних твоїх!..&lt;br /&gt;</w:t>
        <w:br/>
        <w:t>Коли так ніжно, так поволі&lt;br /&gt;</w:t>
        <w:br/>
        <w:t>Мої ти поцілунки п'єш&lt;br /&gt;</w:t>
        <w:br/>
        <w:t>І серце щастю віддаєш,&lt;br /&gt;</w:t>
        <w:br/>
        <w:t>Забувши про скорботи й болі, —&lt;br /&gt;</w:t>
        <w:br/>
        <w:t>Я сльози ллю у тишині&lt;br /&gt;</w:t>
        <w:br/>
        <w:t>Тоді, розгублений, безсилий,&lt;br /&gt;</w:t>
        <w:br/>
        <w:t>Перед собою, мов у сні,&lt;br /&gt;</w:t>
        <w:br/>
        <w:t>Я інший бачу образ милий;&lt;br /&gt;</w:t>
        <w:br/>
        <w:t>До неї всі думки мої, —&lt;br /&gt;</w:t>
        <w:br/>
        <w:t>Мовчу, не бачу, не вчуваю;&lt;br /&gt;</w:t>
        <w:br/>
        <w:t>Тебе цілуючи, її&lt;br /&gt;</w:t>
        <w:br/>
        <w:t>В своїй уяві обіймаю;&lt;br /&gt;</w:t>
        <w:br/>
        <w:t>Рясні за неї сльози ллю,&lt;br /&gt;</w:t>
        <w:br/>
        <w:t>В краю чужому одинокий,&lt;br /&gt;</w:t>
        <w:br/>
        <w:t>І падає відчай жорстокий&lt;br /&gt;</w:t>
        <w:br/>
        <w:t>На душу змучену мою.</w:t>
      </w:r>
    </w:p>
    <w:p>
      <w:r>
        <w:br/>
        <w:t>Покинь же, діво, з ланцюгами&lt;br /&gt;</w:t>
        <w:br/>
        <w:t>Мене в обіймах самоти,&lt;br /&gt;</w:t>
        <w:br/>
        <w:t>З журбою тихою й сльозами, —&lt;br /&gt;</w:t>
        <w:br/>
        <w:t>їх розділить не можеш ти.&lt;br /&gt;</w:t>
        <w:br/>
        <w:t>Почула серця ти признання;&lt;br /&gt;</w:t>
        <w:br/>
        <w:t>Прощай... дай руку — на прощання.&lt;br /&gt;</w:t>
        <w:br/>
        <w:t>Не довго дівчини любов&lt;br /&gt;</w:t>
        <w:br/>
        <w:t>Печалить і в'ялить розлука:&lt;br /&gt;</w:t>
        <w:br/>
        <w:t>Мине любов, настане скука,&lt;br /&gt;</w:t>
        <w:br/>
        <w:t>Красуня покохає знов".</w:t>
      </w:r>
    </w:p>
    <w:p>
      <w:r>
        <w:br/>
        <w:t>Сумна, з розкритими вустами&lt;br /&gt;</w:t>
        <w:br/>
        <w:t>Сиділа дівчина в нестямі,&lt;br /&gt;</w:t>
        <w:br/>
        <w:t>Без сліз ридаючи, в очах&lt;br /&gt;</w:t>
        <w:br/>
        <w:t>Був і докір, і сум, і жах.&lt;br /&gt;</w:t>
        <w:br/>
        <w:t>Бліда, як тінь, вона тремтіла;&lt;br /&gt;</w:t>
        <w:br/>
        <w:t>В руці коханого безсила&lt;br /&gt;</w:t>
        <w:br/>
        <w:t>Була, як лід, її рука;&lt;br /&gt;</w:t>
        <w:br/>
        <w:t>Нарешті мова, як ріка,&lt;br /&gt;</w:t>
        <w:br/>
        <w:t>Із уст гарячих полилася.</w:t>
      </w:r>
    </w:p>
    <w:p>
      <w:r>
        <w:br/>
        <w:t>"Ох, руський, чом не знала я,&lt;br /&gt;</w:t>
        <w:br/>
        <w:t>Що почува душа твоя,&lt;br /&gt;</w:t>
        <w:br/>
        <w:t>Коли коханню віддалася!&lt;br /&gt;</w:t>
        <w:br/>
        <w:t>Не довго на груді твоїй&lt;br /&gt;</w:t>
        <w:br/>
        <w:t>Я в забутті відпочивала;&lt;br /&gt;</w:t>
        <w:br/>
        <w:t>З тобою в тишині нічній&lt;br /&gt;</w:t>
        <w:br/>
        <w:t>Так мало щастя я зазнала!&lt;br /&gt;</w:t>
        <w:br/>
        <w:t>Невже не повернуть надій,&lt;br /&gt;</w:t>
        <w:br/>
        <w:t>І сон розвіявся крилатий?&lt;br /&gt;</w:t>
        <w:br/>
        <w:t>Хоч із жалю, коханий мій,&lt;br /&gt;</w:t>
        <w:br/>
        <w:t>Мене ти міг би ошукати,&lt;br /&gt;</w:t>
        <w:br/>
        <w:t>Чуттям удаваним зігріть,&lt;br /&gt;</w:t>
        <w:br/>
        <w:t>Нещирих пестощів томлінням;&lt;br /&gt;</w:t>
        <w:br/>
        <w:t>Я б кожен день і кожну мить&lt;br /&gt;</w:t>
        <w:br/>
        <w:t>Твоїм служила повелінням;&lt;br /&gt;</w:t>
        <w:br/>
        <w:t>Я б стерегла хвилини сна,&lt;br /&gt;</w:t>
        <w:br/>
        <w:t>Я б твій оберігала спокій;&lt;br /&gt;</w:t>
        <w:br/>
        <w:t>Ти не хотів... Та хто ж вона,&lt;br /&gt;</w:t>
        <w:br/>
        <w:t>Признайся, друже мій жорстокий?&lt;br /&gt;</w:t>
        <w:br/>
        <w:t>І ти в думках її палких?&lt;br /&gt;</w:t>
        <w:br/>
        <w:t>Мені близькі твої страждання...&lt;br /&gt;</w:t>
        <w:br/>
        <w:t>Прости ж і ти мої ридання,&lt;br /&gt;</w:t>
        <w:br/>
        <w:t>Не смійся з мук моїх тяжких".</w:t>
      </w:r>
    </w:p>
    <w:p>
      <w:r>
        <w:br/>
        <w:t>Замовкла. Сльози і стогнання&lt;br /&gt;</w:t>
        <w:br/>
        <w:t>Спинили в грудях серця стук.&lt;br /&gt;</w:t>
        <w:br/>
        <w:t>Вона в нестерпнім пориванні,&lt;br /&gt;</w:t>
        <w:br/>
        <w:t>До ніг йому вона востаннє&lt;br /&gt;</w:t>
        <w:br/>
        <w:t>Припала, мліючи від мук.&lt;br /&gt;</w:t>
        <w:br/>
        <w:t>І руський тихою рукою&lt;br /&gt;</w:t>
        <w:br/>
        <w:t>Підвів нещасну і сказав:&lt;br /&gt;</w:t>
        <w:br/>
        <w:t>"Знайомий з долею лихою,&lt;br /&gt;</w:t>
        <w:br/>
        <w:t>Я сам любив і сам страждав.&lt;br /&gt;</w:t>
        <w:br/>
        <w:t>Як ти, взаємного кохання&lt;br /&gt;</w:t>
        <w:br/>
        <w:t>Не знав я у краю своїм&lt;br /&gt;</w:t>
        <w:br/>
        <w:t>І, ніби полум'я в тумані,&lt;br /&gt;</w:t>
        <w:br/>
        <w:t>Під небом гасну я чужим.&lt;br /&gt;</w:t>
        <w:br/>
        <w:t>Вже не побачу вас, жадані,&lt;br /&gt;</w:t>
        <w:br/>
        <w:t>Мої далекі береги;&lt;br /&gt;</w:t>
        <w:br/>
        <w:t>І на кістках моїх в вигнанні&lt;br /&gt;</w:t>
        <w:br/>
        <w:t>Іржа покриє ланцюги..."</w:t>
      </w:r>
    </w:p>
    <w:p>
      <w:r>
        <w:br/>
        <w:t>Нічні світила потьмарились;&lt;br /&gt;</w:t>
        <w:br/>
        <w:t>В імлі прозорій позначились&lt;br /&gt;</w:t>
        <w:br/>
        <w:t>Верхів'я світлосніжних гір;&lt;br /&gt;</w:t>
        <w:br/>
        <w:t>Безмовні, опустивши зір,&lt;br /&gt;</w:t>
        <w:br/>
        <w:t>Вони в журбі німій прощались.</w:t>
      </w:r>
    </w:p>
    <w:p>
      <w:r>
        <w:br/>
        <w:t>З тих пір самотній і сумний&lt;br /&gt;</w:t>
        <w:br/>
        <w:t>Кругом аула руський бродить.&lt;br /&gt;</w:t>
        <w:br/>
        <w:t>Не раз на небосхил блідий&lt;br /&gt;</w:t>
        <w:br/>
        <w:t>Пекучий день зоря виводить;&lt;br /&gt;</w:t>
        <w:br/>
        <w:t>За ніччю ніч услід відходить;&lt;br /&gt;</w:t>
        <w:br/>
        <w:t>На волю все нема надій!&lt;br /&gt;</w:t>
        <w:br/>
        <w:t>Пролине сарна за кущами,&lt;br /&gt;</w:t>
        <w:br/>
        <w:t>В тумані пробіжить сайгак, —&lt;br /&gt;</w:t>
        <w:br/>
        <w:t>Він раптом дзвонить ланцюгами.&lt;br /&gt;</w:t>
        <w:br/>
        <w:t>Він жде, що з'явиться козак,&lt;br /&gt;</w:t>
        <w:br/>
        <w:t>Який в нічний аул влітає,&lt;br /&gt;</w:t>
        <w:br/>
        <w:t>Рабів відважно визволяє.&lt;br /&gt;</w:t>
        <w:br/>
        <w:t>Він кличе... Все кругом мовчить.&lt;br /&gt;</w:t>
        <w:br/>
        <w:t>І тільки хвиля бурно рине,&lt;br /&gt;</w:t>
        <w:br/>
        <w:t>І звір од вигуку людини&lt;br /&gt;</w:t>
        <w:br/>
        <w:t>В пустелю злякано біжить.</w:t>
      </w:r>
    </w:p>
    <w:p>
      <w:r>
        <w:br/>
        <w:t>Раз чує руський полонений —&lt;br /&gt;</w:t>
        <w:br/>
        <w:t>У горах крик розлігсь воєнний:&lt;br /&gt;</w:t>
        <w:br/>
        <w:t>"До табуна!" Біжать, шумлять,&lt;br /&gt;</w:t>
        <w:br/>
        <w:t>Вуздечки мідяні дзвенять,&lt;br /&gt;</w:t>
        <w:br/>
        <w:t>Чорніють бурки, сяють броні,&lt;br /&gt;</w:t>
        <w:br/>
        <w:t>Осідлані басують коні,&lt;br /&gt;</w:t>
        <w:br/>
        <w:t>І до нальоту вже аул&lt;br /&gt;</w:t>
        <w:br/>
        <w:t>Готовий в грізному буянні,&lt;br /&gt;</w:t>
        <w:br/>
        <w:t>Немов ріки шалений гул.&lt;br /&gt;</w:t>
        <w:br/>
        <w:t>Летять по берегах Кубані&lt;br /&gt;</w:t>
        <w:br/>
        <w:t>Бійці збирать криваві дані.</w:t>
      </w:r>
    </w:p>
    <w:p>
      <w:r>
        <w:br/>
        <w:t>Замовк аул; на сонці сплять&lt;br /&gt;</w:t>
        <w:br/>
        <w:t>Пси вартові; а діти голі&lt;br /&gt;</w:t>
        <w:br/>
        <w:t>Шумлять між саклями на волі;&lt;br /&gt;</w:t>
        <w:br/>
        <w:t>їх прадіди старі сидять,&lt;br /&gt;</w:t>
        <w:br/>
        <w:t>В тісному колі гомонять;&lt;br /&gt;</w:t>
        <w:br/>
        <w:t>На фоні снігових верхів&lt;br /&gt;</w:t>
        <w:br/>
        <w:t>Із люльок дим тонкий синіє.&lt;br /&gt;</w:t>
        <w:br/>
        <w:t>Дівочий слухаючи спів,&lt;br /&gt;</w:t>
        <w:br/>
        <w:t>Старече серце молодіє.</w:t>
      </w:r>
    </w:p>
    <w:p>
      <w:r>
        <w:br/>
        <w:t>Черкеська пісня</w:t>
      </w:r>
    </w:p>
    <w:p>
      <w:r>
        <w:br/>
        <w:t>1</w:t>
      </w:r>
    </w:p>
    <w:p>
      <w:r>
        <w:br/>
        <w:t>Верхів'я морок обійняв,&lt;br /&gt;</w:t>
        <w:br/>
        <w:t>Гримить у річці вал шумливий;&lt;br /&gt;</w:t>
        <w:br/>
        <w:t>Козак з утоми задрімав,&lt;br /&gt;</w:t>
        <w:br/>
        <w:t>На спис обпершись незрадливий.&lt;br /&gt;</w:t>
        <w:br/>
        <w:t>Не спи, козаче: в тьмі нічній&lt;br /&gt;</w:t>
        <w:br/>
        <w:t>Чеченець ходить, ворог твій.</w:t>
      </w:r>
    </w:p>
    <w:p>
      <w:r>
        <w:br/>
        <w:t>2</w:t>
      </w:r>
    </w:p>
    <w:p>
      <w:r>
        <w:br/>
        <w:t>Козак у човнику пливе.&lt;br /&gt;</w:t>
        <w:br/>
        <w:t>Задумав рибу він ловити.&lt;br /&gt;</w:t>
        <w:br/>
        <w:t>Козаче, в цвіті юних днів&lt;br /&gt;</w:t>
        <w:br/>
        <w:t>Ти втонеш, як маленькі діти,&lt;br /&gt;</w:t>
        <w:br/>
        <w:t>Що в час купаються душний:&lt;br /&gt;</w:t>
        <w:br/>
        <w:t>Чеченець ходить, ворог твій.</w:t>
      </w:r>
    </w:p>
    <w:p>
      <w:r>
        <w:br/>
        <w:t>3</w:t>
      </w:r>
    </w:p>
    <w:p>
      <w:r>
        <w:br/>
        <w:t>На берегах прозорих вод&lt;br /&gt;</w:t>
        <w:br/>
        <w:t>Цвітуть, пишаються станиці;&lt;br /&gt;</w:t>
        <w:br/>
        <w:t>Веселий в'ється коловод.&lt;br /&gt;</w:t>
        <w:br/>
        <w:t>Тікайте, руськії дівиці;&lt;br /&gt;</w:t>
        <w:br/>
        <w:t>Рятуйся, люде молодий:&lt;br /&gt;</w:t>
        <w:br/>
        <w:t>Чеченець ходить, ворог твій.</w:t>
      </w:r>
    </w:p>
    <w:p>
      <w:r>
        <w:br/>
        <w:t>Так молоді співали діви.&lt;br /&gt;</w:t>
        <w:br/>
        <w:t>Про втечу думав нещасливий,&lt;br /&gt;</w:t>
        <w:br/>
        <w:t>Та кайданів вага тяжка,&lt;br /&gt;</w:t>
        <w:br/>
        <w:t>Та бистро в даль пливе ріка...&lt;br /&gt;</w:t>
        <w:br/>
        <w:t>Аж от померкнув степ заснулий,&lt;br /&gt;</w:t>
        <w:br/>
        <w:t>Злилися скелі в тьмі німій,&lt;br /&gt;</w:t>
        <w:br/>
        <w:t>І над хатинами аула&lt;br /&gt;</w:t>
        <w:br/>
        <w:t>Засяяв місяць золотий;&lt;br /&gt;</w:t>
        <w:br/>
        <w:t>В півсні олені над водою,&lt;br /&gt;</w:t>
        <w:br/>
        <w:t>Замовкнув пізній крик орлів,&lt;br /&gt;</w:t>
        <w:br/>
        <w:t>І глухо лине за горою&lt;br /&gt;</w:t>
        <w:br/>
        <w:t>Далекий тупіт табунів.</w:t>
      </w:r>
    </w:p>
    <w:p>
      <w:r>
        <w:br/>
        <w:t>Чийсь крок поволі чути стало,&lt;br /&gt;</w:t>
        <w:br/>
        <w:t>Майнуло діви покривало,&lt;br /&gt;</w:t>
        <w:br/>
        <w:t>І от — поблідла і сумна&lt;br /&gt;</w:t>
        <w:br/>
        <w:t>До нього підійшла вона.&lt;br /&gt;</w:t>
        <w:br/>
        <w:t>Їй на устах німіють речі,&lt;br /&gt;</w:t>
        <w:br/>
        <w:t>Поблідла молода краса,&lt;br /&gt;</w:t>
        <w:br/>
        <w:t>Спадає хвилею коса&lt;br /&gt;</w:t>
        <w:br/>
        <w:t>На перса пишні і на плечі.&lt;br /&gt;</w:t>
        <w:br/>
        <w:t>Вона з собою принесла&lt;br /&gt;</w:t>
        <w:br/>
        <w:t>І пилку і кинджал булатний,&lt;br /&gt;</w:t>
        <w:br/>
        <w:t>Немов готова йти була&lt;br /&gt;</w:t>
        <w:br/>
        <w:t>На тайний бій, на подвиг ратний.&lt;br /&gt;</w:t>
        <w:br/>
        <w:t>І кинувши на бранця зір,&lt;br /&gt;</w:t>
        <w:br/>
        <w:t>"Тікай, — сказала діва гір: —&lt;br /&gt;</w:t>
        <w:br/>
        <w:t>Черкес ніде тебе не стріне,&lt;br /&gt;</w:t>
        <w:br/>
        <w:t>Спіши, не гай годин нічних;&lt;br /&gt;</w:t>
        <w:br/>
        <w:t>Візьми кинджал: слідів твоїх&lt;br /&gt;</w:t>
        <w:br/>
        <w:t>Ніхто не знайде в тьмі долини".</w:t>
      </w:r>
    </w:p>
    <w:p>
      <w:r>
        <w:br/>
        <w:t>І пилку дівчина взяла,&lt;br /&gt;</w:t>
        <w:br/>
        <w:t>До ніг його вона склонилась:&lt;br /&gt;</w:t>
        <w:br/>
        <w:t>В залізо врізалась пила,&lt;br /&gt;</w:t>
        <w:br/>
        <w:t>Сльоза з-під вії покотилась, —&lt;br /&gt;</w:t>
        <w:br/>
        <w:t>І впали кільця ланцюгів.&lt;br /&gt;</w:t>
        <w:br/>
        <w:t>"Ти вільний, — голос продзвенів: —&lt;br /&gt;</w:t>
        <w:br/>
        <w:t>Тікай". Та зір її безумний&lt;br /&gt;</w:t>
        <w:br/>
        <w:t>Спахнув коханням огняним.&lt;br /&gt;</w:t>
        <w:br/>
        <w:t>Вона страждала. Вітер шумний&lt;br /&gt;</w:t>
        <w:br/>
        <w:t>Крутив чадру її, як дим.&lt;br /&gt;</w:t>
        <w:br/>
        <w:t>"О друже! — крикнув він, — ходім,&lt;br /&gt;</w:t>
        <w:br/>
        <w:t>Тікаймо звідси, друже милий!&lt;br /&gt;</w:t>
        <w:br/>
        <w:t>Я твій до смерті, до могили!&lt;br /&gt;</w:t>
        <w:br/>
        <w:t>Тікаймо вдвох!" — "Ні, руський, ні!&lt;br /&gt;</w:t>
        <w:br/>
        <w:t>Квітуча юність відбуяла;&lt;br /&gt;</w:t>
        <w:br/>
        <w:t>Я щастя, я кохання знала,&lt;br /&gt;</w:t>
        <w:br/>
        <w:t>Та не вернуть того мені!&lt;br /&gt;</w:t>
        <w:br/>
        <w:t>Кохаєш іншу ти, щасливу!..&lt;br /&gt;</w:t>
        <w:br/>
        <w:t>Знайди її, люби її;&lt;br /&gt;</w:t>
        <w:br/>
        <w:t>Про що ж я думаю журливо?&lt;br /&gt;</w:t>
        <w:br/>
        <w:t>Чом серце рвуть думки мої?..&lt;br /&gt;</w:t>
        <w:br/>
        <w:t>Я в щасті жить тобі бажаю.&lt;br /&gt;</w:t>
        <w:br/>
        <w:t>А я? Мій день уже погас.&lt;br /&gt;</w:t>
        <w:br/>
        <w:t>Прощай — забудь, що я страждаю,&lt;br /&gt;</w:t>
        <w:br/>
        <w:t>І руку дай... в останній раз".</w:t>
      </w:r>
    </w:p>
    <w:p>
      <w:r>
        <w:br/>
        <w:t>З воскреслим серцем діві руки&lt;br /&gt;</w:t>
        <w:br/>
        <w:t>Простяг юнак під вітру спів,&lt;br /&gt;</w:t>
        <w:br/>
        <w:t>Цілунок огняний розлуки&lt;br /&gt;</w:t>
        <w:br/>
        <w:t>Кінець любові освятив.&lt;br /&gt;</w:t>
        <w:br/>
        <w:t>В руці рука, мов занімілі,&lt;br /&gt;</w:t>
        <w:br/>
        <w:t>Зійшли до річки мовчазні — .&lt;br /&gt;</w:t>
        <w:br/>
        <w:t>Юнак в шумливій глибині&lt;br /&gt;</w:t>
        <w:br/>
        <w:t>Уже пливе і пінить хвилі,&lt;br /&gt;</w:t>
        <w:br/>
        <w:t>До скель добувся кам'яних,&lt;br /&gt;</w:t>
        <w:br/>
        <w:t>Уже хапається за них...&lt;br /&gt;</w:t>
        <w:br/>
        <w:t>Враз хвилі глухо зашуміли,&lt;br /&gt;</w:t>
        <w:br/>
        <w:t>І чути стогін вдалині...&lt;br /&gt;</w:t>
        <w:br/>
        <w:t>Він глянув... береги ясні,&lt;br /&gt;</w:t>
        <w:br/>
        <w:t>Клекоче шумовиння біле;&lt;br /&gt;</w:t>
        <w:br/>
        <w:t>Синіють гір стрімчасті схили;&lt;br /&gt;</w:t>
        <w:br/>
        <w:t>Але черкешенки нема,&lt;br /&gt;</w:t>
        <w:br/>
        <w:t>Шукає зір її дарма...&lt;br /&gt;</w:t>
        <w:br/>
        <w:t>Скрізь мертво... Спить усе глибоко,&lt;br /&gt;</w:t>
        <w:br/>
        <w:t>Усе туманом повилось,&lt;br /&gt;</w:t>
        <w:br/>
        <w:t>І в світлі місячнім широко&lt;br /&gt;</w:t>
        <w:br/>
        <w:t>На річці коло розпливлось.</w:t>
      </w:r>
    </w:p>
    <w:p>
      <w:r>
        <w:br/>
        <w:t>Він все збагнув. З лицем туманним&lt;br /&gt;</w:t>
        <w:br/>
        <w:t>Оглянув він в останній раз&lt;br /&gt;</w:t>
        <w:br/>
        <w:t>Глухий аул з його парканом,&lt;br /&gt;</w:t>
        <w:br/>
        <w:t>Поля, де бранцем стадо пас,&lt;br /&gt;</w:t>
        <w:br/>
        <w:t>Де волочив свої кайдани,&lt;br /&gt;</w:t>
        <w:br/>
        <w:t>Струмок, де він відпочивав,&lt;br /&gt;</w:t>
        <w:br/>
        <w:t>Де марив з помутнілим зором,&lt;br /&gt;</w:t>
        <w:br/>
        <w:t>Коли між гір черкес суворий&lt;br /&gt;</w:t>
        <w:br/>
        <w:t>Про волю в тишині співав.</w:t>
      </w:r>
    </w:p>
    <w:p>
      <w:r>
        <w:br/>
        <w:t>Над поріділою імлою&lt;br /&gt;</w:t>
        <w:br/>
        <w:t>Зійшла зоря у небесах.&lt;br /&gt;</w:t>
        <w:br/>
        <w:t>Вже вільний бранець під горою&lt;br /&gt;</w:t>
        <w:br/>
        <w:t>Йшов по неходжених стежках.&lt;br /&gt;</w:t>
        <w:br/>
        <w:t>І перед ним уже в туманах&lt;br /&gt;</w:t>
        <w:br/>
        <w:t>Російські блискали штики,&lt;br /&gt;</w:t>
        <w:br/>
        <w:t>І над списами на курганах&lt;br /&gt;</w:t>
        <w:br/>
        <w:t>Перекликались козаки.</w:t>
      </w:r>
    </w:p>
    <w:p>
      <w:r>
        <w:br/>
        <w:t>ЕПІЛОГ</w:t>
      </w:r>
    </w:p>
    <w:p>
      <w:r>
        <w:br/>
        <w:t>Так муза, мрії друг легкий,&lt;br /&gt;</w:t>
        <w:br/>
        <w:t>До грані Азії літала&lt;br /&gt;</w:t>
        <w:br/>
        <w:t>І для вінка собі зривала&lt;br /&gt;</w:t>
        <w:br/>
        <w:t>Кавказу квіти в чарах мрій.&lt;br /&gt;</w:t>
        <w:br/>
        <w:t>Вона любила дух бентежний&lt;br /&gt;</w:t>
        <w:br/>
        <w:t>Племен, змужнілих у війні,&lt;br /&gt;</w:t>
        <w:br/>
        <w:t>І в войовничій їх одежі&lt;br /&gt;</w:t>
        <w:br/>
        <w:t>Не раз з'являлася мені.&lt;br /&gt;</w:t>
        <w:br/>
        <w:t>Круг скель блукала посмутнілих&lt;br /&gt;</w:t>
        <w:br/>
        <w:t>Там, де аулів тишина,&lt;br /&gt;</w:t>
        <w:br/>
        <w:t>І співи дів осиротілих&lt;br /&gt;</w:t>
        <w:br/>
        <w:t>В задумі слухала вона.&lt;br /&gt;</w:t>
        <w:br/>
        <w:t>Любила гори і станиці,&lt;br /&gt;</w:t>
        <w:br/>
        <w:t>Степи, тривоги козаків,&lt;br /&gt;</w:t>
        <w:br/>
        <w:t>Кургани і сумні гробниці,&lt;br /&gt;</w:t>
        <w:br/>
        <w:t>І шум, і ржання табунів.&lt;br /&gt;</w:t>
        <w:br/>
        <w:t>Відрада віку молодого,&lt;br /&gt;</w:t>
        <w:br/>
        <w:t>Згадає, може, ще вона.&lt;br /&gt;</w:t>
        <w:br/>
        <w:t>Моя богиня чарівна,&lt;br /&gt;</w:t>
        <w:br/>
        <w:t>Кавказу відгуки грізного;&lt;br /&gt;</w:t>
        <w:br/>
        <w:t>Згадає повість давніх днів,&lt;br /&gt;</w:t>
        <w:br/>
        <w:t>Мстислава мужнього змагання,&lt;br /&gt;</w:t>
        <w:br/>
        <w:t>Загибель російських мужів,&lt;br /&gt;</w:t>
        <w:br/>
        <w:t>Грузинок помсту в час кохання.&lt;br /&gt;</w:t>
        <w:br/>
        <w:t>Я оспіваю славний час,&lt;br /&gt;</w:t>
        <w:br/>
        <w:t>Коли на клич війни кривавий,&lt;br /&gt;</w:t>
        <w:br/>
        <w:t>Що кинув збурений Кавказ,&lt;br /&gt;</w:t>
        <w:br/>
        <w:t>Піднісся наш орел двоглавий;&lt;br /&gt;</w:t>
        <w:br/>
        <w:t>Коли над Тереком мутним&lt;br /&gt;</w:t>
        <w:br/>
        <w:t>Ударив бою перший грім&lt;br /&gt;</w:t>
        <w:br/>
        <w:t>І гуркіт руських барабанів,&lt;br /&gt;</w:t>
        <w:br/>
        <w:t>І в куль потоці огнянім&lt;br /&gt;</w:t>
        <w:br/>
        <w:t>Палкий з'явився Ціціанов;&lt;br /&gt;</w:t>
        <w:br/>
        <w:t>Згадає ліра чарівна&lt;br /&gt;</w:t>
        <w:br/>
        <w:t>І Котляревського, героя,&lt;br /&gt;</w:t>
        <w:br/>
        <w:t>Що наче чорною чумою&lt;br /&gt;</w:t>
        <w:br/>
        <w:t>Кавказу нищив племена...&lt;br /&gt;</w:t>
        <w:br/>
        <w:t>Ти вже покинув шаблю мстиву,&lt;br /&gt;</w:t>
        <w:br/>
        <w:t>Тобі не любий гул пожеж,&lt;br /&gt;</w:t>
        <w:br/>
        <w:t>В спокої хатнім мовчазливо&lt;br /&gt;</w:t>
        <w:br/>
        <w:t>У язвах честі ти живеш, —&lt;br /&gt;</w:t>
        <w:br/>
        <w:t>Ти сам себе так жить зневолив...&lt;br /&gt;</w:t>
        <w:br/>
        <w:t>Та грізна тінь на Схід лягла!&lt;br /&gt;</w:t>
        <w:br/>
        <w:t>Схили ж високий сніг чола,&lt;br /&gt;</w:t>
        <w:br/>
        <w:t>Скорись, Кавказе: йде Єрмолов!..</w:t>
      </w:r>
    </w:p>
    <w:p>
      <w:r>
        <w:br/>
        <w:t>Замовк у горах крик війни,&lt;br /&gt;</w:t>
        <w:br/>
        <w:t>Тепер там руський меч владика.&lt;br /&gt;</w:t>
        <w:br/>
        <w:t>Кавказу гордого сини,&lt;br /&gt;</w:t>
        <w:br/>
        <w:t>В борні ви гинули без ліку,&lt;br /&gt;</w:t>
        <w:br/>
        <w:t>Та перемоги наша кров&lt;br /&gt;</w:t>
        <w:br/>
        <w:t>Вам не дала, як ваші броні,&lt;br /&gt;</w:t>
        <w:br/>
        <w:t>І гори, і шаблі, і коні,&lt;br /&gt;</w:t>
        <w:br/>
        <w:t>І дика вільності любов!&lt;br /&gt;</w:t>
        <w:br/>
        <w:t>Забуде, як народ Батия,&lt;br /&gt;</w:t>
        <w:br/>
        <w:t>Кавказ огні старовини,&lt;br /&gt;</w:t>
        <w:br/>
        <w:t>Повік не знатиме війни,&lt;br /&gt;</w:t>
        <w:br/>
        <w:t>Тугі сагайдаки закриє.&lt;br /&gt;</w:t>
        <w:br/>
        <w:t>І подорожній помандрує&lt;br /&gt;</w:t>
        <w:br/>
        <w:t>Без жаху в глибочінь долин&lt;br /&gt;</w:t>
        <w:br/>
        <w:t>І лиш в переказі почує&lt;br /&gt;</w:t>
        <w:br/>
        <w:t>Про волі вашої загин.</w:t>
      </w:r>
    </w:p>
    <w:p>
      <w:r>
        <w:br/>
        <w:t>1820—1821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Кавказький бранець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