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Дурила</w:t>
      </w:r>
    </w:p>
    <w:p>
      <w:r>
        <w:br/>
        <w:t xml:space="preserve"> Ото ж воно й почалося з&lt;br /&gt;</w:t>
        <w:br/>
        <w:t>того,&lt;br /&gt;</w:t>
        <w:br/>
        <w:t>що одружився дурний&lt;br /&gt;</w:t>
        <w:br/>
        <w:t>Петро.&lt;br /&gt;</w:t>
        <w:br/>
        <w:t>Тільки до хати привів&lt;br /&gt;</w:t>
        <w:br/>
        <w:t>небогу —&lt;br /&gt;</w:t>
        <w:br/>
        <w:t>зразу ж топитись пішов у&lt;br /&gt;</w:t>
        <w:br/>
        <w:t>Дніпро.&lt;br /&gt;</w:t>
        <w:br/>
        <w:t>Стрибнув у воду — в воді&lt;br /&gt;</w:t>
        <w:br/>
        <w:t>не тоне,&lt;br /&gt;</w:t>
        <w:br/>
        <w:t>почухав тім'я дурний,&lt;br /&gt;</w:t>
        <w:br/>
        <w:t>а тоді&lt;br /&gt;</w:t>
        <w:br/>
        <w:t>почав серед річки —&lt;br /&gt;</w:t>
        <w:br/>
        <w:t>хай Бог боронить! —&lt;br /&gt;</w:t>
        <w:br/>
        <w:t>ходить на руках по воді.&lt;br /&gt;</w:t>
        <w:br/>
        <w:t>Походить трохи та ляже&lt;br /&gt;</w:t>
        <w:br/>
        <w:t>полежить,&lt;br /&gt;</w:t>
        <w:br/>
        <w:t>на хвилю закине ноги&lt;br /&gt;</w:t>
        <w:br/>
        <w:t>брудні —&lt;br /&gt;</w:t>
        <w:br/>
        <w:t>і хоч би тобі що!&lt;br /&gt;</w:t>
        <w:br/>
        <w:t>Схопив, правда, нежить&lt;br /&gt;</w:t>
        <w:br/>
        <w:t>та рибалок до смерті злякав&lt;br /&gt;</w:t>
        <w:br/>
        <w:t>у човні.&lt;br /&gt;</w:t>
        <w:br/>
        <w:t>Йому все байдуже —&lt;br /&gt;</w:t>
        <w:br/>
        <w:t>ходить та чхає,&lt;br /&gt;</w:t>
        <w:br/>
        <w:t>та грайливо моргає до&lt;br /&gt;</w:t>
        <w:br/>
        <w:t>риб,&lt;br /&gt;</w:t>
        <w:br/>
        <w:t>а небога із кручі рукою&lt;br /&gt;</w:t>
        <w:br/>
        <w:t>махає:&lt;br /&gt;</w:t>
        <w:br/>
        <w:t>— Вернись, чоловіче,&lt;br /&gt;</w:t>
        <w:br/>
        <w:t>бо з'їм твій хліб! —&lt;br /&gt;</w:t>
        <w:br/>
        <w:t>Почув те Петро та бігом&lt;br /&gt;</w:t>
        <w:br/>
        <w:t>додому,&lt;br /&gt;</w:t>
        <w:br/>
        <w:t>що запопав — то усе&lt;br /&gt;</w:t>
        <w:br/>
        <w:t>перегриз,&lt;br /&gt;</w:t>
        <w:br/>
        <w:t>добре, що жінка спалила&lt;br /&gt;</w:t>
        <w:br/>
        <w:t>солому&lt;br /&gt;</w:t>
        <w:br/>
        <w:t>та в глечиках поховала&lt;br /&gt;</w:t>
        <w:br/>
        <w:t>дрова і хмиз.&lt;br /&gt;</w:t>
        <w:br/>
        <w:t>Наївся Петро:&lt;br /&gt;</w:t>
        <w:br/>
        <w:t>— Ну, стели постелю,&lt;br /&gt;</w:t>
        <w:br/>
        <w:t>горличко ніжна моя,-&lt;br /&gt;</w:t>
        <w:br/>
        <w:t>та сама лишень лізь під&lt;br /&gt;</w:t>
        <w:br/>
        <w:t>стелю,&lt;br /&gt;</w:t>
        <w:br/>
        <w:t>а на долівці приляжу я.-&lt;br /&gt;</w:t>
        <w:br/>
        <w:t>Отак і жили без нужди та&lt;br /&gt;</w:t>
        <w:br/>
        <w:t>горя. Сусіди шепталися, як&lt;br /&gt;</w:t>
        <w:br/>
        <w:t>один:&lt;br /&gt;</w:t>
        <w:br/>
        <w:t>— Від чого товстіє Петрова&lt;br /&gt;</w:t>
        <w:br/>
        <w:t>Федоря? —&lt;br /&gt;</w:t>
        <w:br/>
        <w:t>Аж гульк —&lt;br /&gt;</w:t>
        <w:br/>
        <w:t>у Федори син.&lt;br /&gt;</w:t>
        <w:br/>
        <w:t>І такий тобі хлопець, що&lt;br /&gt;</w:t>
        <w:br/>
        <w:t>далі нікуди,&lt;br /&gt;</w:t>
        <w:br/>
        <w:t>і такий тобі хлопець, що —&lt;br /&gt;</w:t>
        <w:br/>
        <w:t>ну.&lt;br /&gt;</w:t>
        <w:br/>
        <w:t>На другий рік вже навчився&lt;br /&gt;</w:t>
        <w:br/>
        <w:t>бігати,&lt;br /&gt;</w:t>
        <w:br/>
        <w:t>а на шостий — виматюкав&lt;br /&gt;</w:t>
        <w:br/>
        <w:t>старшину.&lt;br /&gt;</w:t>
        <w:br/>
        <w:t>Прийшли тоді до Петра&lt;br /&gt;</w:t>
        <w:br/>
        <w:t>пузаті&lt;br /&gt;</w:t>
        <w:br/>
        <w:t>та й кажуть:&lt;br /&gt;</w:t>
        <w:br/>
        <w:t>— Ти знаєш чи ні,&lt;br /&gt;</w:t>
        <w:br/>
        <w:t>що виродок твій губатий&lt;br /&gt;</w:t>
        <w:br/>
        <w:t>сказав, ніби ми дурні? —&lt;br /&gt;</w:t>
        <w:br/>
        <w:t>Розізлився Петро:&lt;br /&gt;</w:t>
        <w:br/>
        <w:t>— Отаке тобі й на!&lt;br /&gt;</w:t>
        <w:br/>
        <w:t>Та я ж його витурю з&lt;br /&gt;</w:t>
        <w:br/>
        <w:t>дому,&lt;br /&gt;</w:t>
        <w:br/>
        <w:t>щоб не балакав малий&lt;br /&gt;</w:t>
        <w:br/>
        <w:t>сатана&lt;br /&gt;</w:t>
        <w:br/>
        <w:t>того, що усім відомо...-&lt;br /&gt;</w:t>
        <w:br/>
        <w:t>Узяв і прогнав.&lt;br /&gt;</w:t>
        <w:br/>
        <w:t>А що дурному?&lt;br /&gt;</w:t>
        <w:br/>
        <w:t>Тільки приказував, як&lt;br /&gt;</w:t>
        <w:br/>
        <w:t>проганяв:&lt;br /&gt;</w:t>
        <w:br/>
        <w:t>— Іди, лобуряко, з дому —&lt;br /&gt;</w:t>
        <w:br/>
        <w:t>ти з мене останню сорочку зняв!&lt;br /&gt;</w:t>
        <w:br/>
        <w:t>Іди собі, зла личино!&lt;br /&gt;</w:t>
        <w:br/>
        <w:t>Може, десь виб'єшся у&lt;br /&gt;</w:t>
        <w:br/>
        <w:t>пани,&lt;br /&gt;</w:t>
        <w:br/>
        <w:t>то гляди не поскупися,&lt;br /&gt;</w:t>
        <w:br/>
        <w:t>сину,&lt;br /&gt;</w:t>
        <w:br/>
        <w:t>матері справить картату&lt;br /&gt;</w:t>
        <w:br/>
        <w:t>хустину,&lt;br /&gt;</w:t>
        <w:br/>
        <w:t>а мені — кисет і штани...&lt;br /&gt;</w:t>
        <w:br/>
        <w:t>Ну, йди вже, клята рахубо,&lt;br /&gt;</w:t>
        <w:br/>
        <w:t>бо дома з голоду вріжеш&lt;br /&gt;</w:t>
        <w:br/>
        <w:t>дуба...-&lt;br /&gt;</w:t>
        <w:br/>
        <w:t>І пішло хлоп'я із убогої&lt;br /&gt;</w:t>
        <w:br/>
        <w:t>хати&lt;br /&gt;</w:t>
        <w:br/>
        <w:t>кращої долі собі шукати.&lt;br /&gt;</w:t>
        <w:br/>
        <w:t>Де воно не ходило, де воно&lt;br /&gt;</w:t>
        <w:br/>
        <w:t>не було!&lt;br /&gt;</w:t>
        <w:br/>
        <w:t>Спало, де впало,&lt;br /&gt;</w:t>
        <w:br/>
        <w:t>їло, що мало,&lt;br /&gt;</w:t>
        <w:br/>
        <w:t>та, мов трава, росло.&lt;br /&gt;</w:t>
        <w:br/>
        <w:t>Та хлопця й вигнало —&lt;br /&gt;</w:t>
        <w:br/>
        <w:t>слава Богу:&lt;br /&gt;</w:t>
        <w:br/>
        <w:t>не менше саженя в ріст.&lt;br /&gt;</w:t>
        <w:br/>
        <w:t>Кулаки — мов горщата,&lt;br /&gt;</w:t>
        <w:br/>
        <w:t>мов обаполи, ноги —&lt;br /&gt;</w:t>
        <w:br/>
        <w:t>і де те здоров'я бралося&lt;br /&gt;</w:t>
        <w:br/>
        <w:t>в нього,&lt;br /&gt;</w:t>
        <w:br/>
        <w:t>коли ж все життя&lt;br /&gt;</w:t>
        <w:br/>
        <w:t>безконечний піст?&lt;br /&gt;</w:t>
        <w:br/>
        <w:t>А люди про хлопця так&lt;br /&gt;</w:t>
        <w:br/>
        <w:t>говорили:&lt;br /&gt;</w:t>
        <w:br/>
        <w:t>— Чому б не рости, коли&lt;br /&gt;</w:t>
        <w:br/>
        <w:t>він — Дурило! —&lt;br /&gt;</w:t>
        <w:br/>
        <w:t>Отож, як Дурило уже&lt;br /&gt;</w:t>
        <w:br/>
        <w:t>зміцнів&lt;br /&gt;</w:t>
        <w:br/>
        <w:t>і огидло хлопцеві&lt;br /&gt;</w:t>
        <w:br/>
        <w:t>байдикувати,&lt;br /&gt;</w:t>
        <w:br/>
        <w:t>раптом ні сіло, ні впало він&lt;br /&gt;</w:t>
        <w:br/>
        <w:t>захотів&lt;br /&gt;</w:t>
        <w:br/>
        <w:t>навідаться до рідної&lt;br /&gt;</w:t>
        <w:br/>
        <w:t>хати.&lt;br /&gt;</w:t>
        <w:br/>
        <w:t>Спакував у кишеню речі,&lt;br /&gt;</w:t>
        <w:br/>
        <w:t>доброго костура в руки&lt;br /&gt;</w:t>
        <w:br/>
        <w:t>взяв —&lt;br /&gt;</w:t>
        <w:br/>
        <w:t>і, як говорять, ноги на&lt;br /&gt;</w:t>
        <w:br/>
        <w:t>плечі&lt;br /&gt;</w:t>
        <w:br/>
        <w:t>та й пішов, куди знав.&lt;br /&gt;</w:t>
        <w:br/>
        <w:t>Іде та й людей питає:&lt;br /&gt;</w:t>
        <w:br/>
        <w:t>— А де тут дорога до&lt;br /&gt;</w:t>
        <w:br/>
        <w:t>Рідного краю? —&lt;br /&gt;</w:t>
        <w:br/>
        <w:t>А люди говорять:&lt;br /&gt;</w:t>
        <w:br/>
        <w:t>— Кругла Земля,&lt;br /&gt;</w:t>
        <w:br/>
        <w:t>так що прямої дороги немає:&lt;br /&gt;</w:t>
        <w:br/>
        <w:t>сонце сходить онно&lt;br /&gt;</w:t>
        <w:br/>
        <w:t>звідтіля,&lt;br /&gt;</w:t>
        <w:br/>
        <w:t>а тамечки он сідає.&lt;br /&gt;</w:t>
        <w:br/>
        <w:t>Спитай у нього. Воно&lt;br /&gt;</w:t>
        <w:br/>
        <w:t>біга довкола Землі давно,&lt;br /&gt;</w:t>
        <w:br/>
        <w:t>то, певне, тобі щось&lt;br /&gt;</w:t>
        <w:br/>
        <w:t>розумне порає.-&lt;br /&gt;</w:t>
        <w:br/>
        <w:t>Махнув рукою Дурило&lt;br /&gt;</w:t>
        <w:br/>
        <w:t>та й пішов навпростець,&lt;br /&gt;</w:t>
        <w:br/>
        <w:t>добре, що сонце у спину&lt;br /&gt;</w:t>
        <w:br/>
        <w:t>гріло,&lt;br /&gt;</w:t>
        <w:br/>
        <w:t>а в груди віяв вітерець.&lt;br /&gt;</w:t>
        <w:br/>
        <w:t>Іде та й іде. Аж у ногах&lt;br /&gt;</w:t>
        <w:br/>
        <w:t>занило,&lt;br /&gt;</w:t>
        <w:br/>
        <w:t>присісти хотів, та ба —&lt;br /&gt;</w:t>
        <w:br/>
        <w:t>з-за кущів до Дурила&lt;br /&gt;</w:t>
        <w:br/>
        <w:t>вибігла враз галаслива&lt;br /&gt;</w:t>
        <w:br/>
        <w:t>юрба.&lt;br /&gt;</w:t>
        <w:br/>
        <w:t>— Ти куди йдеш?&lt;br /&gt;</w:t>
        <w:br/>
        <w:t>— Додому.&lt;br /&gt;</w:t>
        <w:br/>
        <w:t>— А де ж та домівка?&lt;br /&gt;</w:t>
        <w:br/>
        <w:t>— У Ріднім краю.&lt;br /&gt;</w:t>
        <w:br/>
        <w:t>— А край де?&lt;br /&gt;</w:t>
        <w:br/>
        <w:t>— Їй-богу, не знаю.&lt;br /&gt;</w:t>
        <w:br/>
        <w:t>Я люди, шукаю вітчизну свою.&lt;br /&gt;</w:t>
        <w:br/>
        <w:t>— А навіщо шукати?&lt;br /&gt;</w:t>
        <w:br/>
        <w:t>Лишайся, хлопче, у нас —&lt;br /&gt;</w:t>
        <w:br/>
        <w:t>у нас не життя, а свято,&lt;br /&gt;</w:t>
        <w:br/>
        <w:t>щасливим зробишся враз.-&lt;br /&gt;</w:t>
        <w:br/>
        <w:t>І вмить та юрба оточила&lt;br /&gt;</w:t>
        <w:br/>
        <w:t>Дурила&lt;br /&gt;</w:t>
        <w:br/>
        <w:t>і дружно до нього отак&lt;br /&gt;</w:t>
        <w:br/>
        <w:t>говорила:</w:t>
      </w:r>
    </w:p>
    <w:p>
      <w:r>
        <w:br/>
        <w:t>РЕЧИТАТИВ СТАРШИН РАЮ</w:t>
      </w:r>
    </w:p>
    <w:p>
      <w:r>
        <w:br/>
        <w:t>Порода наша мудра від&lt;br /&gt;</w:t>
        <w:br/>
        <w:t>природи,&lt;br /&gt;</w:t>
        <w:br/>
        <w:t>ми знаєм все, бо осягнули&lt;br /&gt;</w:t>
        <w:br/>
        <w:t>все.&lt;br /&gt;</w:t>
        <w:br/>
        <w:t>І глипає на нас зворушено&lt;br /&gt;</w:t>
        <w:br/>
        <w:t>і гордо&lt;br /&gt;</w:t>
        <w:br/>
        <w:t>щасливий предок — щирий&lt;br /&gt;</w:t>
        <w:br/>
        <w:t>шимпанзе.&lt;br /&gt;</w:t>
        <w:br/>
        <w:t>Йому гойдатись на гіллі&lt;br /&gt;</w:t>
        <w:br/>
        <w:t>рипучім&lt;br /&gt;</w:t>
        <w:br/>
        <w:t>і на тропічних тішитись&lt;br /&gt;</w:t>
        <w:br/>
        <w:t>вітрах,&lt;br /&gt;</w:t>
        <w:br/>
        <w:t>а ми підем і цілий світ&lt;br /&gt;</w:t>
        <w:br/>
        <w:t>научим,&lt;br /&gt;</w:t>
        <w:br/>
        <w:t>як у чорнильних плавати&lt;br /&gt;</w:t>
        <w:br/>
        <w:t>морях.&lt;br /&gt;</w:t>
        <w:br/>
        <w:t>У нас до того мудрі всі&lt;br /&gt;</w:t>
        <w:br/>
        <w:t>та вчені,&lt;br /&gt;</w:t>
        <w:br/>
        <w:t>що лімітуємо чорнило&lt;br /&gt;</w:t>
        <w:br/>
        <w:t>і папір.&lt;br /&gt;</w:t>
        <w:br/>
        <w:t>Вулкани діють дужі&lt;br /&gt;</w:t>
        <w:br/>
        <w:t>і скажені&lt;br /&gt;</w:t>
        <w:br/>
        <w:t>в хребтах висотних&lt;br /&gt;</w:t>
        <w:br/>
        <w:t>паперових гір.&lt;br /&gt;</w:t>
        <w:br/>
        <w:t>Ми знаєм все! Для нас усе&lt;br /&gt;</w:t>
        <w:br/>
        <w:t>відоме!&lt;br /&gt;</w:t>
        <w:br/>
        <w:t>буде завтра? Запитайте&lt;br /&gt;</w:t>
        <w:br/>
        <w:t>нас.&lt;br /&gt;</w:t>
        <w:br/>
        <w:t>Як живить вогнища руда&lt;br /&gt;</w:t>
        <w:br/>
        <w:t>суха солома,&lt;br /&gt;</w:t>
        <w:br/>
        <w:t>так нас годує мудрість&lt;br /&gt;</w:t>
        <w:br/>
        <w:t>повсякчас.&lt;br /&gt;</w:t>
        <w:br/>
        <w:t>Ми пронесем, ми підведем&lt;br /&gt;</w:t>
        <w:br/>
        <w:t>і підем,&lt;br /&gt;</w:t>
        <w:br/>
        <w:t>ми дійдемо, ми сягнемо&lt;br /&gt;</w:t>
        <w:br/>
        <w:t>висот!&lt;br /&gt;</w:t>
        <w:br/>
        <w:t>Ми стільки істин вам за&lt;br /&gt;</w:t>
        <w:br/>
        <w:t>мить націдим,&lt;br /&gt;</w:t>
        <w:br/>
        <w:t>що подив назавжди&lt;br /&gt;</w:t>
        <w:br/>
        <w:t>заціпить рот.&lt;br /&gt;</w:t>
        <w:br/>
        <w:t>Чого ж тиняєтесь по світу,&lt;br /&gt;</w:t>
        <w:br/>
        <w:t>ніби п'яні,&lt;br /&gt;</w:t>
        <w:br/>
        <w:t>чого шукаєте, коли ми все знайшли,&lt;br /&gt;</w:t>
        <w:br/>
        <w:t>коли ведуть дороги&lt;br /&gt;</w:t>
        <w:br/>
        <w:t>осіянні&lt;br /&gt;</w:t>
        <w:br/>
        <w:t>під наше сонце з вашої&lt;br /&gt;</w:t>
        <w:br/>
        <w:t>імли?&lt;br /&gt;</w:t>
        <w:br/>
        <w:t>У нас давно ніхто й не чув&lt;br /&gt;</w:t>
        <w:br/>
        <w:t>про горе&lt;br /&gt;</w:t>
        <w:br/>
        <w:t>та інші нісенітниці й&lt;br /&gt;</w:t>
        <w:br/>
        <w:t>бридню.&lt;br /&gt;</w:t>
        <w:br/>
        <w:t>Одна турбота чола наші&lt;br /&gt;</w:t>
        <w:br/>
        <w:t>оре —&lt;br /&gt;</w:t>
        <w:br/>
        <w:t>а що, як в мудрі паперові&lt;br /&gt;</w:t>
        <w:br/>
        <w:t>гори&lt;br /&gt;</w:t>
        <w:br/>
        <w:t>раптово влучить іскорка&lt;br /&gt;</w:t>
        <w:br/>
        <w:t>вогню?&lt;br /&gt;</w:t>
        <w:br/>
        <w:t>Чи вистачить чорнила, щоб&lt;br /&gt;</w:t>
        <w:br/>
        <w:t>залить?&lt;br /&gt;</w:t>
        <w:br/>
        <w:t>А більше нам нічого не&lt;br /&gt;</w:t>
        <w:br/>
        <w:t>болить&lt;br /&gt;</w:t>
        <w:br/>
        <w:t>Дурило, звичайно,&lt;br /&gt;</w:t>
        <w:br/>
        <w:t>розвішує вуха,&lt;br /&gt;</w:t>
        <w:br/>
        <w:t>Дурило аж рота роззявив&lt;br /&gt;</w:t>
        <w:br/>
        <w:t>та слуха,&lt;br /&gt;</w:t>
        <w:br/>
        <w:t>Дурило гукає:&lt;br /&gt;</w:t>
        <w:br/>
        <w:t>— Зрікаюся Рідного краю!&lt;br /&gt;</w:t>
        <w:br/>
        <w:t>Візьміть мене, друзі, до&lt;br /&gt;</w:t>
        <w:br/>
        <w:t>вашого раю! —&lt;br /&gt;</w:t>
        <w:br/>
        <w:t>І друзі Дурила під руки&lt;br /&gt;</w:t>
        <w:br/>
        <w:t>беруть,&lt;br /&gt;</w:t>
        <w:br/>
        <w:t>і друзі Дурила до себе&lt;br /&gt;</w:t>
        <w:br/>
        <w:t>ведуть.&lt;br /&gt;</w:t>
        <w:br/>
        <w:t>А хлопцеві думка сидить в&lt;br /&gt;</w:t>
        <w:br/>
        <w:t>голові:&lt;br /&gt;</w:t>
        <w:br/>
        <w:t>— Чого, люди добрі, в&lt;br /&gt;</w:t>
        <w:br/>
        <w:t>вас ноги в крові?&lt;br /&gt;</w:t>
        <w:br/>
        <w:t>— Та це,— йому&lt;br /&gt;</w:t>
        <w:br/>
        <w:t>кажуть,-&lt;br /&gt;</w:t>
        <w:br/>
        <w:t>така у нас звичка:&lt;br /&gt;</w:t>
        <w:br/>
        <w:t>до щастя дорога веде через&lt;br /&gt;</w:t>
        <w:br/>
        <w:t>річку —&lt;br /&gt;</w:t>
        <w:br/>
        <w:t>та річка із крові та трішки&lt;br /&gt;</w:t>
        <w:br/>
        <w:t>зі сліз,&lt;br /&gt;</w:t>
        <w:br/>
        <w:t>але ти не бійся.&lt;br /&gt;</w:t>
        <w:br/>
        <w:t>Не втопишся.&lt;br /&gt;</w:t>
        <w:br/>
        <w:t>Лізь.&lt;br /&gt;</w:t>
        <w:br/>
        <w:t>Вона не глибока —&lt;br /&gt;</w:t>
        <w:br/>
        <w:t>либонь, до колін...&lt;br /&gt;</w:t>
        <w:br/>
        <w:t>— А кров там чия? — не&lt;br /&gt;</w:t>
        <w:br/>
        <w:t>гамується він.&lt;br /&gt;</w:t>
        <w:br/>
        <w:t>— Чия? А відомо чия —&lt;br /&gt;</w:t>
        <w:br/>
        <w:t>тих людей,&lt;br /&gt;</w:t>
        <w:br/>
        <w:t>що підло не визнали&lt;br /&gt;</w:t>
        <w:br/>
        <w:t>наших ідей...&lt;br /&gt;</w:t>
        <w:br/>
        <w:t>Ми їх, значить, трішечки,&lt;br /&gt;</w:t>
        <w:br/>
        <w:t>зовсім помалу&lt;br /&gt;</w:t>
        <w:br/>
        <w:t>кого задавили, кого&lt;br /&gt;</w:t>
        <w:br/>
        <w:t>зарубали.&lt;br /&gt;</w:t>
        <w:br/>
        <w:t>— А це хто тут&lt;br /&gt;</w:t>
        <w:br/>
        <w:t>висить? —&lt;br /&gt;</w:t>
        <w:br/>
        <w:t>питається в них.&lt;br /&gt;</w:t>
        <w:br/>
        <w:t>— Це дурень один із отих&lt;br /&gt;</w:t>
        <w:br/>
        <w:t>навісних,&lt;br /&gt;</w:t>
        <w:br/>
        <w:t>що пруться на острів...&lt;br /&gt;</w:t>
        <w:br/>
        <w:t>— На острів? За чим?&lt;br /&gt;</w:t>
        <w:br/>
        <w:t>— Та, правду сказати,&lt;br /&gt;</w:t>
        <w:br/>
        <w:t>либонь, ні за чим:&lt;br /&gt;</w:t>
        <w:br/>
        <w:t>там щастя закуте в печерах&lt;br /&gt;</w:t>
        <w:br/>
        <w:t>німих&lt;br /&gt;</w:t>
        <w:br/>
        <w:t>не те, що для нас,&lt;br /&gt;</w:t>
        <w:br/>
        <w:t>а оте, що для всіх...&lt;br /&gt;</w:t>
        <w:br/>
        <w:t>— То нащо ж повісили?&lt;br /&gt;</w:t>
        <w:br/>
        <w:t>— Так, для годиться:&lt;br /&gt;</w:t>
        <w:br/>
        <w:t>якби не повісили, міг би&lt;br /&gt;</w:t>
        <w:br/>
        <w:t>втопиться...&lt;br /&gt;</w:t>
        <w:br/>
        <w:t>І далі Дурило по Раю іде,&lt;br /&gt;</w:t>
        <w:br/>
        <w:t>круг себе очима дурними&lt;br /&gt;</w:t>
        <w:br/>
        <w:t>пряде.&lt;br /&gt;</w:t>
        <w:br/>
        <w:t>— А це що за ідол? —&lt;br /&gt;</w:t>
        <w:br/>
        <w:t>питається знов.&lt;br /&gt;</w:t>
        <w:br/>
        <w:t>— Це той, хто закон&lt;br /&gt;</w:t>
        <w:br/>
        <w:t>наймудріший знайшов:&lt;br /&gt;</w:t>
        <w:br/>
        <w:t>навчив нас хапати,&lt;br /&gt;</w:t>
        <w:br/>
        <w:t>навчив убивати,&lt;br /&gt;</w:t>
        <w:br/>
        <w:t>навчив людям в вічі оману&lt;br /&gt;</w:t>
        <w:br/>
        <w:t>пускати,&lt;br /&gt;</w:t>
        <w:br/>
        <w:t>навчив нас, як жити&lt;br /&gt;</w:t>
        <w:br/>
        <w:t>годиться на світі,-&lt;br /&gt;</w:t>
        <w:br/>
        <w:t>читай заповіта його на&lt;br /&gt;</w:t>
        <w:br/>
        <w:t>граніті</w:t>
      </w:r>
    </w:p>
    <w:p>
      <w:r>
        <w:br/>
        <w:t>ЗАПОВІТ ЗАСНОВНИКА РАЮ</w:t>
      </w:r>
    </w:p>
    <w:p>
      <w:r>
        <w:br/>
        <w:t>Що кому на роду&lt;br /&gt;</w:t>
        <w:br/>
        <w:t>написано,&lt;br /&gt;</w:t>
        <w:br/>
        <w:t>то й конем не обскачеш&lt;br /&gt;</w:t>
        <w:br/>
        <w:t>того.&lt;br /&gt;</w:t>
        <w:br/>
        <w:t>Одному доля дарує лисину,&lt;br /&gt;</w:t>
        <w:br/>
        <w:t>другому шляпу з широкими&lt;br /&gt;</w:t>
        <w:br/>
        <w:t>крисами,&lt;br /&gt;</w:t>
        <w:br/>
        <w:t>а третього причастовує&lt;br /&gt;</w:t>
        <w:br/>
        <w:t>батогом.&lt;br /&gt;</w:t>
        <w:br/>
        <w:t>А четвертому, п'ятому,&lt;br /&gt;</w:t>
        <w:br/>
        <w:t>шостому і дев'ятому&lt;br /&gt;</w:t>
        <w:br/>
        <w:t>цілісінький довгий вік&lt;br /&gt;</w:t>
        <w:br/>
        <w:t>стільки добра обіцятиме,&lt;br /&gt;</w:t>
        <w:br/>
        <w:t>що врешті з четвертого,&lt;br /&gt;</w:t>
        <w:br/>
        <w:t>п'ятого, шостого і&lt;br /&gt;</w:t>
        <w:br/>
        <w:t>дев'ятого&lt;br /&gt;</w:t>
        <w:br/>
        <w:t>поробить стандартних калік.&lt;br /&gt;</w:t>
        <w:br/>
        <w:t>А найкраще тому, кому&lt;br /&gt;</w:t>
        <w:br/>
        <w:t>доля багата&lt;br /&gt;</w:t>
        <w:br/>
        <w:t>не захоче нічого дати —&lt;br /&gt;</w:t>
        <w:br/>
        <w:t>ані честі, ні глузду, ні&lt;br /&gt;</w:t>
        <w:br/>
        <w:t>сорому —&lt;br /&gt;</w:t>
        <w:br/>
        <w:t>нічогісінько.&lt;br /&gt;</w:t>
        <w:br/>
        <w:t>Ось цьому ми з нікчемства свого&lt;br /&gt;</w:t>
        <w:br/>
        <w:t>п'єдестала створимо&lt;br /&gt;</w:t>
        <w:br/>
        <w:t>та освятим в кадильнім&lt;br /&gt;</w:t>
        <w:br/>
        <w:t>диму,&lt;br /&gt;</w:t>
        <w:br/>
        <w:t>та сипнемо під ноги квітів,&lt;br /&gt;</w:t>
        <w:br/>
        <w:t>та у лаври чоло вберем,&lt;br /&gt;</w:t>
        <w:br/>
        <w:t>та, щоб весело жив на світі,&lt;br /&gt;</w:t>
        <w:br/>
        <w:t>приведем панну Музу в&lt;br /&gt;</w:t>
        <w:br/>
        <w:t>гарем.&lt;br /&gt;</w:t>
        <w:br/>
        <w:t>А самі заживем без гризоти,&lt;br /&gt;</w:t>
        <w:br/>
        <w:t>бо відомо й дитині малій,&lt;br /&gt;</w:t>
        <w:br/>
        <w:t>що у Музи тієї цноти&lt;br /&gt;</w:t>
        <w:br/>
        <w:t>вже не більше, ніж у повій.&lt;br /&gt;</w:t>
        <w:br/>
        <w:t>Скільки бідною торгували,&lt;br /&gt;</w:t>
        <w:br/>
        <w:t>стільки вже продавалась&lt;br /&gt;</w:t>
        <w:br/>
        <w:t>сама,&lt;br /&gt;</w:t>
        <w:br/>
        <w:t>що назвать її лярвою мало,&lt;br /&gt;</w:t>
        <w:br/>
        <w:t>а сильнішого слова нема.&lt;br /&gt;</w:t>
        <w:br/>
        <w:t>Ну а нам що до того?&lt;br /&gt;</w:t>
        <w:br/>
        <w:t>Ми люди тихі.&lt;br /&gt;</w:t>
        <w:br/>
        <w:t>Нам би повне корито бурди,&lt;br /&gt;</w:t>
        <w:br/>
        <w:t>теплу ковдру, затишну&lt;br /&gt;</w:t>
        <w:br/>
        <w:t>стріху&lt;br /&gt;</w:t>
        <w:br/>
        <w:t>та цукерку вряди-годи.&lt;br /&gt;</w:t>
        <w:br/>
        <w:t>Бо таке на роду написано:&lt;br /&gt;</w:t>
        <w:br/>
        <w:t>від Адама до наших днів&lt;br /&gt;</w:t>
        <w:br/>
        <w:t>будуть людям світити лисини&lt;br /&gt;</w:t>
        <w:br/>
        <w:t>величаво-мудрих вождів.&lt;br /&gt;</w:t>
        <w:br/>
        <w:t>Думав, думав Дурило,&lt;br /&gt;</w:t>
        <w:br/>
        <w:t>аж йому голова заболіла,&lt;br /&gt;</w:t>
        <w:br/>
        <w:t>та ніяк собі не збагне:&lt;br /&gt;</w:t>
        <w:br/>
        <w:t>куди і до чого той ідол&lt;br /&gt;</w:t>
        <w:br/>
        <w:t>гне?&lt;br /&gt;</w:t>
        <w:br/>
        <w:t>Якщо йому правда —&lt;br /&gt;</w:t>
        <w:br/>
        <w:t>ріднесенька мати,&lt;br /&gt;</w:t>
        <w:br/>
        <w:t>то нащо ж йому п'яти&lt;br /&gt;</w:t>
        <w:br/>
        <w:t>лизати?&lt;br /&gt;</w:t>
        <w:br/>
        <w:t>А якщо йому люба лизня,&lt;br /&gt;</w:t>
        <w:br/>
        <w:t>то тоді його ненька —&lt;br /&gt;</w:t>
        <w:br/>
        <w:t>брехня?&lt;br /&gt;</w:t>
        <w:br/>
        <w:t>Так замислився,&lt;br /&gt;</w:t>
        <w:br/>
        <w:t>що аж присів,&lt;br /&gt;</w:t>
        <w:br/>
        <w:t>сім днів не пив і не їв,&lt;br /&gt;</w:t>
        <w:br/>
        <w:t>а на восьмий устав і каже:&lt;br /&gt;</w:t>
        <w:br/>
        <w:t>— Якесь дуже дивне те&lt;br /&gt;</w:t>
        <w:br/>
        <w:t>щастя ваше!&lt;br /&gt;</w:t>
        <w:br/>
        <w:t>Не хочу такого, щоб я&lt;br /&gt;</w:t>
        <w:br/>
        <w:t>вмер!&lt;br /&gt;</w:t>
        <w:br/>
        <w:t>Сходжу ще на острів до&lt;br /&gt;</w:t>
        <w:br/>
        <w:t>тих печер...-&lt;br /&gt;</w:t>
        <w:br/>
        <w:t>Та й ну Дурило&lt;br /&gt;</w:t>
        <w:br/>
        <w:t>від друзів нових тікати,&lt;br /&gt;</w:t>
        <w:br/>
        <w:t>а ті йому в спину кілки&lt;br /&gt;</w:t>
        <w:br/>
        <w:t>метати.&lt;br /&gt;</w:t>
        <w:br/>
        <w:t>Добре, що наш Дурило&lt;br /&gt;</w:t>
        <w:br/>
        <w:t>водою не брів —&lt;br /&gt;</w:t>
        <w:br/>
        <w:t>він, як і батько,&lt;br /&gt;</w:t>
        <w:br/>
        <w:t>ходить по воді умів —&lt;br /&gt;</w:t>
        <w:br/>
        <w:t>отож він рершим став у&lt;br /&gt;</w:t>
        <w:br/>
        <w:t>печері&lt;br /&gt;</w:t>
        <w:br/>
        <w:t>і давай своїм костуром&lt;br /&gt;</w:t>
        <w:br/>
        <w:t>бити у двері.&lt;br /&gt;</w:t>
        <w:br/>
        <w:t>За третім ударом впали&lt;br /&gt;</w:t>
        <w:br/>
        <w:t>двері,&lt;br /&gt;</w:t>
        <w:br/>
        <w:t>і враз ніби сонце сяйнуло&lt;br /&gt;</w:t>
        <w:br/>
        <w:t>в печері.&lt;br /&gt;</w:t>
        <w:br/>
        <w:t>І вийшло звідти дівча,&lt;br /&gt;</w:t>
        <w:br/>
        <w:t>і всміхнулося мило:&lt;br /&gt;</w:t>
        <w:br/>
        <w:t>— Спасибі за поміч тобі,&lt;br /&gt;</w:t>
        <w:br/>
        <w:t>Дурило!&lt;br /&gt;</w:t>
        <w:br/>
        <w:t>Я долю тепер не мину&lt;br /&gt;</w:t>
        <w:br/>
        <w:t>і твою —&lt;br /&gt;</w:t>
        <w:br/>
        <w:t>жду тебе, парубче, у&lt;br /&gt;</w:t>
        <w:br/>
        <w:t>батьківській хаті,&lt;br /&gt;</w:t>
        <w:br/>
        <w:t>у твоєму Ріднім краю...-&lt;br /&gt;</w:t>
        <w:br/>
        <w:t>Сказало і щезло.&lt;br /&gt;</w:t>
        <w:br/>
        <w:t>Озирнувся Дурило —&lt;br /&gt;</w:t>
        <w:br/>
        <w:t>дивиться:&lt;br /&gt;</w:t>
        <w:br/>
        <w:t>гори вогнем охопило,&lt;br /&gt;</w:t>
        <w:br/>
        <w:t>і кривава ріка змеженіла,&lt;br /&gt;</w:t>
        <w:br/>
        <w:t>а там, за рікою,&lt;br /&gt;</w:t>
        <w:br/>
        <w:t>на тихій Зеленій горі&lt;br /&gt;</w:t>
        <w:br/>
        <w:t>біліє батькова хата,&lt;br /&gt;</w:t>
        <w:br/>
        <w:t>а під нею засмучена мати&lt;br /&gt;</w:t>
        <w:br/>
        <w:t>пасе сонячних зайчиків&lt;br /&gt;</w:t>
        <w:br/>
        <w:t>у дворі...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Дурила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