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мандрівника</w:t>
      </w:r>
    </w:p>
    <w:p>
      <w:r>
        <w:br/>
        <w:t xml:space="preserve"> &lt;p&gt;Був колись на світі чоловік, який став великим мандрівником, бо йому якось забаглося довідатися, чому все є таким, як воно є. Прокинувшися однієї ночі в повню, чого з ним доти ніколи не траплялося, він вихилився з вікна, аби подивитися, чому це так сяє навколо. А що вночі кожен предмет згортає своє нутро, зосереджуючися на собі, й не заважає іншим, як удень, то майбутній мандрівник і побачив, що місяць тримає повну жменю ниток, які він вряди-годи смикає.</w:t>
      </w:r>
    </w:p>
    <w:p>
      <w:r>
        <w:br/>
        <w:t>— Що ти робиш? — запитав чоловік місяця, і той скрикнув так, що посипалися зорі.</w:t>
      </w:r>
    </w:p>
    <w:p>
      <w:r>
        <w:br/>
        <w:t>— Ти своїм недоречним запитанням налякав мене, бо так питають тільки ті, що на кожному кроці ставлять мені пастки. Нитки, якими я регулюю припливи і відпливи, я надто міцно смикнув, а це спричинило потоп там, де його ніхто не очікував. Твоя цікавість призвела до загибелі багатьох людей, за життя яких я несу тимчасову відповідальність, і тепер частину цієї провини ти мусиш спокутувати, мандруючи доти, доки знайдеш вхід до вчорашнього дня. На порозі вчорашнього дня лежить золота галузка, яку ти мусиш мені принести, аби я міг якось зарадити лихові, яке ти накоїв своєю цікавістю, такою згубною для життя людини.</w:t>
      </w:r>
    </w:p>
    <w:p>
      <w:r>
        <w:br/>
        <w:t>— Я не хотів чинити нічого злого!</w:t>
      </w:r>
    </w:p>
    <w:p>
      <w:r>
        <w:br/>
        <w:t>— Ніхто цього не хоче, але не можна бути дурним. Хіба ж ти не знаєш, що малі причини можуть мати великі наслідки?</w:t>
      </w:r>
    </w:p>
    <w:p>
      <w:r>
        <w:br/>
        <w:t>— Ой лишенько,— забідкався чоловік,— де ж мені тепер шукати той вхід до вчорашнього дня.</w:t>
      </w:r>
    </w:p>
    <w:p>
      <w:r>
        <w:br/>
        <w:t>— Він скрізь і ніде. Однак ти мусиш його знайти, бо інакше не тільки мене, а й тебе негайно спостигне смерть.</w:t>
      </w:r>
    </w:p>
    <w:p>
      <w:r>
        <w:br/>
        <w:t>Чоловікові не вельми хотілося кидати тепле ліжко й дах над головою, та іншої ради не було, і він подався в мандри. На своєму довгому шляху він відвідав багато різних країн, перепитав силу-силенну людей — бідних і заможних, розумних і дурних, однак ніхто не міг сказати йому, де є вхід до вчорашнього дня.</w:t>
      </w:r>
    </w:p>
    <w:p>
      <w:r>
        <w:br/>
        <w:t>Врешті чоловік дійшов до царства, на межі якого стояла сторожа, і кожному, хто бажав іти далі, вартові веліли роззуватися й ретельно обнюхували його ноги.</w:t>
      </w:r>
    </w:p>
    <w:p>
      <w:r>
        <w:br/>
        <w:t>— Який дивний звичай,— не стримався мандрівник, ніяково простягаючи пильнувальникам порядку свої натомлені ноги.— Пощо ви це робите?</w:t>
      </w:r>
    </w:p>
    <w:p>
      <w:r>
        <w:br/>
        <w:t>— Тільки з запаху ніг видно, чи людина зла чи добра.— 3 усього тіла лише ноги дотикаються до землі, що унедійснює всі маскувальні перегородки, а ми охороняємо нашу країну від тих, що коять зло.</w:t>
      </w:r>
    </w:p>
    <w:p>
      <w:r>
        <w:br/>
        <w:t>— Може, ви тоді знаєте, де є вхід до вчорашнього дня?</w:t>
      </w:r>
    </w:p>
    <w:p>
      <w:r>
        <w:br/>
        <w:t>— Для цього ти не потребував нас. Адже цей вхід ти сам носиш на власних кісточках.</w:t>
      </w:r>
    </w:p>
    <w:p>
      <w:r>
        <w:br/>
        <w:t>І справді, тієї миті, як вартові це вимовили, мандрівник роздивився, що ті синці на кісточках його власних ніг, що їх він набив, падаючи в провалля протягом свого довгого шляху, це не садна, а вхід у вчорашній день, на порозі якого лежить золота галузка.</w:t>
      </w:r>
    </w:p>
    <w:p>
      <w:r>
        <w:br/>
        <w:t>— Місяцю, місяцю! — подумки покликав мандрівник, вимахуючи золотою галузкою, від якої ширилося м'яке лагідне сяйво.— Ось тобі те, що ти бажав.</w:t>
      </w:r>
    </w:p>
    <w:p>
      <w:r>
        <w:br/>
        <w:t>Проте цього разу місяць нічого не відповів, тільки усміхнувся, не повертаючи до мандрівника голови, а чоловік постеріг, що він може тепер з галузкою в руці мандрувати крізь видиме й невидиме до самої сутності речей, за якою відкриваються неосяжні рівнини Божого віддиху.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мандрівника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